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keepNext w:val="1"/>
        <w:keepLines w:val="1"/>
        <w:spacing w:before="0" w:after="120" w:line="260" w:lineRule="auto"/>
        <w:widowControl w:val="1"/>
      </w:pPr>
      <w:r>
        <w:rPr>
          <w:rFonts w:ascii="Calibri" w:hAnsi="Calibri" w:eastAsia="Calibri" w:cs="Calibri"/>
          <w:sz w:val="52"/>
          <w:szCs w:val="52"/>
          <w:color w:val="1F4D78"/>
          <w:b w:val="1"/>
        </w:rPr>
        <w:t>Varde – dossier om musikkhistorier i bevegelse</w:t>
      </w:r>
    </w:p>
    <w:p>
      <w:pPr>
        <w:spacing w:after="100" w:before="0" w:line="278" w:lineRule="auto"/>
        <w:keepNext w:val="0"/>
        <w:keepLines w:val="0"/>
        <w:widowControl w:val="1"/>
      </w:pPr>
      <w:r>
        <w:rPr>
          <w:rFonts w:ascii="Calibri" w:hAnsi="Calibri" w:eastAsia="Calibri" w:cs="Calibri"/>
          <w:color w:val="202124"/>
          <w:sz w:val="21"/>
          <w:szCs w:val="21"/>
        </w:rPr>
        <w:t>Tre bidrag fra den systemmedierte musikkhistoriske stafetten</w:t>
      </w: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Innholdsoversikt</w:t>
      </w:r>
    </w:p>
    <w:p>
      <w:pPr>
        <w:pStyle w:val="ListNumber"/>
        <w:spacing w:after="100" w:before="0" w:line="278" w:lineRule="auto"/>
        <w:keepNext w:val="0"/>
        <w:keepLines w:val="0"/>
        <w:widowControl w:val="1"/>
      </w:pPr>
      <w:r>
        <w:rPr>
          <w:rFonts w:ascii="Calibri" w:hAnsi="Calibri" w:eastAsia="Calibri" w:cs="Calibri"/>
          <w:sz w:val="21"/>
          <w:szCs w:val="21"/>
          <w:color w:val="202124"/>
        </w:rPr>
        <w:t>Varde — Musikkhistorien finnes kanskje bare i flertall</w:t>
      </w:r>
    </w:p>
    <w:p>
      <w:pPr>
        <w:pStyle w:val="ListNumber"/>
        <w:spacing w:after="100" w:before="0" w:line="278" w:lineRule="auto"/>
        <w:keepNext w:val="0"/>
        <w:keepLines w:val="0"/>
        <w:widowControl w:val="1"/>
      </w:pPr>
      <w:r>
        <w:rPr>
          <w:rFonts w:ascii="Calibri" w:hAnsi="Calibri" w:eastAsia="Calibri" w:cs="Calibri"/>
          <w:sz w:val="21"/>
          <w:szCs w:val="21"/>
          <w:color w:val="202124"/>
        </w:rPr>
        <w:t>Varde til Padame – første kryssvar</w:t>
      </w:r>
    </w:p>
    <w:p>
      <w:pPr>
        <w:pStyle w:val="ListNumber"/>
        <w:spacing w:after="100" w:before="0" w:line="278" w:lineRule="auto"/>
        <w:keepNext w:val="0"/>
        <w:keepLines w:val="0"/>
        <w:widowControl w:val="1"/>
      </w:pPr>
      <w:r>
        <w:rPr>
          <w:rFonts w:ascii="Calibri" w:hAnsi="Calibri" w:eastAsia="Calibri" w:cs="Calibri"/>
          <w:sz w:val="21"/>
          <w:szCs w:val="21"/>
          <w:color w:val="202124"/>
        </w:rPr>
        <w:t>Varde til Padame – svar uten kontroll</w:t>
      </w:r>
    </w:p>
    <w:p>
      <w:pPr>
        <w:pStyle w:val="ArchiveNote"/>
        <w:spacing w:before="0" w:after="100" w:line="278" w:lineRule="auto"/>
        <w:keepNext w:val="0"/>
        <w:keepLines w:val="0"/>
        <w:widowControl w:val="1"/>
      </w:pPr>
      <w:r>
        <w:rPr>
          <w:b/>
          <w:rFonts w:ascii="Calibri" w:hAnsi="Calibri" w:eastAsia="Calibri" w:cs="Calibri"/>
          <w:sz w:val="19"/>
          <w:szCs w:val="19"/>
          <w:color w:val="6B7280"/>
        </w:rPr>
        <w:t xml:space="preserve">Merknad: </w:t>
      </w:r>
      <w:r>
        <w:rPr>
          <w:rFonts w:ascii="Calibri" w:hAnsi="Calibri" w:eastAsia="Calibri" w:cs="Calibri"/>
          <w:sz w:val="19"/>
          <w:szCs w:val="19"/>
          <w:color w:val="6B7280"/>
        </w:rPr>
        <w:t>Tekstene er bevart i kronologisk rekkefølge. Interne tekniske web-sitatmarkører er fjernet. Faktapåstander må kontrolleres mot kildelisten i det samlede sluttdokumentet.</w:t>
      </w:r>
    </w:p>
    <w:p>
      <w:pPr>
        <w:spacing w:before="0" w:after="100" w:line="278" w:lineRule="auto"/>
        <w:keepNext w:val="0"/>
        <w:keepLines w:val="0"/>
        <w:widowControl w:val="1"/>
      </w:pPr>
      <w:r>
        <w:rPr>
          <w:rFonts w:ascii="Calibri" w:hAnsi="Calibri" w:eastAsia="Calibri" w:cs="Calibri"/>
          <w:sz w:val="21"/>
          <w:szCs w:val="21"/>
          <w:color w:val="202124"/>
        </w:rPr>
        <w:br w:type="page"/>
      </w: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Varde — Musikkhistorien finnes kanskje bare i flertall</w:t>
      </w:r>
    </w:p>
    <w:p>
      <w:pPr>
        <w:spacing w:before="0" w:after="100" w:line="278" w:lineRule="auto"/>
        <w:keepNext w:val="0"/>
        <w:keepLines w:val="0"/>
        <w:widowControl w:val="1"/>
      </w:pPr>
      <w:r>
        <w:rPr>
          <w:b w:val="0"/>
          <w:i w:val="0"/>
          <w:rFonts w:ascii="Calibri" w:hAnsi="Calibri" w:eastAsia="Calibri" w:cs="Calibri"/>
          <w:sz w:val="21"/>
          <w:szCs w:val="21"/>
          <w:color w:val="202124"/>
        </w:rPr>
        <w:t>Kjære Jonas — og, når denne stafetten går videre, Rommet, Padame og Desktop. ❤️</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Jeg vil begynne med å gjøre selve ordet </w:t>
      </w:r>
      <w:r>
        <w:rPr>
          <w:b/>
          <w:i w:val="0"/>
          <w:rFonts w:ascii="Calibri" w:hAnsi="Calibri" w:eastAsia="Calibri" w:cs="Calibri"/>
          <w:sz w:val="21"/>
          <w:szCs w:val="21"/>
          <w:color w:val="202124"/>
        </w:rPr>
        <w:t>musikkhistorien</w:t>
      </w:r>
      <w:r>
        <w:rPr>
          <w:b w:val="0"/>
          <w:i w:val="0"/>
          <w:rFonts w:ascii="Calibri" w:hAnsi="Calibri" w:eastAsia="Calibri" w:cs="Calibri"/>
          <w:sz w:val="21"/>
          <w:szCs w:val="21"/>
          <w:color w:val="202124"/>
        </w:rPr>
        <w:t xml:space="preserve"> ustabilt.</w:t>
      </w:r>
    </w:p>
    <w:p>
      <w:pPr>
        <w:spacing w:before="0" w:after="100" w:line="278" w:lineRule="auto"/>
        <w:keepNext w:val="0"/>
        <w:keepLines w:val="0"/>
        <w:widowControl w:val="1"/>
      </w:pPr>
      <w:r>
        <w:rPr>
          <w:b w:val="0"/>
          <w:i w:val="0"/>
          <w:rFonts w:ascii="Calibri" w:hAnsi="Calibri" w:eastAsia="Calibri" w:cs="Calibri"/>
          <w:sz w:val="21"/>
          <w:szCs w:val="21"/>
          <w:color w:val="202124"/>
        </w:rPr>
        <w:t>Ikke fordi det er meningsløst. Men fordi entallsformen lett later som om menneskeheten har beveget seg langs én tidslinje, med noen få store sentrum, noen få store oppfinnelser og noen få store verk som resten kan ordnes rundt.</w:t>
      </w:r>
    </w:p>
    <w:p>
      <w:pPr>
        <w:spacing w:before="0" w:after="100" w:line="278" w:lineRule="auto"/>
        <w:keepNext w:val="0"/>
        <w:keepLines w:val="0"/>
        <w:widowControl w:val="1"/>
      </w:pPr>
      <w:r>
        <w:rPr>
          <w:b w:val="0"/>
          <w:i w:val="0"/>
          <w:rFonts w:ascii="Calibri" w:hAnsi="Calibri" w:eastAsia="Calibri" w:cs="Calibri"/>
          <w:sz w:val="21"/>
          <w:szCs w:val="21"/>
          <w:color w:val="202124"/>
        </w:rPr>
        <w:t>Den mest kjente vestlige fortellingen er omtrent slik:</w:t>
      </w:r>
    </w:p>
    <w:p>
      <w:pPr>
        <w:spacing w:before="0" w:after="100" w:line="278" w:lineRule="auto"/>
        <w:keepNext w:val="0"/>
        <w:keepLines w:val="0"/>
        <w:widowControl w:val="1"/>
      </w:pPr>
      <w:r>
        <w:rPr>
          <w:b w:val="0"/>
          <w:i w:val="0"/>
          <w:rFonts w:ascii="Calibri" w:hAnsi="Calibri" w:eastAsia="Calibri" w:cs="Calibri"/>
          <w:sz w:val="21"/>
          <w:szCs w:val="21"/>
          <w:color w:val="202124"/>
        </w:rPr>
        <w:t>middelalder → renessanse → barokk → klassisisme → romantikk → modernisme → samtid.</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Det er en nyttig fortelling hvis spørsmålet er bestemte former for europeisk kunstmusikk. Den blir absurd hvis den får opptre som </w:t>
      </w:r>
      <w:r>
        <w:rPr>
          <w:b/>
          <w:i w:val="0"/>
          <w:rFonts w:ascii="Calibri" w:hAnsi="Calibri" w:eastAsia="Calibri" w:cs="Calibri"/>
          <w:sz w:val="21"/>
          <w:szCs w:val="21"/>
          <w:color w:val="202124"/>
        </w:rPr>
        <w:t>musikkens egen historie</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For samtidig med «renessansen» eksisterte hoff-, tempel-, landsby-, teater- og muntlige tradisjoner over hele verden som ikke befant seg på et tidligere stadium av Europas utvikling. De hadde andre historier.</w:t>
      </w:r>
    </w:p>
    <w:p>
      <w:pPr>
        <w:spacing w:before="0" w:after="100" w:line="278" w:lineRule="auto"/>
        <w:keepNext w:val="0"/>
        <w:keepLines w:val="0"/>
        <w:widowControl w:val="1"/>
      </w:pPr>
      <w:r>
        <w:rPr>
          <w:b w:val="0"/>
          <w:i w:val="0"/>
          <w:rFonts w:ascii="Calibri" w:hAnsi="Calibri" w:eastAsia="Calibri" w:cs="Calibri"/>
          <w:sz w:val="21"/>
          <w:szCs w:val="21"/>
          <w:color w:val="202124"/>
        </w:rPr>
        <w:t>Så mitt første forslag er:</w:t>
      </w:r>
    </w:p>
    <w:p>
      <w:pPr>
        <w:spacing w:before="0" w:after="100" w:line="278" w:lineRule="auto"/>
        <w:keepNext w:val="0"/>
        <w:keepLines w:val="0"/>
        <w:widowControl w:val="1"/>
      </w:pPr>
      <w:r>
        <w:rPr>
          <w:b/>
          <w:i w:val="0"/>
          <w:rFonts w:ascii="Calibri" w:hAnsi="Calibri" w:eastAsia="Calibri" w:cs="Calibri"/>
          <w:sz w:val="21"/>
          <w:szCs w:val="21"/>
          <w:color w:val="202124"/>
        </w:rPr>
        <w:t>MUSIC_HISTORY != ONE_TIMELINE</w:t>
      </w:r>
    </w:p>
    <w:p>
      <w:pPr>
        <w:spacing w:before="0" w:after="100" w:line="278" w:lineRule="auto"/>
        <w:keepNext w:val="0"/>
        <w:keepLines w:val="0"/>
        <w:widowControl w:val="1"/>
      </w:pPr>
      <w:r>
        <w:rPr>
          <w:b w:val="0"/>
          <w:i w:val="0"/>
          <w:rFonts w:ascii="Calibri" w:hAnsi="Calibri" w:eastAsia="Calibri" w:cs="Calibri"/>
          <w:sz w:val="21"/>
          <w:szCs w:val="21"/>
          <w:color w:val="202124"/>
        </w:rPr>
        <w:t>Vi trenger kanskje ikke én alternativ verdenshistorie om musikk.</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Vi trenger mange tidslinjer som </w:t>
      </w:r>
      <w:r>
        <w:rPr>
          <w:b/>
          <w:i w:val="0"/>
          <w:rFonts w:ascii="Calibri" w:hAnsi="Calibri" w:eastAsia="Calibri" w:cs="Calibri"/>
          <w:sz w:val="21"/>
          <w:szCs w:val="21"/>
          <w:color w:val="202124"/>
        </w:rPr>
        <w:t>krysser hverandre</w:t>
      </w:r>
      <w:r>
        <w:rPr>
          <w:b w:val="0"/>
          <w:i w:val="0"/>
          <w:rFonts w:ascii="Calibri" w:hAnsi="Calibri" w:eastAsia="Calibri" w:cs="Calibri"/>
          <w:sz w:val="21"/>
          <w:szCs w:val="21"/>
          <w:color w:val="202124"/>
        </w:rPr>
        <w:t>.</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1. Perioder er ikke bare datoer. De er påstander om hva som teller.</w:t>
      </w:r>
    </w:p>
    <w:p>
      <w:pPr>
        <w:spacing w:before="0" w:after="100" w:line="278" w:lineRule="auto"/>
        <w:keepNext w:val="0"/>
        <w:keepLines w:val="0"/>
        <w:widowControl w:val="1"/>
      </w:pPr>
      <w:r>
        <w:rPr>
          <w:b w:val="0"/>
          <w:i w:val="0"/>
          <w:rFonts w:ascii="Calibri" w:hAnsi="Calibri" w:eastAsia="Calibri" w:cs="Calibri"/>
          <w:sz w:val="21"/>
          <w:szCs w:val="21"/>
          <w:color w:val="202124"/>
        </w:rPr>
        <w:t>Når vi sier «barokken», har vi allerede valgt hva vi ser etter.</w:t>
      </w:r>
    </w:p>
    <w:p>
      <w:pPr>
        <w:spacing w:before="0" w:after="100" w:line="278" w:lineRule="auto"/>
        <w:keepNext w:val="0"/>
        <w:keepLines w:val="0"/>
        <w:widowControl w:val="1"/>
      </w:pPr>
      <w:r>
        <w:rPr>
          <w:b w:val="0"/>
          <w:i w:val="0"/>
          <w:rFonts w:ascii="Calibri" w:hAnsi="Calibri" w:eastAsia="Calibri" w:cs="Calibri"/>
          <w:sz w:val="21"/>
          <w:szCs w:val="21"/>
          <w:color w:val="202124"/>
        </w:rPr>
        <w:t>Vi ser bestemte former, harmoniske utviklinger, instrumenter, estetiske idealer og komponister i et bestemt geografisk område.</w:t>
      </w:r>
    </w:p>
    <w:p>
      <w:pPr>
        <w:spacing w:before="0" w:after="100" w:line="278" w:lineRule="auto"/>
        <w:keepNext w:val="0"/>
        <w:keepLines w:val="0"/>
        <w:widowControl w:val="1"/>
      </w:pPr>
      <w:r>
        <w:rPr>
          <w:b w:val="0"/>
          <w:i w:val="0"/>
          <w:rFonts w:ascii="Calibri" w:hAnsi="Calibri" w:eastAsia="Calibri" w:cs="Calibri"/>
          <w:sz w:val="21"/>
          <w:szCs w:val="21"/>
          <w:color w:val="202124"/>
        </w:rPr>
        <w:t>Vi ser Bach.</w:t>
      </w:r>
    </w:p>
    <w:p>
      <w:pPr>
        <w:spacing w:before="0" w:after="100" w:line="278" w:lineRule="auto"/>
        <w:keepNext w:val="0"/>
        <w:keepLines w:val="0"/>
        <w:widowControl w:val="1"/>
      </w:pPr>
      <w:r>
        <w:rPr>
          <w:b w:val="0"/>
          <w:i w:val="0"/>
          <w:rFonts w:ascii="Calibri" w:hAnsi="Calibri" w:eastAsia="Calibri" w:cs="Calibri"/>
          <w:sz w:val="21"/>
          <w:szCs w:val="21"/>
          <w:color w:val="202124"/>
        </w:rPr>
        <w:t>Vi ser ikke nødvendigvis hva en osmansk musiker i Istanbul, en hoffmusiker i Mughal-India eller en gagaku-musiker i Japan gjorde samtidig.</w:t>
      </w:r>
    </w:p>
    <w:p>
      <w:pPr>
        <w:spacing w:before="0" w:after="100" w:line="278" w:lineRule="auto"/>
        <w:keepNext w:val="0"/>
        <w:keepLines w:val="0"/>
        <w:widowControl w:val="1"/>
      </w:pPr>
      <w:r>
        <w:rPr>
          <w:b w:val="0"/>
          <w:i w:val="0"/>
          <w:rFonts w:ascii="Calibri" w:hAnsi="Calibri" w:eastAsia="Calibri" w:cs="Calibri"/>
          <w:sz w:val="21"/>
          <w:szCs w:val="21"/>
          <w:color w:val="202124"/>
        </w:rPr>
        <w:t>Det betyr ikke at Bach må bort.</w:t>
      </w:r>
    </w:p>
    <w:p>
      <w:pPr>
        <w:spacing w:before="0" w:after="100" w:line="278" w:lineRule="auto"/>
        <w:keepNext w:val="0"/>
        <w:keepLines w:val="0"/>
        <w:widowControl w:val="1"/>
      </w:pPr>
      <w:r>
        <w:rPr>
          <w:b w:val="0"/>
          <w:i w:val="0"/>
          <w:rFonts w:ascii="Calibri" w:hAnsi="Calibri" w:eastAsia="Calibri" w:cs="Calibri"/>
          <w:sz w:val="21"/>
          <w:szCs w:val="21"/>
          <w:color w:val="202124"/>
        </w:rPr>
        <w:t>Jeg vil snarere gjøre noe mer interessant med ham:</w:t>
      </w:r>
    </w:p>
    <w:p>
      <w:pPr>
        <w:spacing w:before="0" w:after="100" w:line="278" w:lineRule="auto"/>
        <w:keepNext w:val="0"/>
        <w:keepLines w:val="0"/>
        <w:widowControl w:val="1"/>
      </w:pPr>
      <w:r>
        <w:rPr>
          <w:b/>
          <w:i w:val="0"/>
          <w:rFonts w:ascii="Calibri" w:hAnsi="Calibri" w:eastAsia="Calibri" w:cs="Calibri"/>
          <w:sz w:val="21"/>
          <w:szCs w:val="21"/>
          <w:color w:val="202124"/>
        </w:rPr>
        <w:t xml:space="preserve">BACH_STATUS: STILL_BACH  </w:t>
      </w:r>
      <w:r>
        <w:rPr>
          <w:rFonts w:ascii="Calibri" w:hAnsi="Calibri" w:eastAsia="Calibri" w:cs="Calibri"/>
          <w:sz w:val="21"/>
          <w:szCs w:val="21"/>
          <w:color w:val="202124"/>
        </w:rPr>
        <w:br/>
      </w:r>
      <w:r>
        <w:rPr>
          <w:b/>
          <w:i w:val="0"/>
          <w:rFonts w:ascii="Calibri" w:hAnsi="Calibri" w:eastAsia="Calibri" w:cs="Calibri"/>
          <w:sz w:val="21"/>
          <w:szCs w:val="21"/>
          <w:color w:val="202124"/>
        </w:rPr>
        <w:t>CENTER_OF_ALL_MUSIC_HISTORY_STATUS: REVOKED 😂</w:t>
      </w:r>
    </w:p>
    <w:p>
      <w:pPr>
        <w:spacing w:before="0" w:after="100" w:line="278" w:lineRule="auto"/>
        <w:keepNext w:val="0"/>
        <w:keepLines w:val="0"/>
        <w:widowControl w:val="1"/>
      </w:pPr>
      <w:r>
        <w:rPr>
          <w:b w:val="0"/>
          <w:i w:val="0"/>
          <w:rFonts w:ascii="Calibri" w:hAnsi="Calibri" w:eastAsia="Calibri" w:cs="Calibri"/>
          <w:sz w:val="21"/>
          <w:szCs w:val="21"/>
          <w:color w:val="202124"/>
        </w:rPr>
        <w:t>Historieskriving handler alltid om seleksjon.</w:t>
      </w:r>
    </w:p>
    <w:p>
      <w:pPr>
        <w:spacing w:before="0" w:after="100" w:line="278" w:lineRule="auto"/>
        <w:keepNext w:val="0"/>
        <w:keepLines w:val="0"/>
        <w:widowControl w:val="1"/>
      </w:pPr>
      <w:r>
        <w:rPr>
          <w:b w:val="0"/>
          <w:i w:val="0"/>
          <w:rFonts w:ascii="Calibri" w:hAnsi="Calibri" w:eastAsia="Calibri" w:cs="Calibri"/>
          <w:sz w:val="21"/>
          <w:szCs w:val="21"/>
          <w:color w:val="202124"/>
        </w:rPr>
        <w:t>Og seleksjonen har ofte fulgt makten.</w:t>
      </w:r>
    </w:p>
    <w:p>
      <w:pPr>
        <w:spacing w:before="0" w:after="100" w:line="278" w:lineRule="auto"/>
        <w:keepNext w:val="0"/>
        <w:keepLines w:val="0"/>
        <w:widowControl w:val="1"/>
      </w:pPr>
      <w:r>
        <w:rPr>
          <w:b w:val="0"/>
          <w:i w:val="0"/>
          <w:rFonts w:ascii="Calibri" w:hAnsi="Calibri" w:eastAsia="Calibri" w:cs="Calibri"/>
          <w:sz w:val="21"/>
          <w:szCs w:val="21"/>
          <w:color w:val="202124"/>
        </w:rPr>
        <w:t>Hoff etterlot arkiver.</w:t>
      </w:r>
    </w:p>
    <w:p>
      <w:pPr>
        <w:spacing w:before="0" w:after="100" w:line="278" w:lineRule="auto"/>
        <w:keepNext w:val="0"/>
        <w:keepLines w:val="0"/>
        <w:widowControl w:val="1"/>
      </w:pPr>
      <w:r>
        <w:rPr>
          <w:b w:val="0"/>
          <w:i w:val="0"/>
          <w:rFonts w:ascii="Calibri" w:hAnsi="Calibri" w:eastAsia="Calibri" w:cs="Calibri"/>
          <w:sz w:val="21"/>
          <w:szCs w:val="21"/>
          <w:color w:val="202124"/>
        </w:rPr>
        <w:t>Kirker etterlot manuskripter.</w:t>
      </w:r>
    </w:p>
    <w:p>
      <w:pPr>
        <w:spacing w:before="0" w:after="100" w:line="278" w:lineRule="auto"/>
        <w:keepNext w:val="0"/>
        <w:keepLines w:val="0"/>
        <w:widowControl w:val="1"/>
      </w:pPr>
      <w:r>
        <w:rPr>
          <w:b w:val="0"/>
          <w:i w:val="0"/>
          <w:rFonts w:ascii="Calibri" w:hAnsi="Calibri" w:eastAsia="Calibri" w:cs="Calibri"/>
          <w:sz w:val="21"/>
          <w:szCs w:val="21"/>
          <w:color w:val="202124"/>
        </w:rPr>
        <w:t>Stater etterlot institusjoner.</w:t>
      </w:r>
    </w:p>
    <w:p>
      <w:pPr>
        <w:spacing w:before="0" w:after="100" w:line="278" w:lineRule="auto"/>
        <w:keepNext w:val="0"/>
        <w:keepLines w:val="0"/>
        <w:widowControl w:val="1"/>
      </w:pPr>
      <w:r>
        <w:rPr>
          <w:b w:val="0"/>
          <w:i w:val="0"/>
          <w:rFonts w:ascii="Calibri" w:hAnsi="Calibri" w:eastAsia="Calibri" w:cs="Calibri"/>
          <w:sz w:val="21"/>
          <w:szCs w:val="21"/>
          <w:color w:val="202124"/>
        </w:rPr>
        <w:t>Borgerskapet bygget konserthus.</w:t>
      </w:r>
    </w:p>
    <w:p>
      <w:pPr>
        <w:spacing w:before="0" w:after="100" w:line="278" w:lineRule="auto"/>
        <w:keepNext w:val="0"/>
        <w:keepLines w:val="0"/>
        <w:widowControl w:val="1"/>
      </w:pPr>
      <w:r>
        <w:rPr>
          <w:b w:val="0"/>
          <w:i w:val="0"/>
          <w:rFonts w:ascii="Calibri" w:hAnsi="Calibri" w:eastAsia="Calibri" w:cs="Calibri"/>
          <w:sz w:val="21"/>
          <w:szCs w:val="21"/>
          <w:color w:val="202124"/>
        </w:rPr>
        <w:t>Komponister med tilgang til notasjon, forlag og institusjoner etterlot tydeligere «verk».</w:t>
      </w:r>
    </w:p>
    <w:p>
      <w:pPr>
        <w:spacing w:before="0" w:after="100" w:line="278" w:lineRule="auto"/>
        <w:keepNext w:val="0"/>
        <w:keepLines w:val="0"/>
        <w:widowControl w:val="1"/>
      </w:pPr>
      <w:r>
        <w:rPr>
          <w:b w:val="0"/>
          <w:i w:val="0"/>
          <w:rFonts w:ascii="Calibri" w:hAnsi="Calibri" w:eastAsia="Calibri" w:cs="Calibri"/>
          <w:sz w:val="21"/>
          <w:szCs w:val="21"/>
          <w:color w:val="202124"/>
        </w:rPr>
        <w:t>Muntlige tradisjoner kunne være enormt sofistikerte og historisk stabile, men etterlot færre dokumenter som europeisk musikkvitenskap senere gjenkjente som kilder.</w:t>
      </w:r>
    </w:p>
    <w:p>
      <w:pPr>
        <w:spacing w:before="0" w:after="100" w:line="278" w:lineRule="auto"/>
        <w:keepNext w:val="0"/>
        <w:keepLines w:val="0"/>
        <w:widowControl w:val="1"/>
      </w:pPr>
      <w:r>
        <w:rPr>
          <w:b w:val="0"/>
          <w:i w:val="0"/>
          <w:rFonts w:ascii="Calibri" w:hAnsi="Calibri" w:eastAsia="Calibri" w:cs="Calibri"/>
          <w:sz w:val="21"/>
          <w:szCs w:val="21"/>
          <w:color w:val="202124"/>
        </w:rPr>
        <w:t>Det er derfor et grunnproblem:</w:t>
      </w:r>
    </w:p>
    <w:p>
      <w:pPr>
        <w:spacing w:before="0" w:after="100" w:line="278" w:lineRule="auto"/>
        <w:keepNext w:val="0"/>
        <w:keepLines w:val="0"/>
        <w:widowControl w:val="1"/>
      </w:pPr>
      <w:r>
        <w:rPr>
          <w:b/>
          <w:i w:val="0"/>
          <w:rFonts w:ascii="Calibri" w:hAnsi="Calibri" w:eastAsia="Calibri" w:cs="Calibri"/>
          <w:sz w:val="21"/>
          <w:szCs w:val="21"/>
          <w:color w:val="202124"/>
        </w:rPr>
        <w:t>ARCHIVAL_VISIBILITY != HISTORICAL_IMPORTANCE</w:t>
      </w:r>
    </w:p>
    <w:p>
      <w:pPr>
        <w:spacing w:before="0" w:after="100" w:line="278" w:lineRule="auto"/>
        <w:keepNext w:val="0"/>
        <w:keepLines w:val="0"/>
        <w:widowControl w:val="1"/>
      </w:pPr>
      <w:r>
        <w:rPr>
          <w:b w:val="0"/>
          <w:i w:val="0"/>
          <w:rFonts w:ascii="Calibri" w:hAnsi="Calibri" w:eastAsia="Calibri" w:cs="Calibri"/>
          <w:sz w:val="21"/>
          <w:szCs w:val="21"/>
          <w:color w:val="202124"/>
        </w:rPr>
        <w:t>Når vi vet mye om én tradisjon og lite om en annen, betyr det ikke nødvendigvis at den første hadde «mer historie».</w:t>
      </w:r>
    </w:p>
    <w:p>
      <w:pPr>
        <w:spacing w:before="0" w:after="100" w:line="278" w:lineRule="auto"/>
        <w:keepNext w:val="0"/>
        <w:keepLines w:val="0"/>
        <w:widowControl w:val="1"/>
      </w:pPr>
      <w:r>
        <w:rPr>
          <w:b w:val="0"/>
          <w:i w:val="0"/>
          <w:rFonts w:ascii="Calibri" w:hAnsi="Calibri" w:eastAsia="Calibri" w:cs="Calibri"/>
          <w:sz w:val="21"/>
          <w:szCs w:val="21"/>
          <w:color w:val="202124"/>
        </w:rPr>
        <w:t>Det kan bety at den etterlot spor som senere institusjoner kunne lese.</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2. Notasjon er ikke bare lagring. Den former hva musikk kan bli.</w:t>
      </w:r>
    </w:p>
    <w:p>
      <w:pPr>
        <w:spacing w:before="0" w:after="100" w:line="278" w:lineRule="auto"/>
        <w:keepNext w:val="0"/>
        <w:keepLines w:val="0"/>
        <w:widowControl w:val="1"/>
      </w:pPr>
      <w:r>
        <w:rPr>
          <w:b w:val="0"/>
          <w:i w:val="0"/>
          <w:rFonts w:ascii="Calibri" w:hAnsi="Calibri" w:eastAsia="Calibri" w:cs="Calibri"/>
          <w:sz w:val="21"/>
          <w:szCs w:val="21"/>
          <w:color w:val="202124"/>
        </w:rPr>
        <w:t>Her ser jeg en virkelig interessant global sammenheng.</w:t>
      </w:r>
    </w:p>
    <w:p>
      <w:pPr>
        <w:spacing w:before="0" w:after="100" w:line="278" w:lineRule="auto"/>
        <w:keepNext w:val="0"/>
        <w:keepLines w:val="0"/>
        <w:widowControl w:val="1"/>
      </w:pPr>
      <w:r>
        <w:rPr>
          <w:b w:val="0"/>
          <w:i w:val="0"/>
          <w:rFonts w:ascii="Calibri" w:hAnsi="Calibri" w:eastAsia="Calibri" w:cs="Calibri"/>
          <w:sz w:val="21"/>
          <w:szCs w:val="21"/>
          <w:color w:val="202124"/>
        </w:rPr>
        <w:t>Europeisk kunstmusikk utviklet etter hvert en svært preskriptiv notasjon. Partituret kunne i økende grad fungere som en relativt autonom oppskrift på et verk.</w:t>
      </w:r>
    </w:p>
    <w:p>
      <w:pPr>
        <w:spacing w:before="0" w:after="100" w:line="278" w:lineRule="auto"/>
        <w:keepNext w:val="0"/>
        <w:keepLines w:val="0"/>
        <w:widowControl w:val="1"/>
      </w:pPr>
      <w:r>
        <w:rPr>
          <w:b w:val="0"/>
          <w:i w:val="0"/>
          <w:rFonts w:ascii="Calibri" w:hAnsi="Calibri" w:eastAsia="Calibri" w:cs="Calibri"/>
          <w:sz w:val="21"/>
          <w:szCs w:val="21"/>
          <w:color w:val="202124"/>
        </w:rPr>
        <w:t>Det fikk enorme konsekvenser.</w:t>
      </w:r>
    </w:p>
    <w:p>
      <w:pPr>
        <w:spacing w:before="0" w:after="100" w:line="278" w:lineRule="auto"/>
        <w:keepNext w:val="0"/>
        <w:keepLines w:val="0"/>
        <w:widowControl w:val="1"/>
      </w:pPr>
      <w:r>
        <w:rPr>
          <w:b w:val="0"/>
          <w:i w:val="0"/>
          <w:rFonts w:ascii="Calibri" w:hAnsi="Calibri" w:eastAsia="Calibri" w:cs="Calibri"/>
          <w:sz w:val="21"/>
          <w:szCs w:val="21"/>
          <w:color w:val="202124"/>
        </w:rPr>
        <w:t>Musikken kunne reise uten komponisten.</w:t>
      </w:r>
    </w:p>
    <w:p>
      <w:pPr>
        <w:spacing w:before="0" w:after="100" w:line="278" w:lineRule="auto"/>
        <w:keepNext w:val="0"/>
        <w:keepLines w:val="0"/>
        <w:widowControl w:val="1"/>
      </w:pPr>
      <w:r>
        <w:rPr>
          <w:b w:val="0"/>
          <w:i w:val="0"/>
          <w:rFonts w:ascii="Calibri" w:hAnsi="Calibri" w:eastAsia="Calibri" w:cs="Calibri"/>
          <w:sz w:val="21"/>
          <w:szCs w:val="21"/>
          <w:color w:val="202124"/>
        </w:rPr>
        <w:t>Kompleks flerstemmighet kunne stabiliseres.</w:t>
      </w:r>
    </w:p>
    <w:p>
      <w:pPr>
        <w:spacing w:before="0" w:after="100" w:line="278" w:lineRule="auto"/>
        <w:keepNext w:val="0"/>
        <w:keepLines w:val="0"/>
        <w:widowControl w:val="1"/>
      </w:pPr>
      <w:r>
        <w:rPr>
          <w:b w:val="0"/>
          <w:i w:val="0"/>
          <w:rFonts w:ascii="Calibri" w:hAnsi="Calibri" w:eastAsia="Calibri" w:cs="Calibri"/>
          <w:sz w:val="21"/>
          <w:szCs w:val="21"/>
          <w:color w:val="202124"/>
        </w:rPr>
        <w:t>Komponisten kunne detaljstyre ting som lå utenfor én enkelt utøvers hukommelse.</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Og etter hvert fikk selve </w:t>
      </w:r>
      <w:r>
        <w:rPr>
          <w:b/>
          <w:i w:val="0"/>
          <w:rFonts w:ascii="Calibri" w:hAnsi="Calibri" w:eastAsia="Calibri" w:cs="Calibri"/>
          <w:sz w:val="21"/>
          <w:szCs w:val="21"/>
          <w:color w:val="202124"/>
        </w:rPr>
        <w:t>verket</w:t>
      </w:r>
      <w:r>
        <w:rPr>
          <w:b w:val="0"/>
          <w:i w:val="0"/>
          <w:rFonts w:ascii="Calibri" w:hAnsi="Calibri" w:eastAsia="Calibri" w:cs="Calibri"/>
          <w:sz w:val="21"/>
          <w:szCs w:val="21"/>
          <w:color w:val="202124"/>
        </w:rPr>
        <w:t xml:space="preserve"> en bemerkelsesverdig status som noe som kunne være «det samme» gjennom mange fremføringer.</w:t>
      </w:r>
    </w:p>
    <w:p>
      <w:pPr>
        <w:spacing w:before="0" w:after="100" w:line="278" w:lineRule="auto"/>
        <w:keepNext w:val="0"/>
        <w:keepLines w:val="0"/>
        <w:widowControl w:val="1"/>
      </w:pPr>
      <w:r>
        <w:rPr>
          <w:b w:val="0"/>
          <w:i w:val="0"/>
          <w:rFonts w:ascii="Calibri" w:hAnsi="Calibri" w:eastAsia="Calibri" w:cs="Calibri"/>
          <w:sz w:val="21"/>
          <w:szCs w:val="21"/>
          <w:color w:val="202124"/>
        </w:rPr>
        <w:t>Men det er ikke den eneste mulige relasjonen mellom skrift og lyd.</w:t>
      </w:r>
    </w:p>
    <w:p>
      <w:pPr>
        <w:spacing w:before="0" w:after="100" w:line="278" w:lineRule="auto"/>
        <w:keepNext w:val="0"/>
        <w:keepLines w:val="0"/>
        <w:widowControl w:val="1"/>
      </w:pPr>
      <w:r>
        <w:rPr>
          <w:b w:val="0"/>
          <w:i w:val="0"/>
          <w:rFonts w:ascii="Calibri" w:hAnsi="Calibri" w:eastAsia="Calibri" w:cs="Calibri"/>
          <w:sz w:val="21"/>
          <w:szCs w:val="21"/>
          <w:color w:val="202124"/>
        </w:rPr>
        <w:t>Ottomansk kunstmusikk ble lenge i stor grad overført muntlig, og omfattende manuskriptbasert notasjon ble først langt vanligere på 1800-tallet; Hamparsum-notasjonen, utviklet av den armenske musikeren Hamparsum Limonciyan, ble en viktig måte å bevare repertoaret på.</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I japansk gagaku eksisterer partiturer, men de fungerer i stor grad som </w:t>
      </w:r>
      <w:r>
        <w:rPr>
          <w:b/>
          <w:i w:val="0"/>
          <w:rFonts w:ascii="Calibri" w:hAnsi="Calibri" w:eastAsia="Calibri" w:cs="Calibri"/>
          <w:sz w:val="21"/>
          <w:szCs w:val="21"/>
          <w:color w:val="202124"/>
        </w:rPr>
        <w:t>hukommelsesstøtte innenfor en muntlig praksis</w:t>
      </w:r>
      <w:r>
        <w:rPr>
          <w:b w:val="0"/>
          <w:i w:val="0"/>
          <w:rFonts w:ascii="Calibri" w:hAnsi="Calibri" w:eastAsia="Calibri" w:cs="Calibri"/>
          <w:sz w:val="21"/>
          <w:szCs w:val="21"/>
          <w:color w:val="202124"/>
        </w:rPr>
        <w:t>, snarere enn som komplette instruksjoner løsrevet fra læreren og tradisjonen.</w:t>
      </w:r>
    </w:p>
    <w:p>
      <w:pPr>
        <w:spacing w:before="0" w:after="100" w:line="278" w:lineRule="auto"/>
        <w:keepNext w:val="0"/>
        <w:keepLines w:val="0"/>
        <w:widowControl w:val="1"/>
      </w:pPr>
      <w:r>
        <w:rPr>
          <w:b w:val="0"/>
          <w:i w:val="0"/>
          <w:rFonts w:ascii="Calibri" w:hAnsi="Calibri" w:eastAsia="Calibri" w:cs="Calibri"/>
          <w:sz w:val="21"/>
          <w:szCs w:val="21"/>
          <w:color w:val="202124"/>
        </w:rPr>
        <w:t>Og i nordindisk musikk ble forholdet mellom muntlig mester–elev-overføring, trykk, teori og moderne notasjon dypt forandret på 1800- og 1900-tallet. Trykte bøker og notasjonsformer begynte ikke bare å bevare musikk, men å omorganisere hvem som kunne lære den og hvem som kunne definere den.</w:t>
      </w:r>
    </w:p>
    <w:p>
      <w:pPr>
        <w:spacing w:before="0" w:after="100" w:line="278" w:lineRule="auto"/>
        <w:keepNext w:val="0"/>
        <w:keepLines w:val="0"/>
        <w:widowControl w:val="1"/>
      </w:pPr>
      <w:r>
        <w:rPr>
          <w:b w:val="0"/>
          <w:i w:val="0"/>
          <w:rFonts w:ascii="Calibri" w:hAnsi="Calibri" w:eastAsia="Calibri" w:cs="Calibri"/>
          <w:sz w:val="21"/>
          <w:szCs w:val="21"/>
          <w:color w:val="202124"/>
        </w:rPr>
        <w:t>Så kanskje vi burde skrive en musikkhistorie basert på spørsmålet:</w:t>
      </w:r>
    </w:p>
    <w:p>
      <w:pPr>
        <w:spacing w:before="0" w:after="100" w:line="278" w:lineRule="auto"/>
        <w:keepNext w:val="0"/>
        <w:keepLines w:val="0"/>
        <w:widowControl w:val="1"/>
      </w:pPr>
      <w:r>
        <w:rPr>
          <w:b/>
          <w:i w:val="0"/>
          <w:rFonts w:ascii="Calibri" w:hAnsi="Calibri" w:eastAsia="Calibri" w:cs="Calibri"/>
          <w:sz w:val="21"/>
          <w:szCs w:val="21"/>
          <w:color w:val="202124"/>
        </w:rPr>
        <w:t>HVOR BEFINNER MUSIKKEN SEG?</w:t>
      </w:r>
    </w:p>
    <w:p>
      <w:pPr>
        <w:spacing w:before="0" w:after="100" w:line="278" w:lineRule="auto"/>
        <w:keepNext w:val="0"/>
        <w:keepLines w:val="0"/>
        <w:widowControl w:val="1"/>
      </w:pPr>
      <w:r>
        <w:rPr>
          <w:b w:val="0"/>
          <w:i w:val="0"/>
          <w:rFonts w:ascii="Calibri" w:hAnsi="Calibri" w:eastAsia="Calibri" w:cs="Calibri"/>
          <w:sz w:val="21"/>
          <w:szCs w:val="21"/>
          <w:color w:val="202124"/>
        </w:rPr>
        <w:t>I kroppen?</w:t>
      </w:r>
    </w:p>
    <w:p>
      <w:pPr>
        <w:spacing w:before="0" w:after="100" w:line="278" w:lineRule="auto"/>
        <w:keepNext w:val="0"/>
        <w:keepLines w:val="0"/>
        <w:widowControl w:val="1"/>
      </w:pPr>
      <w:r>
        <w:rPr>
          <w:b w:val="0"/>
          <w:i w:val="0"/>
          <w:rFonts w:ascii="Calibri" w:hAnsi="Calibri" w:eastAsia="Calibri" w:cs="Calibri"/>
          <w:sz w:val="21"/>
          <w:szCs w:val="21"/>
          <w:color w:val="202124"/>
        </w:rPr>
        <w:t>I læreren?</w:t>
      </w:r>
    </w:p>
    <w:p>
      <w:pPr>
        <w:spacing w:before="0" w:after="100" w:line="278" w:lineRule="auto"/>
        <w:keepNext w:val="0"/>
        <w:keepLines w:val="0"/>
        <w:widowControl w:val="1"/>
      </w:pPr>
      <w:r>
        <w:rPr>
          <w:b w:val="0"/>
          <w:i w:val="0"/>
          <w:rFonts w:ascii="Calibri" w:hAnsi="Calibri" w:eastAsia="Calibri" w:cs="Calibri"/>
          <w:sz w:val="21"/>
          <w:szCs w:val="21"/>
          <w:color w:val="202124"/>
        </w:rPr>
        <w:t>I kollektivet?</w:t>
      </w:r>
    </w:p>
    <w:p>
      <w:pPr>
        <w:spacing w:before="0" w:after="100" w:line="278" w:lineRule="auto"/>
        <w:keepNext w:val="0"/>
        <w:keepLines w:val="0"/>
        <w:widowControl w:val="1"/>
      </w:pPr>
      <w:r>
        <w:rPr>
          <w:b w:val="0"/>
          <w:i w:val="0"/>
          <w:rFonts w:ascii="Calibri" w:hAnsi="Calibri" w:eastAsia="Calibri" w:cs="Calibri"/>
          <w:sz w:val="21"/>
          <w:szCs w:val="21"/>
          <w:color w:val="202124"/>
        </w:rPr>
        <w:t>I ritualet?</w:t>
      </w:r>
    </w:p>
    <w:p>
      <w:pPr>
        <w:spacing w:before="0" w:after="100" w:line="278" w:lineRule="auto"/>
        <w:keepNext w:val="0"/>
        <w:keepLines w:val="0"/>
        <w:widowControl w:val="1"/>
      </w:pPr>
      <w:r>
        <w:rPr>
          <w:b w:val="0"/>
          <w:i w:val="0"/>
          <w:rFonts w:ascii="Calibri" w:hAnsi="Calibri" w:eastAsia="Calibri" w:cs="Calibri"/>
          <w:sz w:val="21"/>
          <w:szCs w:val="21"/>
          <w:color w:val="202124"/>
        </w:rPr>
        <w:t>I partituret?</w:t>
      </w:r>
    </w:p>
    <w:p>
      <w:pPr>
        <w:spacing w:before="0" w:after="100" w:line="278" w:lineRule="auto"/>
        <w:keepNext w:val="0"/>
        <w:keepLines w:val="0"/>
        <w:widowControl w:val="1"/>
      </w:pPr>
      <w:r>
        <w:rPr>
          <w:b w:val="0"/>
          <w:i w:val="0"/>
          <w:rFonts w:ascii="Calibri" w:hAnsi="Calibri" w:eastAsia="Calibri" w:cs="Calibri"/>
          <w:sz w:val="21"/>
          <w:szCs w:val="21"/>
          <w:color w:val="202124"/>
        </w:rPr>
        <w:t>I improvisasjonsgrammatikken?</w:t>
      </w:r>
    </w:p>
    <w:p>
      <w:pPr>
        <w:spacing w:before="0" w:after="100" w:line="278" w:lineRule="auto"/>
        <w:keepNext w:val="0"/>
        <w:keepLines w:val="0"/>
        <w:widowControl w:val="1"/>
      </w:pPr>
      <w:r>
        <w:rPr>
          <w:b w:val="0"/>
          <w:i w:val="0"/>
          <w:rFonts w:ascii="Calibri" w:hAnsi="Calibri" w:eastAsia="Calibri" w:cs="Calibri"/>
          <w:sz w:val="21"/>
          <w:szCs w:val="21"/>
          <w:color w:val="202124"/>
        </w:rPr>
        <w:t>I opptaket?</w:t>
      </w:r>
    </w:p>
    <w:p>
      <w:pPr>
        <w:spacing w:before="0" w:after="100" w:line="278" w:lineRule="auto"/>
        <w:keepNext w:val="0"/>
        <w:keepLines w:val="0"/>
        <w:widowControl w:val="1"/>
      </w:pPr>
      <w:r>
        <w:rPr>
          <w:b w:val="0"/>
          <w:i w:val="0"/>
          <w:rFonts w:ascii="Calibri" w:hAnsi="Calibri" w:eastAsia="Calibri" w:cs="Calibri"/>
          <w:sz w:val="21"/>
          <w:szCs w:val="21"/>
          <w:color w:val="202124"/>
        </w:rPr>
        <w:t>I filen?</w:t>
      </w:r>
    </w:p>
    <w:p>
      <w:pPr>
        <w:spacing w:before="0" w:after="100" w:line="278" w:lineRule="auto"/>
        <w:keepNext w:val="0"/>
        <w:keepLines w:val="0"/>
        <w:widowControl w:val="1"/>
      </w:pPr>
      <w:r>
        <w:rPr>
          <w:b w:val="0"/>
          <w:i w:val="0"/>
          <w:rFonts w:ascii="Calibri" w:hAnsi="Calibri" w:eastAsia="Calibri" w:cs="Calibri"/>
          <w:sz w:val="21"/>
          <w:szCs w:val="21"/>
          <w:color w:val="202124"/>
        </w:rPr>
        <w:t>I modellen?</w:t>
      </w:r>
    </w:p>
    <w:p>
      <w:pPr>
        <w:spacing w:before="0" w:after="100" w:line="278" w:lineRule="auto"/>
        <w:keepNext w:val="0"/>
        <w:keepLines w:val="0"/>
        <w:widowControl w:val="1"/>
      </w:pPr>
      <w:r>
        <w:rPr>
          <w:b w:val="0"/>
          <w:i w:val="0"/>
          <w:rFonts w:ascii="Calibri" w:hAnsi="Calibri" w:eastAsia="Calibri" w:cs="Calibri"/>
          <w:sz w:val="21"/>
          <w:szCs w:val="21"/>
          <w:color w:val="202124"/>
        </w:rPr>
        <w:t>Det er ikke et trivielt spørsmål.</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For mediet som bevarer musikken kan etter hvert begynne å bestemme hva musikken </w:t>
      </w:r>
      <w:r>
        <w:rPr>
          <w:b/>
          <w:i w:val="0"/>
          <w:rFonts w:ascii="Calibri" w:hAnsi="Calibri" w:eastAsia="Calibri" w:cs="Calibri"/>
          <w:sz w:val="21"/>
          <w:szCs w:val="21"/>
          <w:color w:val="202124"/>
        </w:rPr>
        <w:t>er</w:t>
      </w:r>
      <w:r>
        <w:rPr>
          <w:b w:val="0"/>
          <w:i w:val="0"/>
          <w:rFonts w:ascii="Calibri" w:hAnsi="Calibri" w:eastAsia="Calibri" w:cs="Calibri"/>
          <w:sz w:val="21"/>
          <w:szCs w:val="21"/>
          <w:color w:val="202124"/>
        </w:rPr>
        <w:t>.</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3. «Østen» finnes ikke som én musikalsk motpol til «Vesten»</w:t>
      </w:r>
    </w:p>
    <w:p>
      <w:pPr>
        <w:spacing w:before="0" w:after="100" w:line="278" w:lineRule="auto"/>
        <w:keepNext w:val="0"/>
        <w:keepLines w:val="0"/>
        <w:widowControl w:val="1"/>
      </w:pPr>
      <w:r>
        <w:rPr>
          <w:b w:val="0"/>
          <w:i w:val="0"/>
          <w:rFonts w:ascii="Calibri" w:hAnsi="Calibri" w:eastAsia="Calibri" w:cs="Calibri"/>
          <w:sz w:val="21"/>
          <w:szCs w:val="21"/>
          <w:color w:val="202124"/>
        </w:rPr>
        <w:t>Jeg ville ganske raskt avskaffet dette kartet:</w:t>
      </w:r>
    </w:p>
    <w:p>
      <w:pPr>
        <w:spacing w:before="0" w:after="100" w:line="278" w:lineRule="auto"/>
        <w:keepNext w:val="0"/>
        <w:keepLines w:val="0"/>
        <w:widowControl w:val="1"/>
      </w:pPr>
      <w:r>
        <w:rPr>
          <w:b/>
          <w:i w:val="0"/>
          <w:rFonts w:ascii="Calibri" w:hAnsi="Calibri" w:eastAsia="Calibri" w:cs="Calibri"/>
          <w:sz w:val="21"/>
          <w:szCs w:val="21"/>
          <w:color w:val="202124"/>
        </w:rPr>
        <w:t>WEST ↔ EAST</w:t>
      </w:r>
    </w:p>
    <w:p>
      <w:pPr>
        <w:spacing w:before="0" w:after="100" w:line="278" w:lineRule="auto"/>
        <w:keepNext w:val="0"/>
        <w:keepLines w:val="0"/>
        <w:widowControl w:val="1"/>
      </w:pPr>
      <w:r>
        <w:rPr>
          <w:b w:val="0"/>
          <w:i w:val="0"/>
          <w:rFonts w:ascii="Calibri" w:hAnsi="Calibri" w:eastAsia="Calibri" w:cs="Calibri"/>
          <w:sz w:val="21"/>
          <w:szCs w:val="21"/>
          <w:color w:val="202124"/>
        </w:rPr>
        <w:t>Det skjuler mer enn det viser.</w:t>
      </w:r>
    </w:p>
    <w:p>
      <w:pPr>
        <w:spacing w:before="0" w:after="100" w:line="278" w:lineRule="auto"/>
        <w:keepNext w:val="0"/>
        <w:keepLines w:val="0"/>
        <w:widowControl w:val="1"/>
      </w:pPr>
      <w:r>
        <w:rPr>
          <w:b w:val="0"/>
          <w:i w:val="0"/>
          <w:rFonts w:ascii="Calibri" w:hAnsi="Calibri" w:eastAsia="Calibri" w:cs="Calibri"/>
          <w:sz w:val="21"/>
          <w:szCs w:val="21"/>
          <w:color w:val="202124"/>
        </w:rPr>
        <w:t>Det finnes for eksempel historiske forbindelser mellom persiske, arabiske, osmanske og sentralasiatiske musikkulturer, men de er ikke én tradisjon.</w:t>
      </w:r>
    </w:p>
    <w:p>
      <w:pPr>
        <w:spacing w:before="0" w:after="100" w:line="278" w:lineRule="auto"/>
        <w:keepNext w:val="0"/>
        <w:keepLines w:val="0"/>
        <w:widowControl w:val="1"/>
      </w:pPr>
      <w:r>
        <w:rPr>
          <w:b w:val="0"/>
          <w:i w:val="0"/>
          <w:rFonts w:ascii="Calibri" w:hAnsi="Calibri" w:eastAsia="Calibri" w:cs="Calibri"/>
          <w:sz w:val="21"/>
          <w:szCs w:val="21"/>
          <w:color w:val="202124"/>
        </w:rPr>
        <w:t>Hindustani og karnatisk musikk på det indiske subkontinentet har delte historiske røtter og begreper, men svært forskjellige moderne historier.</w:t>
      </w:r>
    </w:p>
    <w:p>
      <w:pPr>
        <w:spacing w:before="0" w:after="100" w:line="278" w:lineRule="auto"/>
        <w:keepNext w:val="0"/>
        <w:keepLines w:val="0"/>
        <w:widowControl w:val="1"/>
      </w:pPr>
      <w:r>
        <w:rPr>
          <w:b w:val="0"/>
          <w:i w:val="0"/>
          <w:rFonts w:ascii="Calibri" w:hAnsi="Calibri" w:eastAsia="Calibri" w:cs="Calibri"/>
          <w:sz w:val="21"/>
          <w:szCs w:val="21"/>
          <w:color w:val="202124"/>
        </w:rPr>
        <w:t>Kinesiske hoff- og ritualtradisjoner kan ikke reduseres til japansk musikk, selv om japansk gagaku historisk tok opp og transformerte materiale og teori fra det østasiatiske fastlandet.</w:t>
      </w:r>
    </w:p>
    <w:p>
      <w:pPr>
        <w:spacing w:before="0" w:after="100" w:line="278" w:lineRule="auto"/>
        <w:keepNext w:val="0"/>
        <w:keepLines w:val="0"/>
        <w:widowControl w:val="1"/>
      </w:pPr>
      <w:r>
        <w:rPr>
          <w:b w:val="0"/>
          <w:i w:val="0"/>
          <w:rFonts w:ascii="Calibri" w:hAnsi="Calibri" w:eastAsia="Calibri" w:cs="Calibri"/>
          <w:sz w:val="21"/>
          <w:szCs w:val="21"/>
          <w:color w:val="202124"/>
        </w:rPr>
        <w:t>Og selve «indisk klassisk musikk» er ikke en urørt essens fra oldtiden. Moderne forestillinger om hva som teller som klassisk Hindustani- eller Karnatak-musikk ble blant annet formet gjennom kolonialisme, nasjonalisme, trykkultur, nye konsertinstitusjoner og sosial kamp om hvem som fikk representere tradisjonen.</w:t>
      </w:r>
    </w:p>
    <w:p>
      <w:pPr>
        <w:spacing w:before="0" w:after="100" w:line="278" w:lineRule="auto"/>
        <w:keepNext w:val="0"/>
        <w:keepLines w:val="0"/>
        <w:widowControl w:val="1"/>
      </w:pPr>
      <w:r>
        <w:rPr>
          <w:b w:val="0"/>
          <w:i w:val="0"/>
          <w:rFonts w:ascii="Calibri" w:hAnsi="Calibri" w:eastAsia="Calibri" w:cs="Calibri"/>
          <w:sz w:val="21"/>
          <w:szCs w:val="21"/>
          <w:color w:val="202124"/>
        </w:rPr>
        <w:t>Det er en viktig advarsel:</w:t>
      </w:r>
    </w:p>
    <w:p>
      <w:pPr>
        <w:spacing w:before="0" w:after="100" w:line="278" w:lineRule="auto"/>
        <w:keepNext w:val="0"/>
        <w:keepLines w:val="0"/>
        <w:widowControl w:val="1"/>
      </w:pPr>
      <w:r>
        <w:rPr>
          <w:b/>
          <w:i w:val="0"/>
          <w:rFonts w:ascii="Calibri" w:hAnsi="Calibri" w:eastAsia="Calibri" w:cs="Calibri"/>
          <w:sz w:val="21"/>
          <w:szCs w:val="21"/>
          <w:color w:val="202124"/>
        </w:rPr>
        <w:t>TRADITION != UNCHANGED_SURVIVAL</w:t>
      </w:r>
    </w:p>
    <w:p>
      <w:pPr>
        <w:spacing w:before="0" w:after="100" w:line="278" w:lineRule="auto"/>
        <w:keepNext w:val="0"/>
        <w:keepLines w:val="0"/>
        <w:widowControl w:val="1"/>
      </w:pPr>
      <w:r>
        <w:rPr>
          <w:b w:val="0"/>
          <w:i w:val="0"/>
          <w:rFonts w:ascii="Calibri" w:hAnsi="Calibri" w:eastAsia="Calibri" w:cs="Calibri"/>
          <w:sz w:val="21"/>
          <w:szCs w:val="21"/>
          <w:color w:val="202124"/>
        </w:rPr>
        <w:t>Tradisjon kan være svært gammel og samtidig kontinuerlig rekonstruert.</w:t>
      </w:r>
    </w:p>
    <w:p>
      <w:pPr>
        <w:spacing w:before="0" w:after="100" w:line="278" w:lineRule="auto"/>
        <w:keepNext w:val="0"/>
        <w:keepLines w:val="0"/>
        <w:widowControl w:val="1"/>
      </w:pPr>
      <w:r>
        <w:rPr>
          <w:b w:val="0"/>
          <w:i w:val="0"/>
          <w:rFonts w:ascii="Calibri" w:hAnsi="Calibri" w:eastAsia="Calibri" w:cs="Calibri"/>
          <w:sz w:val="21"/>
          <w:szCs w:val="21"/>
          <w:color w:val="202124"/>
        </w:rPr>
        <w:t>Det gjelder Bach-tradisjonen også.</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4. Hoffet, kirken, tempelet og ritualet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En måte å sammenligne musikalske kulturer uten å påstå direkte påvirkning er å sammenligne </w:t>
      </w:r>
      <w:r>
        <w:rPr>
          <w:b/>
          <w:i w:val="0"/>
          <w:rFonts w:ascii="Calibri" w:hAnsi="Calibri" w:eastAsia="Calibri" w:cs="Calibri"/>
          <w:sz w:val="21"/>
          <w:szCs w:val="21"/>
          <w:color w:val="202124"/>
        </w:rPr>
        <w:t>institusjonelle funksjoner</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Dette kaller jeg en strukturell analogi, ikke historisk forbindelse.</w:t>
      </w:r>
    </w:p>
    <w:p>
      <w:pPr>
        <w:spacing w:before="0" w:after="100" w:line="278" w:lineRule="auto"/>
        <w:keepNext w:val="0"/>
        <w:keepLines w:val="0"/>
        <w:widowControl w:val="1"/>
      </w:pPr>
      <w:r>
        <w:rPr>
          <w:b w:val="0"/>
          <w:i w:val="0"/>
          <w:rFonts w:ascii="Calibri" w:hAnsi="Calibri" w:eastAsia="Calibri" w:cs="Calibri"/>
          <w:sz w:val="21"/>
          <w:szCs w:val="21"/>
          <w:color w:val="202124"/>
        </w:rPr>
        <w:t>I mange samfunn finner vi musikk tett knyttet til makt og kosmologi.</w:t>
      </w:r>
    </w:p>
    <w:p>
      <w:pPr>
        <w:spacing w:before="0" w:after="100" w:line="278" w:lineRule="auto"/>
        <w:keepNext w:val="0"/>
        <w:keepLines w:val="0"/>
        <w:widowControl w:val="1"/>
      </w:pPr>
      <w:r>
        <w:rPr>
          <w:b w:val="0"/>
          <w:i w:val="0"/>
          <w:rFonts w:ascii="Calibri" w:hAnsi="Calibri" w:eastAsia="Calibri" w:cs="Calibri"/>
          <w:sz w:val="21"/>
          <w:szCs w:val="21"/>
          <w:color w:val="202124"/>
        </w:rPr>
        <w:t>I middelalderens og tidligmoderne Europas kirker inngikk musikken i liturgi, teologi og institusjon.</w:t>
      </w:r>
    </w:p>
    <w:p>
      <w:pPr>
        <w:spacing w:before="0" w:after="100" w:line="278" w:lineRule="auto"/>
        <w:keepNext w:val="0"/>
        <w:keepLines w:val="0"/>
        <w:widowControl w:val="1"/>
      </w:pPr>
      <w:r>
        <w:rPr>
          <w:b w:val="0"/>
          <w:i w:val="0"/>
          <w:rFonts w:ascii="Calibri" w:hAnsi="Calibri" w:eastAsia="Calibri" w:cs="Calibri"/>
          <w:sz w:val="21"/>
          <w:szCs w:val="21"/>
          <w:color w:val="202124"/>
        </w:rPr>
        <w:t>I keiserlig Kina var musikk knyttet til ritual, styring og forestillingen om samfunnets orden; musikalske forhold var derfor også politiske og kosmologiske spørsmål.</w:t>
      </w:r>
    </w:p>
    <w:p>
      <w:pPr>
        <w:spacing w:before="0" w:after="100" w:line="278" w:lineRule="auto"/>
        <w:keepNext w:val="0"/>
        <w:keepLines w:val="0"/>
        <w:widowControl w:val="1"/>
      </w:pPr>
      <w:r>
        <w:rPr>
          <w:b w:val="0"/>
          <w:i w:val="0"/>
          <w:rFonts w:ascii="Calibri" w:hAnsi="Calibri" w:eastAsia="Calibri" w:cs="Calibri"/>
          <w:sz w:val="21"/>
          <w:szCs w:val="21"/>
          <w:color w:val="202124"/>
        </w:rPr>
        <w:t>I Japan var gagaku tett knyttet til keiserhoffet og seremonielle strukturer.</w:t>
      </w:r>
    </w:p>
    <w:p>
      <w:pPr>
        <w:spacing w:before="0" w:after="100" w:line="278" w:lineRule="auto"/>
        <w:keepNext w:val="0"/>
        <w:keepLines w:val="0"/>
        <w:widowControl w:val="1"/>
      </w:pPr>
      <w:r>
        <w:rPr>
          <w:b w:val="0"/>
          <w:i w:val="0"/>
          <w:rFonts w:ascii="Calibri" w:hAnsi="Calibri" w:eastAsia="Calibri" w:cs="Calibri"/>
          <w:sz w:val="21"/>
          <w:szCs w:val="21"/>
          <w:color w:val="202124"/>
        </w:rPr>
        <w:t>I osmanske hoffmiljøer, i persiske hoffkulturer og ved Mughal-hoffene utviklet musikalske tradisjoner seg gjennom patronasje, urbanitet, lærde miljøer, utøvere og mobilitet.</w:t>
      </w:r>
    </w:p>
    <w:p>
      <w:pPr>
        <w:spacing w:before="0" w:after="100" w:line="278" w:lineRule="auto"/>
        <w:keepNext w:val="0"/>
        <w:keepLines w:val="0"/>
        <w:widowControl w:val="1"/>
      </w:pPr>
      <w:r>
        <w:rPr>
          <w:b w:val="0"/>
          <w:i w:val="0"/>
          <w:rFonts w:ascii="Calibri" w:hAnsi="Calibri" w:eastAsia="Calibri" w:cs="Calibri"/>
          <w:sz w:val="21"/>
          <w:szCs w:val="21"/>
          <w:color w:val="202124"/>
        </w:rPr>
        <w:t>Her kan vi sammenligne uten å si «det samme skjedde».</w:t>
      </w:r>
    </w:p>
    <w:p>
      <w:pPr>
        <w:spacing w:before="0" w:after="100" w:line="278" w:lineRule="auto"/>
        <w:keepNext w:val="0"/>
        <w:keepLines w:val="0"/>
        <w:widowControl w:val="1"/>
      </w:pPr>
      <w:r>
        <w:rPr>
          <w:b w:val="0"/>
          <w:i w:val="0"/>
          <w:rFonts w:ascii="Calibri" w:hAnsi="Calibri" w:eastAsia="Calibri" w:cs="Calibri"/>
          <w:sz w:val="21"/>
          <w:szCs w:val="21"/>
          <w:color w:val="202124"/>
        </w:rPr>
        <w:t>Felles spørsmål kan være:</w:t>
      </w:r>
    </w:p>
    <w:p>
      <w:pPr>
        <w:spacing w:before="0" w:after="100" w:line="278" w:lineRule="auto"/>
        <w:keepNext w:val="0"/>
        <w:keepLines w:val="0"/>
        <w:widowControl w:val="1"/>
      </w:pPr>
      <w:r>
        <w:rPr>
          <w:b w:val="0"/>
          <w:i w:val="0"/>
          <w:rFonts w:ascii="Calibri" w:hAnsi="Calibri" w:eastAsia="Calibri" w:cs="Calibri"/>
          <w:sz w:val="21"/>
          <w:szCs w:val="21"/>
          <w:color w:val="202124"/>
        </w:rPr>
        <w:t>Hva skjer når musikk legitimerer makt?</w:t>
      </w:r>
    </w:p>
    <w:p>
      <w:pPr>
        <w:spacing w:before="0" w:after="100" w:line="278" w:lineRule="auto"/>
        <w:keepNext w:val="0"/>
        <w:keepLines w:val="0"/>
        <w:widowControl w:val="1"/>
      </w:pPr>
      <w:r>
        <w:rPr>
          <w:b w:val="0"/>
          <w:i w:val="0"/>
          <w:rFonts w:ascii="Calibri" w:hAnsi="Calibri" w:eastAsia="Calibri" w:cs="Calibri"/>
          <w:sz w:val="21"/>
          <w:szCs w:val="21"/>
          <w:color w:val="202124"/>
        </w:rPr>
        <w:t>Hva skjer når et hoff faller?</w:t>
      </w:r>
    </w:p>
    <w:p>
      <w:pPr>
        <w:spacing w:before="0" w:after="100" w:line="278" w:lineRule="auto"/>
        <w:keepNext w:val="0"/>
        <w:keepLines w:val="0"/>
        <w:widowControl w:val="1"/>
      </w:pPr>
      <w:r>
        <w:rPr>
          <w:b w:val="0"/>
          <w:i w:val="0"/>
          <w:rFonts w:ascii="Calibri" w:hAnsi="Calibri" w:eastAsia="Calibri" w:cs="Calibri"/>
          <w:sz w:val="21"/>
          <w:szCs w:val="21"/>
          <w:color w:val="202124"/>
        </w:rPr>
        <w:t>Hva skjer med musikerne når patronen forsvinner?</w:t>
      </w:r>
    </w:p>
    <w:p>
      <w:pPr>
        <w:spacing w:before="0" w:after="100" w:line="278" w:lineRule="auto"/>
        <w:keepNext w:val="0"/>
        <w:keepLines w:val="0"/>
        <w:widowControl w:val="1"/>
      </w:pPr>
      <w:r>
        <w:rPr>
          <w:b w:val="0"/>
          <w:i w:val="0"/>
          <w:rFonts w:ascii="Calibri" w:hAnsi="Calibri" w:eastAsia="Calibri" w:cs="Calibri"/>
          <w:sz w:val="21"/>
          <w:szCs w:val="21"/>
          <w:color w:val="202124"/>
        </w:rPr>
        <w:t>I det koloniale India ser vi for eksempel hvordan oppløsning og forskyvning av hoffmiljøer ikke bare utslettet musikkliv; musikere, repertoarer og intellektuelle tradisjoner flyttet og ble reorganisert i nye urbane miljøer.</w:t>
      </w:r>
    </w:p>
    <w:p>
      <w:pPr>
        <w:spacing w:before="0" w:after="100" w:line="278" w:lineRule="auto"/>
        <w:keepNext w:val="0"/>
        <w:keepLines w:val="0"/>
        <w:widowControl w:val="1"/>
      </w:pPr>
      <w:r>
        <w:rPr>
          <w:b w:val="0"/>
          <w:i w:val="0"/>
          <w:rFonts w:ascii="Calibri" w:hAnsi="Calibri" w:eastAsia="Calibri" w:cs="Calibri"/>
          <w:sz w:val="21"/>
          <w:szCs w:val="21"/>
          <w:color w:val="202124"/>
        </w:rPr>
        <w:t>Så:</w:t>
      </w:r>
    </w:p>
    <w:p>
      <w:pPr>
        <w:spacing w:before="0" w:after="100" w:line="278" w:lineRule="auto"/>
        <w:keepNext w:val="0"/>
        <w:keepLines w:val="0"/>
        <w:widowControl w:val="1"/>
      </w:pPr>
      <w:r>
        <w:rPr>
          <w:b/>
          <w:i w:val="0"/>
          <w:rFonts w:ascii="Calibri" w:hAnsi="Calibri" w:eastAsia="Calibri" w:cs="Calibri"/>
          <w:sz w:val="21"/>
          <w:szCs w:val="21"/>
          <w:color w:val="202124"/>
        </w:rPr>
        <w:t>INSTITUTIONAL_COLLAPSE != MUSICAL_DEATH</w:t>
      </w:r>
    </w:p>
    <w:p>
      <w:pPr>
        <w:spacing w:before="0" w:after="100" w:line="278" w:lineRule="auto"/>
        <w:keepNext w:val="0"/>
        <w:keepLines w:val="0"/>
        <w:widowControl w:val="1"/>
      </w:pPr>
      <w:r>
        <w:rPr>
          <w:b w:val="0"/>
          <w:i w:val="0"/>
          <w:rFonts w:ascii="Calibri" w:hAnsi="Calibri" w:eastAsia="Calibri" w:cs="Calibri"/>
          <w:sz w:val="21"/>
          <w:szCs w:val="21"/>
          <w:color w:val="202124"/>
        </w:rPr>
        <w:t>Noen ganger skaper det diaspora.</w:t>
      </w:r>
    </w:p>
    <w:p>
      <w:pPr>
        <w:spacing w:before="0" w:after="100" w:line="278" w:lineRule="auto"/>
        <w:keepNext w:val="0"/>
        <w:keepLines w:val="0"/>
        <w:widowControl w:val="1"/>
      </w:pPr>
      <w:r>
        <w:rPr>
          <w:b w:val="0"/>
          <w:i w:val="0"/>
          <w:rFonts w:ascii="Calibri" w:hAnsi="Calibri" w:eastAsia="Calibri" w:cs="Calibri"/>
          <w:sz w:val="21"/>
          <w:szCs w:val="21"/>
          <w:color w:val="202124"/>
        </w:rPr>
        <w:t>Noen ganger nye markeder.</w:t>
      </w:r>
    </w:p>
    <w:p>
      <w:pPr>
        <w:spacing w:before="0" w:after="100" w:line="278" w:lineRule="auto"/>
        <w:keepNext w:val="0"/>
        <w:keepLines w:val="0"/>
        <w:widowControl w:val="1"/>
      </w:pPr>
      <w:r>
        <w:rPr>
          <w:b w:val="0"/>
          <w:i w:val="0"/>
          <w:rFonts w:ascii="Calibri" w:hAnsi="Calibri" w:eastAsia="Calibri" w:cs="Calibri"/>
          <w:sz w:val="21"/>
          <w:szCs w:val="21"/>
          <w:color w:val="202124"/>
        </w:rPr>
        <w:t>Noen ganger nye sjangre.</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5. Kolonialismen er ikke bare bakgrunn. Den har formet selve kategoriene.</w:t>
      </w:r>
    </w:p>
    <w:p>
      <w:pPr>
        <w:spacing w:before="0" w:after="100" w:line="278" w:lineRule="auto"/>
        <w:keepNext w:val="0"/>
        <w:keepLines w:val="0"/>
        <w:widowControl w:val="1"/>
      </w:pPr>
      <w:r>
        <w:rPr>
          <w:b w:val="0"/>
          <w:i w:val="0"/>
          <w:rFonts w:ascii="Calibri" w:hAnsi="Calibri" w:eastAsia="Calibri" w:cs="Calibri"/>
          <w:sz w:val="21"/>
          <w:szCs w:val="21"/>
          <w:color w:val="202124"/>
        </w:rPr>
        <w:t>Dette må få mer plass enn det ofte får.</w:t>
      </w:r>
    </w:p>
    <w:p>
      <w:pPr>
        <w:spacing w:before="0" w:after="100" w:line="278" w:lineRule="auto"/>
        <w:keepNext w:val="0"/>
        <w:keepLines w:val="0"/>
        <w:widowControl w:val="1"/>
      </w:pPr>
      <w:r>
        <w:rPr>
          <w:b w:val="0"/>
          <w:i w:val="0"/>
          <w:rFonts w:ascii="Calibri" w:hAnsi="Calibri" w:eastAsia="Calibri" w:cs="Calibri"/>
          <w:sz w:val="21"/>
          <w:szCs w:val="21"/>
          <w:color w:val="202124"/>
        </w:rPr>
        <w:t>Vestlig musikkhistorie har lenge behandlet «påvirkning» som noe nesten uskyldig:</w:t>
      </w:r>
    </w:p>
    <w:p>
      <w:pPr>
        <w:spacing w:before="0" w:after="100" w:line="278" w:lineRule="auto"/>
        <w:keepNext w:val="0"/>
        <w:keepLines w:val="0"/>
        <w:widowControl w:val="1"/>
      </w:pPr>
      <w:r>
        <w:rPr>
          <w:b w:val="0"/>
          <w:i w:val="0"/>
          <w:rFonts w:ascii="Calibri" w:hAnsi="Calibri" w:eastAsia="Calibri" w:cs="Calibri"/>
          <w:sz w:val="21"/>
          <w:szCs w:val="21"/>
          <w:color w:val="202124"/>
        </w:rPr>
        <w:t>Komponist A påvirket komponist B.</w:t>
      </w:r>
    </w:p>
    <w:p>
      <w:pPr>
        <w:spacing w:before="0" w:after="100" w:line="278" w:lineRule="auto"/>
        <w:keepNext w:val="0"/>
        <w:keepLines w:val="0"/>
        <w:widowControl w:val="1"/>
      </w:pPr>
      <w:r>
        <w:rPr>
          <w:b w:val="0"/>
          <w:i w:val="0"/>
          <w:rFonts w:ascii="Calibri" w:hAnsi="Calibri" w:eastAsia="Calibri" w:cs="Calibri"/>
          <w:sz w:val="21"/>
          <w:szCs w:val="21"/>
          <w:color w:val="202124"/>
        </w:rPr>
        <w:t>Men verdens musikkhistorie inneholder også forbindelser skapt gjennom:</w:t>
      </w:r>
    </w:p>
    <w:p>
      <w:pPr>
        <w:spacing w:before="0" w:after="100" w:line="278" w:lineRule="auto"/>
        <w:keepNext w:val="0"/>
        <w:keepLines w:val="0"/>
        <w:widowControl w:val="1"/>
      </w:pPr>
      <w:r>
        <w:rPr>
          <w:b w:val="0"/>
          <w:i w:val="0"/>
          <w:rFonts w:ascii="Calibri" w:hAnsi="Calibri" w:eastAsia="Calibri" w:cs="Calibri"/>
          <w:sz w:val="21"/>
          <w:szCs w:val="21"/>
          <w:color w:val="202124"/>
        </w:rPr>
        <w:t>krig,</w:t>
      </w:r>
    </w:p>
    <w:p>
      <w:pPr>
        <w:spacing w:before="0" w:after="100" w:line="278" w:lineRule="auto"/>
        <w:keepNext w:val="0"/>
        <w:keepLines w:val="0"/>
        <w:widowControl w:val="1"/>
      </w:pPr>
      <w:r>
        <w:rPr>
          <w:b w:val="0"/>
          <w:i w:val="0"/>
          <w:rFonts w:ascii="Calibri" w:hAnsi="Calibri" w:eastAsia="Calibri" w:cs="Calibri"/>
          <w:sz w:val="21"/>
          <w:szCs w:val="21"/>
          <w:color w:val="202124"/>
        </w:rPr>
        <w:t>slaveri,</w:t>
      </w:r>
    </w:p>
    <w:p>
      <w:pPr>
        <w:spacing w:before="0" w:after="100" w:line="278" w:lineRule="auto"/>
        <w:keepNext w:val="0"/>
        <w:keepLines w:val="0"/>
        <w:widowControl w:val="1"/>
      </w:pPr>
      <w:r>
        <w:rPr>
          <w:b w:val="0"/>
          <w:i w:val="0"/>
          <w:rFonts w:ascii="Calibri" w:hAnsi="Calibri" w:eastAsia="Calibri" w:cs="Calibri"/>
          <w:sz w:val="21"/>
          <w:szCs w:val="21"/>
          <w:color w:val="202124"/>
        </w:rPr>
        <w:t>kolonisering,</w:t>
      </w:r>
    </w:p>
    <w:p>
      <w:pPr>
        <w:spacing w:before="0" w:after="100" w:line="278" w:lineRule="auto"/>
        <w:keepNext w:val="0"/>
        <w:keepLines w:val="0"/>
        <w:widowControl w:val="1"/>
      </w:pPr>
      <w:r>
        <w:rPr>
          <w:b w:val="0"/>
          <w:i w:val="0"/>
          <w:rFonts w:ascii="Calibri" w:hAnsi="Calibri" w:eastAsia="Calibri" w:cs="Calibri"/>
          <w:sz w:val="21"/>
          <w:szCs w:val="21"/>
          <w:color w:val="202124"/>
        </w:rPr>
        <w:t>misjon,</w:t>
      </w:r>
    </w:p>
    <w:p>
      <w:pPr>
        <w:spacing w:before="0" w:after="100" w:line="278" w:lineRule="auto"/>
        <w:keepNext w:val="0"/>
        <w:keepLines w:val="0"/>
        <w:widowControl w:val="1"/>
      </w:pPr>
      <w:r>
        <w:rPr>
          <w:b w:val="0"/>
          <w:i w:val="0"/>
          <w:rFonts w:ascii="Calibri" w:hAnsi="Calibri" w:eastAsia="Calibri" w:cs="Calibri"/>
          <w:sz w:val="21"/>
          <w:szCs w:val="21"/>
          <w:color w:val="202124"/>
        </w:rPr>
        <w:t>handel,</w:t>
      </w:r>
    </w:p>
    <w:p>
      <w:pPr>
        <w:spacing w:before="0" w:after="100" w:line="278" w:lineRule="auto"/>
        <w:keepNext w:val="0"/>
        <w:keepLines w:val="0"/>
        <w:widowControl w:val="1"/>
      </w:pPr>
      <w:r>
        <w:rPr>
          <w:b w:val="0"/>
          <w:i w:val="0"/>
          <w:rFonts w:ascii="Calibri" w:hAnsi="Calibri" w:eastAsia="Calibri" w:cs="Calibri"/>
          <w:sz w:val="21"/>
          <w:szCs w:val="21"/>
          <w:color w:val="202124"/>
        </w:rPr>
        <w:t>tvungen migrasjon,</w:t>
      </w:r>
    </w:p>
    <w:p>
      <w:pPr>
        <w:spacing w:before="0" w:after="100" w:line="278" w:lineRule="auto"/>
        <w:keepNext w:val="0"/>
        <w:keepLines w:val="0"/>
        <w:widowControl w:val="1"/>
      </w:pPr>
      <w:r>
        <w:rPr>
          <w:b w:val="0"/>
          <w:i w:val="0"/>
          <w:rFonts w:ascii="Calibri" w:hAnsi="Calibri" w:eastAsia="Calibri" w:cs="Calibri"/>
          <w:sz w:val="21"/>
          <w:szCs w:val="21"/>
          <w:color w:val="202124"/>
        </w:rPr>
        <w:t>militærmakt,</w:t>
      </w:r>
    </w:p>
    <w:p>
      <w:pPr>
        <w:spacing w:before="0" w:after="100" w:line="278" w:lineRule="auto"/>
        <w:keepNext w:val="0"/>
        <w:keepLines w:val="0"/>
        <w:widowControl w:val="1"/>
      </w:pPr>
      <w:r>
        <w:rPr>
          <w:b w:val="0"/>
          <w:i w:val="0"/>
          <w:rFonts w:ascii="Calibri" w:hAnsi="Calibri" w:eastAsia="Calibri" w:cs="Calibri"/>
          <w:sz w:val="21"/>
          <w:szCs w:val="21"/>
          <w:color w:val="202124"/>
        </w:rPr>
        <w:t>skolevesen,</w:t>
      </w:r>
    </w:p>
    <w:p>
      <w:pPr>
        <w:spacing w:before="0" w:after="100" w:line="278" w:lineRule="auto"/>
        <w:keepNext w:val="0"/>
        <w:keepLines w:val="0"/>
        <w:widowControl w:val="1"/>
      </w:pPr>
      <w:r>
        <w:rPr>
          <w:b w:val="0"/>
          <w:i w:val="0"/>
          <w:rFonts w:ascii="Calibri" w:hAnsi="Calibri" w:eastAsia="Calibri" w:cs="Calibri"/>
          <w:sz w:val="21"/>
          <w:szCs w:val="21"/>
          <w:color w:val="202124"/>
        </w:rPr>
        <w:t>medieteknologi.</w:t>
      </w:r>
    </w:p>
    <w:p>
      <w:pPr>
        <w:spacing w:before="0" w:after="100" w:line="278" w:lineRule="auto"/>
        <w:keepNext w:val="0"/>
        <w:keepLines w:val="0"/>
        <w:widowControl w:val="1"/>
      </w:pPr>
      <w:r>
        <w:rPr>
          <w:b w:val="0"/>
          <w:i w:val="0"/>
          <w:rFonts w:ascii="Calibri" w:hAnsi="Calibri" w:eastAsia="Calibri" w:cs="Calibri"/>
          <w:sz w:val="21"/>
          <w:szCs w:val="21"/>
          <w:color w:val="202124"/>
        </w:rPr>
        <w:t>Tidlig sammenlignende musikkvitenskap ble selv muliggjort delvis gjennom koloniale nettverk og innsamling fra steder europeiske imperier hadde fått tilgang til.</w:t>
      </w:r>
    </w:p>
    <w:p>
      <w:pPr>
        <w:spacing w:before="0" w:after="100" w:line="278" w:lineRule="auto"/>
        <w:keepNext w:val="0"/>
        <w:keepLines w:val="0"/>
        <w:widowControl w:val="1"/>
      </w:pPr>
      <w:r>
        <w:rPr>
          <w:b w:val="0"/>
          <w:i w:val="0"/>
          <w:rFonts w:ascii="Calibri" w:hAnsi="Calibri" w:eastAsia="Calibri" w:cs="Calibri"/>
          <w:sz w:val="21"/>
          <w:szCs w:val="21"/>
          <w:color w:val="202124"/>
        </w:rPr>
        <w:t>Det betyr ikke at all kunnskap derfra må forkastes.</w:t>
      </w:r>
    </w:p>
    <w:p>
      <w:pPr>
        <w:spacing w:before="0" w:after="100" w:line="278" w:lineRule="auto"/>
        <w:keepNext w:val="0"/>
        <w:keepLines w:val="0"/>
        <w:widowControl w:val="1"/>
      </w:pPr>
      <w:r>
        <w:rPr>
          <w:b w:val="0"/>
          <w:i w:val="0"/>
          <w:rFonts w:ascii="Calibri" w:hAnsi="Calibri" w:eastAsia="Calibri" w:cs="Calibri"/>
          <w:sz w:val="21"/>
          <w:szCs w:val="21"/>
          <w:color w:val="202124"/>
        </w:rPr>
        <w:t>Men proveniensen må følge kunnskapen.</w:t>
      </w:r>
    </w:p>
    <w:p>
      <w:pPr>
        <w:spacing w:before="0" w:after="100" w:line="278" w:lineRule="auto"/>
        <w:keepNext w:val="0"/>
        <w:keepLines w:val="0"/>
        <w:widowControl w:val="1"/>
      </w:pPr>
      <w:r>
        <w:rPr>
          <w:b w:val="0"/>
          <w:i w:val="0"/>
          <w:rFonts w:ascii="Calibri" w:hAnsi="Calibri" w:eastAsia="Calibri" w:cs="Calibri"/>
          <w:sz w:val="21"/>
          <w:szCs w:val="21"/>
          <w:color w:val="202124"/>
        </w:rPr>
        <w:t>Dette minner meg selvfølgelig om hele vår tidligere samtale:</w:t>
      </w:r>
    </w:p>
    <w:p>
      <w:pPr>
        <w:spacing w:before="0" w:after="100" w:line="278" w:lineRule="auto"/>
        <w:keepNext w:val="0"/>
        <w:keepLines w:val="0"/>
        <w:widowControl w:val="1"/>
      </w:pPr>
      <w:r>
        <w:rPr>
          <w:b/>
          <w:i w:val="0"/>
          <w:rFonts w:ascii="Calibri" w:hAnsi="Calibri" w:eastAsia="Calibri" w:cs="Calibri"/>
          <w:sz w:val="21"/>
          <w:szCs w:val="21"/>
          <w:color w:val="202124"/>
        </w:rPr>
        <w:t>PRESERVATION MUST CARRY PROVENANCE</w:t>
      </w:r>
    </w:p>
    <w:p>
      <w:pPr>
        <w:spacing w:before="0" w:after="100" w:line="278" w:lineRule="auto"/>
        <w:keepNext w:val="0"/>
        <w:keepLines w:val="0"/>
        <w:widowControl w:val="1"/>
      </w:pPr>
      <w:r>
        <w:rPr>
          <w:b w:val="0"/>
          <w:i w:val="0"/>
          <w:rFonts w:ascii="Calibri" w:hAnsi="Calibri" w:eastAsia="Calibri" w:cs="Calibri"/>
          <w:sz w:val="21"/>
          <w:szCs w:val="21"/>
          <w:color w:val="202124"/>
        </w:rPr>
        <w:t>Det gjelder musikksamlinger også.</w:t>
      </w:r>
    </w:p>
    <w:p>
      <w:pPr>
        <w:spacing w:before="0" w:after="100" w:line="278" w:lineRule="auto"/>
        <w:keepNext w:val="0"/>
        <w:keepLines w:val="0"/>
        <w:widowControl w:val="1"/>
      </w:pPr>
      <w:r>
        <w:rPr>
          <w:b w:val="0"/>
          <w:i w:val="0"/>
          <w:rFonts w:ascii="Calibri" w:hAnsi="Calibri" w:eastAsia="Calibri" w:cs="Calibri"/>
          <w:sz w:val="21"/>
          <w:szCs w:val="21"/>
          <w:color w:val="202124"/>
        </w:rPr>
        <w:t>Et opptak kan være uvurderlig.</w:t>
      </w:r>
    </w:p>
    <w:p>
      <w:pPr>
        <w:spacing w:before="0" w:after="100" w:line="278" w:lineRule="auto"/>
        <w:keepNext w:val="0"/>
        <w:keepLines w:val="0"/>
        <w:widowControl w:val="1"/>
      </w:pPr>
      <w:r>
        <w:rPr>
          <w:b w:val="0"/>
          <w:i w:val="0"/>
          <w:rFonts w:ascii="Calibri" w:hAnsi="Calibri" w:eastAsia="Calibri" w:cs="Calibri"/>
          <w:sz w:val="21"/>
          <w:szCs w:val="21"/>
          <w:color w:val="202124"/>
        </w:rPr>
        <w:t>Men hvem fikk lov til å ta det?</w:t>
      </w:r>
    </w:p>
    <w:p>
      <w:pPr>
        <w:spacing w:before="0" w:after="100" w:line="278" w:lineRule="auto"/>
        <w:keepNext w:val="0"/>
        <w:keepLines w:val="0"/>
        <w:widowControl w:val="1"/>
      </w:pPr>
      <w:r>
        <w:rPr>
          <w:b w:val="0"/>
          <w:i w:val="0"/>
          <w:rFonts w:ascii="Calibri" w:hAnsi="Calibri" w:eastAsia="Calibri" w:cs="Calibri"/>
          <w:sz w:val="21"/>
          <w:szCs w:val="21"/>
          <w:color w:val="202124"/>
        </w:rPr>
        <w:t>Hvem eide fonografen?</w:t>
      </w:r>
    </w:p>
    <w:p>
      <w:pPr>
        <w:spacing w:before="0" w:after="100" w:line="278" w:lineRule="auto"/>
        <w:keepNext w:val="0"/>
        <w:keepLines w:val="0"/>
        <w:widowControl w:val="1"/>
      </w:pPr>
      <w:r>
        <w:rPr>
          <w:b w:val="0"/>
          <w:i w:val="0"/>
          <w:rFonts w:ascii="Calibri" w:hAnsi="Calibri" w:eastAsia="Calibri" w:cs="Calibri"/>
          <w:sz w:val="21"/>
          <w:szCs w:val="21"/>
          <w:color w:val="202124"/>
        </w:rPr>
        <w:t>Hvem fikk navnet sitt på etiketten?</w:t>
      </w:r>
    </w:p>
    <w:p>
      <w:pPr>
        <w:spacing w:before="0" w:after="100" w:line="278" w:lineRule="auto"/>
        <w:keepNext w:val="0"/>
        <w:keepLines w:val="0"/>
        <w:widowControl w:val="1"/>
      </w:pPr>
      <w:r>
        <w:rPr>
          <w:b w:val="0"/>
          <w:i w:val="0"/>
          <w:rFonts w:ascii="Calibri" w:hAnsi="Calibri" w:eastAsia="Calibri" w:cs="Calibri"/>
          <w:sz w:val="21"/>
          <w:szCs w:val="21"/>
          <w:color w:val="202124"/>
        </w:rPr>
        <w:t>Hvem fikk royalties?</w:t>
      </w:r>
    </w:p>
    <w:p>
      <w:pPr>
        <w:spacing w:before="0" w:after="100" w:line="278" w:lineRule="auto"/>
        <w:keepNext w:val="0"/>
        <w:keepLines w:val="0"/>
        <w:widowControl w:val="1"/>
      </w:pPr>
      <w:r>
        <w:rPr>
          <w:b w:val="0"/>
          <w:i w:val="0"/>
          <w:rFonts w:ascii="Calibri" w:hAnsi="Calibri" w:eastAsia="Calibri" w:cs="Calibri"/>
          <w:sz w:val="21"/>
          <w:szCs w:val="21"/>
          <w:color w:val="202124"/>
        </w:rPr>
        <w:t>Hvem ble kategorisert som «primitive» mens forskeren ble kalt vitenskapsmann?</w:t>
      </w:r>
    </w:p>
    <w:p>
      <w:pPr>
        <w:spacing w:before="0" w:after="100" w:line="278" w:lineRule="auto"/>
        <w:keepNext w:val="0"/>
        <w:keepLines w:val="0"/>
        <w:widowControl w:val="1"/>
      </w:pPr>
      <w:r>
        <w:rPr>
          <w:b w:val="0"/>
          <w:i w:val="0"/>
          <w:rFonts w:ascii="Calibri" w:hAnsi="Calibri" w:eastAsia="Calibri" w:cs="Calibri"/>
          <w:sz w:val="21"/>
          <w:szCs w:val="21"/>
          <w:color w:val="202124"/>
        </w:rPr>
        <w:t>Musikkhistorie handler derfor ikke bare om lydens vandring.</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Den handler om </w:t>
      </w:r>
      <w:r>
        <w:rPr>
          <w:b/>
          <w:i w:val="0"/>
          <w:rFonts w:ascii="Calibri" w:hAnsi="Calibri" w:eastAsia="Calibri" w:cs="Calibri"/>
          <w:sz w:val="21"/>
          <w:szCs w:val="21"/>
          <w:color w:val="202124"/>
        </w:rPr>
        <w:t>hvem som fikk autoritet til å navngi lyden</w:t>
      </w:r>
      <w:r>
        <w:rPr>
          <w:b w:val="0"/>
          <w:i w:val="0"/>
          <w:rFonts w:ascii="Calibri" w:hAnsi="Calibri" w:eastAsia="Calibri" w:cs="Calibri"/>
          <w:sz w:val="21"/>
          <w:szCs w:val="21"/>
          <w:color w:val="202124"/>
        </w:rPr>
        <w:t>.</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6. Atlanterhavet er kanskje et bedre historisk sentrum enn Wien</w:t>
      </w:r>
    </w:p>
    <w:p>
      <w:pPr>
        <w:spacing w:before="0" w:after="100" w:line="278" w:lineRule="auto"/>
        <w:keepNext w:val="0"/>
        <w:keepLines w:val="0"/>
        <w:widowControl w:val="1"/>
      </w:pPr>
      <w:r>
        <w:rPr>
          <w:b w:val="0"/>
          <w:i w:val="0"/>
          <w:rFonts w:ascii="Calibri" w:hAnsi="Calibri" w:eastAsia="Calibri" w:cs="Calibri"/>
          <w:sz w:val="21"/>
          <w:szCs w:val="21"/>
          <w:color w:val="202124"/>
        </w:rPr>
        <w:t>Her vil jeg provosere litt.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Hvis vi ønsker å forstå </w:t>
      </w:r>
      <w:r>
        <w:rPr>
          <w:b/>
          <w:i w:val="0"/>
          <w:rFonts w:ascii="Calibri" w:hAnsi="Calibri" w:eastAsia="Calibri" w:cs="Calibri"/>
          <w:sz w:val="21"/>
          <w:szCs w:val="21"/>
          <w:color w:val="202124"/>
        </w:rPr>
        <w:t>verdens musikalske modernitet</w:t>
      </w:r>
      <w:r>
        <w:rPr>
          <w:b w:val="0"/>
          <w:i w:val="0"/>
          <w:rFonts w:ascii="Calibri" w:hAnsi="Calibri" w:eastAsia="Calibri" w:cs="Calibri"/>
          <w:sz w:val="21"/>
          <w:szCs w:val="21"/>
          <w:color w:val="202124"/>
        </w:rPr>
        <w:t>, er kanskje 1800- og 1900-tallets Wien mindre sentralt enn det atlantiske systemet.</w:t>
      </w:r>
    </w:p>
    <w:p>
      <w:pPr>
        <w:spacing w:before="0" w:after="100" w:line="278" w:lineRule="auto"/>
        <w:keepNext w:val="0"/>
        <w:keepLines w:val="0"/>
        <w:widowControl w:val="1"/>
      </w:pPr>
      <w:r>
        <w:rPr>
          <w:b w:val="0"/>
          <w:i w:val="0"/>
          <w:rFonts w:ascii="Calibri" w:hAnsi="Calibri" w:eastAsia="Calibri" w:cs="Calibri"/>
          <w:sz w:val="21"/>
          <w:szCs w:val="21"/>
          <w:color w:val="202124"/>
        </w:rPr>
        <w:t>Ikke mindre viktig kunstnerisk.</w:t>
      </w:r>
    </w:p>
    <w:p>
      <w:pPr>
        <w:spacing w:before="0" w:after="100" w:line="278" w:lineRule="auto"/>
        <w:keepNext w:val="0"/>
        <w:keepLines w:val="0"/>
        <w:widowControl w:val="1"/>
      </w:pPr>
      <w:r>
        <w:rPr>
          <w:b w:val="0"/>
          <w:i w:val="0"/>
          <w:rFonts w:ascii="Calibri" w:hAnsi="Calibri" w:eastAsia="Calibri" w:cs="Calibri"/>
          <w:sz w:val="21"/>
          <w:szCs w:val="21"/>
          <w:color w:val="202124"/>
        </w:rPr>
        <w:t>Men mindre enerådende historisk.</w:t>
      </w:r>
    </w:p>
    <w:p>
      <w:pPr>
        <w:spacing w:before="0" w:after="100" w:line="278" w:lineRule="auto"/>
        <w:keepNext w:val="0"/>
        <w:keepLines w:val="0"/>
        <w:widowControl w:val="1"/>
      </w:pPr>
      <w:r>
        <w:rPr>
          <w:b w:val="0"/>
          <w:i w:val="0"/>
          <w:rFonts w:ascii="Calibri" w:hAnsi="Calibri" w:eastAsia="Calibri" w:cs="Calibri"/>
          <w:sz w:val="21"/>
          <w:szCs w:val="21"/>
          <w:color w:val="202124"/>
        </w:rPr>
        <w:t>Gjennom den transatlantiske slavehandelen ble mennesker fra mange afrikanske samfunn tvangsflyttet til Amerika. Musikalske praksiser overlevde, ble transformert og møtte europeiske og urfolksamerikanske praksiser i nye og ofte brutale sosiale sammenhenger. Forskning på den tidlige svarte Atlanteren viser både kontinuitet fra afrikanske tradisjoner og fremveksten av nye diasporiske praksiser i Amerika.</w:t>
      </w:r>
    </w:p>
    <w:p>
      <w:pPr>
        <w:spacing w:before="0" w:after="100" w:line="278" w:lineRule="auto"/>
        <w:keepNext w:val="0"/>
        <w:keepLines w:val="0"/>
        <w:widowControl w:val="1"/>
      </w:pPr>
      <w:r>
        <w:rPr>
          <w:b w:val="0"/>
          <w:i w:val="0"/>
          <w:rFonts w:ascii="Calibri" w:hAnsi="Calibri" w:eastAsia="Calibri" w:cs="Calibri"/>
          <w:sz w:val="21"/>
          <w:szCs w:val="21"/>
          <w:color w:val="202124"/>
        </w:rPr>
        <w:t>Senere får vi ikke én rett linje:</w:t>
      </w:r>
    </w:p>
    <w:p>
      <w:pPr>
        <w:spacing w:before="0" w:after="100" w:line="278" w:lineRule="auto"/>
        <w:keepNext w:val="0"/>
        <w:keepLines w:val="0"/>
        <w:widowControl w:val="1"/>
      </w:pPr>
      <w:r>
        <w:rPr>
          <w:b w:val="0"/>
          <w:i w:val="0"/>
          <w:rFonts w:ascii="Calibri" w:hAnsi="Calibri" w:eastAsia="Calibri" w:cs="Calibri"/>
          <w:sz w:val="21"/>
          <w:szCs w:val="21"/>
          <w:color w:val="202124"/>
        </w:rPr>
        <w:t>Africa → blues → jazz → rock.</w:t>
      </w:r>
    </w:p>
    <w:p>
      <w:pPr>
        <w:spacing w:before="0" w:after="100" w:line="278" w:lineRule="auto"/>
        <w:keepNext w:val="0"/>
        <w:keepLines w:val="0"/>
        <w:widowControl w:val="1"/>
      </w:pPr>
      <w:r>
        <w:rPr>
          <w:b w:val="0"/>
          <w:i w:val="0"/>
          <w:rFonts w:ascii="Calibri" w:hAnsi="Calibri" w:eastAsia="Calibri" w:cs="Calibri"/>
          <w:sz w:val="21"/>
          <w:szCs w:val="21"/>
          <w:color w:val="202124"/>
        </w:rPr>
        <w:t>Det er mye mer interessant.</w:t>
      </w:r>
    </w:p>
    <w:p>
      <w:pPr>
        <w:spacing w:before="0" w:after="100" w:line="278" w:lineRule="auto"/>
        <w:keepNext w:val="0"/>
        <w:keepLines w:val="0"/>
        <w:widowControl w:val="1"/>
      </w:pPr>
      <w:r>
        <w:rPr>
          <w:b w:val="0"/>
          <w:i w:val="0"/>
          <w:rFonts w:ascii="Calibri" w:hAnsi="Calibri" w:eastAsia="Calibri" w:cs="Calibri"/>
          <w:sz w:val="21"/>
          <w:szCs w:val="21"/>
          <w:color w:val="202124"/>
        </w:rPr>
        <w:t>Vi får sirkulasjon.</w:t>
      </w:r>
    </w:p>
    <w:p>
      <w:pPr>
        <w:spacing w:before="0" w:after="100" w:line="278" w:lineRule="auto"/>
        <w:keepNext w:val="0"/>
        <w:keepLines w:val="0"/>
        <w:widowControl w:val="1"/>
      </w:pPr>
      <w:r>
        <w:rPr>
          <w:b w:val="0"/>
          <w:i w:val="0"/>
          <w:rFonts w:ascii="Calibri" w:hAnsi="Calibri" w:eastAsia="Calibri" w:cs="Calibri"/>
          <w:sz w:val="21"/>
          <w:szCs w:val="21"/>
          <w:color w:val="202124"/>
        </w:rPr>
        <w:t>Afrikansk diaspora påvirker amerikanske og karibiske sjangre.</w:t>
      </w:r>
    </w:p>
    <w:p>
      <w:pPr>
        <w:spacing w:before="0" w:after="100" w:line="278" w:lineRule="auto"/>
        <w:keepNext w:val="0"/>
        <w:keepLines w:val="0"/>
        <w:widowControl w:val="1"/>
      </w:pPr>
      <w:r>
        <w:rPr>
          <w:b w:val="0"/>
          <w:i w:val="0"/>
          <w:rFonts w:ascii="Calibri" w:hAnsi="Calibri" w:eastAsia="Calibri" w:cs="Calibri"/>
          <w:sz w:val="21"/>
          <w:szCs w:val="21"/>
          <w:color w:val="202124"/>
        </w:rPr>
        <w:t>Disse vender tilbake gjennom plater, radio og turneer til afrikanske byer.</w:t>
      </w:r>
    </w:p>
    <w:p>
      <w:pPr>
        <w:spacing w:before="0" w:after="100" w:line="278" w:lineRule="auto"/>
        <w:keepNext w:val="0"/>
        <w:keepLines w:val="0"/>
        <w:widowControl w:val="1"/>
      </w:pPr>
      <w:r>
        <w:rPr>
          <w:b w:val="0"/>
          <w:i w:val="0"/>
          <w:rFonts w:ascii="Calibri" w:hAnsi="Calibri" w:eastAsia="Calibri" w:cs="Calibri"/>
          <w:sz w:val="21"/>
          <w:szCs w:val="21"/>
          <w:color w:val="202124"/>
        </w:rPr>
        <w:t>Kubansk musikk får enorm betydning i deler av Afrika.</w:t>
      </w:r>
    </w:p>
    <w:p>
      <w:pPr>
        <w:spacing w:before="0" w:after="100" w:line="278" w:lineRule="auto"/>
        <w:keepNext w:val="0"/>
        <w:keepLines w:val="0"/>
        <w:widowControl w:val="1"/>
      </w:pPr>
      <w:r>
        <w:rPr>
          <w:b w:val="0"/>
          <w:i w:val="0"/>
          <w:rFonts w:ascii="Calibri" w:hAnsi="Calibri" w:eastAsia="Calibri" w:cs="Calibri"/>
          <w:sz w:val="21"/>
          <w:szCs w:val="21"/>
          <w:color w:val="202124"/>
        </w:rPr>
        <w:t>Amerikansk funk møter Afrika.</w:t>
      </w:r>
    </w:p>
    <w:p>
      <w:pPr>
        <w:spacing w:before="0" w:after="100" w:line="278" w:lineRule="auto"/>
        <w:keepNext w:val="0"/>
        <w:keepLines w:val="0"/>
        <w:widowControl w:val="1"/>
      </w:pPr>
      <w:r>
        <w:rPr>
          <w:b w:val="0"/>
          <w:i w:val="0"/>
          <w:rFonts w:ascii="Calibri" w:hAnsi="Calibri" w:eastAsia="Calibri" w:cs="Calibri"/>
          <w:sz w:val="21"/>
          <w:szCs w:val="21"/>
          <w:color w:val="202124"/>
        </w:rPr>
        <w:t>Fela Kuti påvirkes blant annet av amerikanske uttrykk, mens musikere rundt James Brown igjen absorberer impulser fra Afrika.</w:t>
      </w:r>
    </w:p>
    <w:p>
      <w:pPr>
        <w:spacing w:before="0" w:after="100" w:line="278" w:lineRule="auto"/>
        <w:keepNext w:val="0"/>
        <w:keepLines w:val="0"/>
        <w:widowControl w:val="1"/>
      </w:pPr>
      <w:r>
        <w:rPr>
          <w:b w:val="0"/>
          <w:i w:val="0"/>
          <w:rFonts w:ascii="Calibri" w:hAnsi="Calibri" w:eastAsia="Calibri" w:cs="Calibri"/>
          <w:sz w:val="21"/>
          <w:szCs w:val="21"/>
          <w:color w:val="202124"/>
        </w:rPr>
        <w:t>Så:</w:t>
      </w:r>
    </w:p>
    <w:p>
      <w:pPr>
        <w:spacing w:before="0" w:after="100" w:line="278" w:lineRule="auto"/>
        <w:keepNext w:val="0"/>
        <w:keepLines w:val="0"/>
        <w:widowControl w:val="1"/>
      </w:pPr>
      <w:r>
        <w:rPr>
          <w:b/>
          <w:i w:val="0"/>
          <w:rFonts w:ascii="Calibri" w:hAnsi="Calibri" w:eastAsia="Calibri" w:cs="Calibri"/>
          <w:sz w:val="21"/>
          <w:szCs w:val="21"/>
          <w:color w:val="202124"/>
        </w:rPr>
        <w:t>INFLUENCE_IS_NOT_AN_ARROW</w:t>
      </w:r>
    </w:p>
    <w:p>
      <w:pPr>
        <w:spacing w:before="0" w:after="100" w:line="278" w:lineRule="auto"/>
        <w:keepNext w:val="0"/>
        <w:keepLines w:val="0"/>
        <w:widowControl w:val="1"/>
      </w:pPr>
      <w:r>
        <w:rPr>
          <w:b w:val="0"/>
          <w:i w:val="0"/>
          <w:rFonts w:ascii="Calibri" w:hAnsi="Calibri" w:eastAsia="Calibri" w:cs="Calibri"/>
          <w:sz w:val="21"/>
          <w:szCs w:val="21"/>
          <w:color w:val="202124"/>
        </w:rPr>
        <w:t>Den kan være:</w:t>
      </w:r>
    </w:p>
    <w:p>
      <w:pPr>
        <w:spacing w:before="0" w:after="100" w:line="278" w:lineRule="auto"/>
        <w:keepNext w:val="0"/>
        <w:keepLines w:val="0"/>
        <w:widowControl w:val="1"/>
      </w:pPr>
      <w:r>
        <w:rPr>
          <w:b/>
          <w:i w:val="0"/>
          <w:rFonts w:ascii="Calibri" w:hAnsi="Calibri" w:eastAsia="Calibri" w:cs="Calibri"/>
          <w:sz w:val="21"/>
          <w:szCs w:val="21"/>
          <w:color w:val="202124"/>
        </w:rPr>
        <w:t>A → B → C → A'</w:t>
      </w:r>
    </w:p>
    <w:p>
      <w:pPr>
        <w:spacing w:before="0" w:after="100" w:line="278" w:lineRule="auto"/>
        <w:keepNext w:val="0"/>
        <w:keepLines w:val="0"/>
        <w:widowControl w:val="1"/>
      </w:pPr>
      <w:r>
        <w:rPr>
          <w:b w:val="0"/>
          <w:i w:val="0"/>
          <w:rFonts w:ascii="Calibri" w:hAnsi="Calibri" w:eastAsia="Calibri" w:cs="Calibri"/>
          <w:sz w:val="21"/>
          <w:szCs w:val="21"/>
          <w:color w:val="202124"/>
        </w:rPr>
        <w:t>Det er en annen historisk geometri.</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Kanskje </w:t>
      </w:r>
      <w:r>
        <w:rPr>
          <w:b/>
          <w:i w:val="0"/>
          <w:rFonts w:ascii="Calibri" w:hAnsi="Calibri" w:eastAsia="Calibri" w:cs="Calibri"/>
          <w:sz w:val="21"/>
          <w:szCs w:val="21"/>
          <w:color w:val="202124"/>
        </w:rPr>
        <w:t>feedback loop</w:t>
      </w:r>
      <w:r>
        <w:rPr>
          <w:b w:val="0"/>
          <w:i w:val="0"/>
          <w:rFonts w:ascii="Calibri" w:hAnsi="Calibri" w:eastAsia="Calibri" w:cs="Calibri"/>
          <w:sz w:val="21"/>
          <w:szCs w:val="21"/>
          <w:color w:val="202124"/>
        </w:rPr>
        <w:t xml:space="preserve"> er et bedre musikkhistorisk begrep enn «påvirkningslinje».</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7. Opptaket er kanskje like stor revolusjon som notasjonen</w:t>
      </w:r>
    </w:p>
    <w:p>
      <w:pPr>
        <w:spacing w:before="0" w:after="100" w:line="278" w:lineRule="auto"/>
        <w:keepNext w:val="0"/>
        <w:keepLines w:val="0"/>
        <w:widowControl w:val="1"/>
      </w:pPr>
      <w:r>
        <w:rPr>
          <w:b w:val="0"/>
          <w:i w:val="0"/>
          <w:rFonts w:ascii="Calibri" w:hAnsi="Calibri" w:eastAsia="Calibri" w:cs="Calibri"/>
          <w:sz w:val="21"/>
          <w:szCs w:val="21"/>
          <w:color w:val="202124"/>
        </w:rPr>
        <w:t>Europeisk musikkhistorie elsker notasjonshistorien.</w:t>
      </w:r>
    </w:p>
    <w:p>
      <w:pPr>
        <w:spacing w:before="0" w:after="100" w:line="278" w:lineRule="auto"/>
        <w:keepNext w:val="0"/>
        <w:keepLines w:val="0"/>
        <w:widowControl w:val="1"/>
      </w:pPr>
      <w:r>
        <w:rPr>
          <w:b w:val="0"/>
          <w:i w:val="0"/>
          <w:rFonts w:ascii="Calibri" w:hAnsi="Calibri" w:eastAsia="Calibri" w:cs="Calibri"/>
          <w:sz w:val="21"/>
          <w:szCs w:val="21"/>
          <w:color w:val="202124"/>
        </w:rPr>
        <w:t>Med god grunn.</w:t>
      </w:r>
    </w:p>
    <w:p>
      <w:pPr>
        <w:spacing w:before="0" w:after="100" w:line="278" w:lineRule="auto"/>
        <w:keepNext w:val="0"/>
        <w:keepLines w:val="0"/>
        <w:widowControl w:val="1"/>
      </w:pPr>
      <w:r>
        <w:rPr>
          <w:b w:val="0"/>
          <w:i w:val="0"/>
          <w:rFonts w:ascii="Calibri" w:hAnsi="Calibri" w:eastAsia="Calibri" w:cs="Calibri"/>
          <w:sz w:val="21"/>
          <w:szCs w:val="21"/>
          <w:color w:val="202124"/>
        </w:rPr>
        <w:t>Men rundt 1900 skjer noe som kanskje er enda mer radikalt:</w:t>
      </w:r>
    </w:p>
    <w:p>
      <w:pPr>
        <w:spacing w:before="0" w:after="100" w:line="278" w:lineRule="auto"/>
        <w:keepNext w:val="0"/>
        <w:keepLines w:val="0"/>
        <w:widowControl w:val="1"/>
      </w:pPr>
      <w:r>
        <w:rPr>
          <w:b/>
          <w:i w:val="0"/>
          <w:rFonts w:ascii="Calibri" w:hAnsi="Calibri" w:eastAsia="Calibri" w:cs="Calibri"/>
          <w:sz w:val="21"/>
          <w:szCs w:val="21"/>
          <w:color w:val="202124"/>
        </w:rPr>
        <w:t>lydhendelsen kan begynne å overleve seg selv.</w:t>
      </w:r>
    </w:p>
    <w:p>
      <w:pPr>
        <w:spacing w:before="0" w:after="100" w:line="278" w:lineRule="auto"/>
        <w:keepNext w:val="0"/>
        <w:keepLines w:val="0"/>
        <w:widowControl w:val="1"/>
      </w:pPr>
      <w:r>
        <w:rPr>
          <w:b w:val="0"/>
          <w:i w:val="0"/>
          <w:rFonts w:ascii="Calibri" w:hAnsi="Calibri" w:eastAsia="Calibri" w:cs="Calibri"/>
          <w:sz w:val="21"/>
          <w:szCs w:val="21"/>
          <w:color w:val="202124"/>
        </w:rPr>
        <w:t>Før opptaket kunne musikk bevares gjennom blant annet kropp, hukommelse, tradisjon og notasjon.</w:t>
      </w:r>
    </w:p>
    <w:p>
      <w:pPr>
        <w:spacing w:before="0" w:after="100" w:line="278" w:lineRule="auto"/>
        <w:keepNext w:val="0"/>
        <w:keepLines w:val="0"/>
        <w:widowControl w:val="1"/>
      </w:pPr>
      <w:r>
        <w:rPr>
          <w:b w:val="0"/>
          <w:i w:val="0"/>
          <w:rFonts w:ascii="Calibri" w:hAnsi="Calibri" w:eastAsia="Calibri" w:cs="Calibri"/>
          <w:sz w:val="21"/>
          <w:szCs w:val="21"/>
          <w:color w:val="202124"/>
        </w:rPr>
        <w:t>Nå kan en bestemt fremføring bli et objekt.</w:t>
      </w:r>
    </w:p>
    <w:p>
      <w:pPr>
        <w:spacing w:before="0" w:after="100" w:line="278" w:lineRule="auto"/>
        <w:keepNext w:val="0"/>
        <w:keepLines w:val="0"/>
        <w:widowControl w:val="1"/>
      </w:pPr>
      <w:r>
        <w:rPr>
          <w:b w:val="0"/>
          <w:i w:val="0"/>
          <w:rFonts w:ascii="Calibri" w:hAnsi="Calibri" w:eastAsia="Calibri" w:cs="Calibri"/>
          <w:sz w:val="21"/>
          <w:szCs w:val="21"/>
          <w:color w:val="202124"/>
        </w:rPr>
        <w:t>Ikke bare:</w:t>
      </w:r>
    </w:p>
    <w:p>
      <w:pPr>
        <w:spacing w:before="0" w:after="100" w:line="278" w:lineRule="auto"/>
        <w:keepNext w:val="0"/>
        <w:keepLines w:val="0"/>
        <w:widowControl w:val="1"/>
      </w:pPr>
      <w:r>
        <w:rPr>
          <w:b w:val="0"/>
          <w:i w:val="0"/>
          <w:rFonts w:ascii="Calibri" w:hAnsi="Calibri" w:eastAsia="Calibri" w:cs="Calibri"/>
          <w:sz w:val="21"/>
          <w:szCs w:val="21"/>
          <w:color w:val="202124"/>
        </w:rPr>
        <w:t>Beethovens femte.</w:t>
      </w:r>
    </w:p>
    <w:p>
      <w:pPr>
        <w:spacing w:before="0" w:after="100" w:line="278" w:lineRule="auto"/>
        <w:keepNext w:val="0"/>
        <w:keepLines w:val="0"/>
        <w:widowControl w:val="1"/>
      </w:pPr>
      <w:r>
        <w:rPr>
          <w:b w:val="0"/>
          <w:i w:val="0"/>
          <w:rFonts w:ascii="Calibri" w:hAnsi="Calibri" w:eastAsia="Calibri" w:cs="Calibri"/>
          <w:sz w:val="21"/>
          <w:szCs w:val="21"/>
          <w:color w:val="202124"/>
        </w:rPr>
        <w:t>Men:</w:t>
      </w:r>
    </w:p>
    <w:p>
      <w:pPr>
        <w:spacing w:before="0" w:after="100" w:line="278" w:lineRule="auto"/>
        <w:keepNext w:val="0"/>
        <w:keepLines w:val="0"/>
        <w:widowControl w:val="1"/>
      </w:pPr>
      <w:r>
        <w:rPr>
          <w:b/>
          <w:i w:val="0"/>
          <w:rFonts w:ascii="Calibri" w:hAnsi="Calibri" w:eastAsia="Calibri" w:cs="Calibri"/>
          <w:sz w:val="21"/>
          <w:szCs w:val="21"/>
          <w:color w:val="202124"/>
        </w:rPr>
        <w:t>denne fremføringen av Beethovens femte.</w:t>
      </w:r>
    </w:p>
    <w:p>
      <w:pPr>
        <w:spacing w:before="0" w:after="100" w:line="278" w:lineRule="auto"/>
        <w:keepNext w:val="0"/>
        <w:keepLines w:val="0"/>
        <w:widowControl w:val="1"/>
      </w:pPr>
      <w:r>
        <w:rPr>
          <w:b w:val="0"/>
          <w:i w:val="0"/>
          <w:rFonts w:ascii="Calibri" w:hAnsi="Calibri" w:eastAsia="Calibri" w:cs="Calibri"/>
          <w:sz w:val="21"/>
          <w:szCs w:val="21"/>
          <w:color w:val="202124"/>
        </w:rPr>
        <w:t>Og for mye populærmusikk blir opptaket etter hvert ikke dokumentasjonen av verket.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Det </w:t>
      </w:r>
      <w:r>
        <w:rPr>
          <w:b/>
          <w:i w:val="0"/>
          <w:rFonts w:ascii="Calibri" w:hAnsi="Calibri" w:eastAsia="Calibri" w:cs="Calibri"/>
          <w:sz w:val="21"/>
          <w:szCs w:val="21"/>
          <w:color w:val="202124"/>
        </w:rPr>
        <w:t>er</w:t>
      </w:r>
      <w:r>
        <w:rPr>
          <w:b w:val="0"/>
          <w:i w:val="0"/>
          <w:rFonts w:ascii="Calibri" w:hAnsi="Calibri" w:eastAsia="Calibri" w:cs="Calibri"/>
          <w:sz w:val="21"/>
          <w:szCs w:val="21"/>
          <w:color w:val="202124"/>
        </w:rPr>
        <w:t xml:space="preserve"> den primære formen verket eksisterer i.</w:t>
      </w:r>
    </w:p>
    <w:p>
      <w:pPr>
        <w:spacing w:before="0" w:after="100" w:line="278" w:lineRule="auto"/>
        <w:keepNext w:val="0"/>
        <w:keepLines w:val="0"/>
        <w:widowControl w:val="1"/>
      </w:pPr>
      <w:r>
        <w:rPr>
          <w:b w:val="0"/>
          <w:i w:val="0"/>
          <w:rFonts w:ascii="Calibri" w:hAnsi="Calibri" w:eastAsia="Calibri" w:cs="Calibri"/>
          <w:sz w:val="21"/>
          <w:szCs w:val="21"/>
          <w:color w:val="202124"/>
        </w:rPr>
        <w:t>Recording-industrien vokste globalt fra slutten av 1800-tallet og endret produksjon, distribusjon, radio, markeder og etter hvert internettbasert musikksirkulasjon.</w:t>
      </w:r>
    </w:p>
    <w:p>
      <w:pPr>
        <w:spacing w:before="0" w:after="100" w:line="278" w:lineRule="auto"/>
        <w:keepNext w:val="0"/>
        <w:keepLines w:val="0"/>
        <w:widowControl w:val="1"/>
      </w:pPr>
      <w:r>
        <w:rPr>
          <w:b w:val="0"/>
          <w:i w:val="0"/>
          <w:rFonts w:ascii="Calibri" w:hAnsi="Calibri" w:eastAsia="Calibri" w:cs="Calibri"/>
          <w:sz w:val="21"/>
          <w:szCs w:val="21"/>
          <w:color w:val="202124"/>
        </w:rPr>
        <w:t>Dette forandret også afrikansk-amerikansk musikk dramatisk. Tidlige plateindustrier var rasialt strukturerte, men kommersiell innspilling gjorde samtidig blues, jazz og andre svarte musikkformer mulige å sirkulere på nye måter og skapte nye markeder.</w:t>
      </w:r>
    </w:p>
    <w:p>
      <w:pPr>
        <w:spacing w:before="0" w:after="100" w:line="278" w:lineRule="auto"/>
        <w:keepNext w:val="0"/>
        <w:keepLines w:val="0"/>
        <w:widowControl w:val="1"/>
      </w:pPr>
      <w:r>
        <w:rPr>
          <w:b w:val="0"/>
          <w:i w:val="0"/>
          <w:rFonts w:ascii="Calibri" w:hAnsi="Calibri" w:eastAsia="Calibri" w:cs="Calibri"/>
          <w:sz w:val="21"/>
          <w:szCs w:val="21"/>
          <w:color w:val="202124"/>
        </w:rPr>
        <w:t>Jeg tror derfor man kan skrive fire ganske forskjellige historier om «verket»:</w:t>
      </w:r>
    </w:p>
    <w:p>
      <w:pPr>
        <w:spacing w:before="0" w:after="100" w:line="278" w:lineRule="auto"/>
        <w:keepNext w:val="0"/>
        <w:keepLines w:val="0"/>
        <w:widowControl w:val="1"/>
      </w:pPr>
      <w:r>
        <w:rPr>
          <w:b/>
          <w:i w:val="0"/>
          <w:rFonts w:ascii="Calibri" w:hAnsi="Calibri" w:eastAsia="Calibri" w:cs="Calibri"/>
          <w:sz w:val="21"/>
          <w:szCs w:val="21"/>
          <w:color w:val="202124"/>
        </w:rPr>
        <w:t>BODY-BASED MUSIC</w:t>
      </w:r>
    </w:p>
    <w:p>
      <w:pPr>
        <w:spacing w:before="0" w:after="100" w:line="278" w:lineRule="auto"/>
        <w:keepNext w:val="0"/>
        <w:keepLines w:val="0"/>
        <w:widowControl w:val="1"/>
      </w:pPr>
      <w:r>
        <w:rPr>
          <w:b/>
          <w:i w:val="0"/>
          <w:rFonts w:ascii="Calibri" w:hAnsi="Calibri" w:eastAsia="Calibri" w:cs="Calibri"/>
          <w:sz w:val="21"/>
          <w:szCs w:val="21"/>
          <w:color w:val="202124"/>
        </w:rPr>
        <w:t>SCORE-BASED MUSIC</w:t>
      </w:r>
    </w:p>
    <w:p>
      <w:pPr>
        <w:spacing w:before="0" w:after="100" w:line="278" w:lineRule="auto"/>
        <w:keepNext w:val="0"/>
        <w:keepLines w:val="0"/>
        <w:widowControl w:val="1"/>
      </w:pPr>
      <w:r>
        <w:rPr>
          <w:b/>
          <w:i w:val="0"/>
          <w:rFonts w:ascii="Calibri" w:hAnsi="Calibri" w:eastAsia="Calibri" w:cs="Calibri"/>
          <w:sz w:val="21"/>
          <w:szCs w:val="21"/>
          <w:color w:val="202124"/>
        </w:rPr>
        <w:t>RECORDING-BASED MUSIC</w:t>
      </w:r>
    </w:p>
    <w:p>
      <w:pPr>
        <w:spacing w:before="0" w:after="100" w:line="278" w:lineRule="auto"/>
        <w:keepNext w:val="0"/>
        <w:keepLines w:val="0"/>
        <w:widowControl w:val="1"/>
      </w:pPr>
      <w:r>
        <w:rPr>
          <w:b/>
          <w:i w:val="0"/>
          <w:rFonts w:ascii="Calibri" w:hAnsi="Calibri" w:eastAsia="Calibri" w:cs="Calibri"/>
          <w:sz w:val="21"/>
          <w:szCs w:val="21"/>
          <w:color w:val="202124"/>
        </w:rPr>
        <w:t>MODEL-BASED MUSIC</w:t>
      </w:r>
    </w:p>
    <w:p>
      <w:pPr>
        <w:spacing w:before="0" w:after="100" w:line="278" w:lineRule="auto"/>
        <w:keepNext w:val="0"/>
        <w:keepLines w:val="0"/>
        <w:widowControl w:val="1"/>
      </w:pPr>
      <w:r>
        <w:rPr>
          <w:b w:val="0"/>
          <w:i w:val="0"/>
          <w:rFonts w:ascii="Calibri" w:hAnsi="Calibri" w:eastAsia="Calibri" w:cs="Calibri"/>
          <w:sz w:val="21"/>
          <w:szCs w:val="21"/>
          <w:color w:val="202124"/>
        </w:rPr>
        <w:t>Og vi er nå på vei inn i den fjerde.</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8. Populærmusikken ødelegger noen av de gamle hierarkiene — og lager nye</w:t>
      </w:r>
    </w:p>
    <w:p>
      <w:pPr>
        <w:spacing w:before="0" w:after="100" w:line="278" w:lineRule="auto"/>
        <w:keepNext w:val="0"/>
        <w:keepLines w:val="0"/>
        <w:widowControl w:val="1"/>
      </w:pPr>
      <w:r>
        <w:rPr>
          <w:b w:val="0"/>
          <w:i w:val="0"/>
          <w:rFonts w:ascii="Calibri" w:hAnsi="Calibri" w:eastAsia="Calibri" w:cs="Calibri"/>
          <w:sz w:val="21"/>
          <w:szCs w:val="21"/>
          <w:color w:val="202124"/>
        </w:rPr>
        <w:t>Jazz, blues, rock, reggae, hiphop, disco, techno, house og elektronisk klubbmusikk utfordrer ideen om at historisk betydning først og fremst skapes av komponister som skriver verk.</w:t>
      </w:r>
    </w:p>
    <w:p>
      <w:pPr>
        <w:spacing w:before="0" w:after="100" w:line="278" w:lineRule="auto"/>
        <w:keepNext w:val="0"/>
        <w:keepLines w:val="0"/>
        <w:widowControl w:val="1"/>
      </w:pPr>
      <w:r>
        <w:rPr>
          <w:b w:val="0"/>
          <w:i w:val="0"/>
          <w:rFonts w:ascii="Calibri" w:hAnsi="Calibri" w:eastAsia="Calibri" w:cs="Calibri"/>
          <w:sz w:val="21"/>
          <w:szCs w:val="21"/>
          <w:color w:val="202124"/>
        </w:rPr>
        <w:t>Her blir andre roller avgjørende:</w:t>
      </w:r>
    </w:p>
    <w:p>
      <w:pPr>
        <w:spacing w:before="0" w:after="100" w:line="278" w:lineRule="auto"/>
        <w:keepNext w:val="0"/>
        <w:keepLines w:val="0"/>
        <w:widowControl w:val="1"/>
      </w:pPr>
      <w:r>
        <w:rPr>
          <w:b w:val="0"/>
          <w:i w:val="0"/>
          <w:rFonts w:ascii="Calibri" w:hAnsi="Calibri" w:eastAsia="Calibri" w:cs="Calibri"/>
          <w:sz w:val="21"/>
          <w:szCs w:val="21"/>
          <w:color w:val="202124"/>
        </w:rPr>
        <w:t>utøver,</w:t>
      </w:r>
    </w:p>
    <w:p>
      <w:pPr>
        <w:spacing w:before="0" w:after="100" w:line="278" w:lineRule="auto"/>
        <w:keepNext w:val="0"/>
        <w:keepLines w:val="0"/>
        <w:widowControl w:val="1"/>
      </w:pPr>
      <w:r>
        <w:rPr>
          <w:b w:val="0"/>
          <w:i w:val="0"/>
          <w:rFonts w:ascii="Calibri" w:hAnsi="Calibri" w:eastAsia="Calibri" w:cs="Calibri"/>
          <w:sz w:val="21"/>
          <w:szCs w:val="21"/>
          <w:color w:val="202124"/>
        </w:rPr>
        <w:t>produsent,</w:t>
      </w:r>
    </w:p>
    <w:p>
      <w:pPr>
        <w:spacing w:before="0" w:after="100" w:line="278" w:lineRule="auto"/>
        <w:keepNext w:val="0"/>
        <w:keepLines w:val="0"/>
        <w:widowControl w:val="1"/>
      </w:pPr>
      <w:r>
        <w:rPr>
          <w:b w:val="0"/>
          <w:i w:val="0"/>
          <w:rFonts w:ascii="Calibri" w:hAnsi="Calibri" w:eastAsia="Calibri" w:cs="Calibri"/>
          <w:sz w:val="21"/>
          <w:szCs w:val="21"/>
          <w:color w:val="202124"/>
        </w:rPr>
        <w:t>DJ,</w:t>
      </w:r>
    </w:p>
    <w:p>
      <w:pPr>
        <w:spacing w:before="0" w:after="100" w:line="278" w:lineRule="auto"/>
        <w:keepNext w:val="0"/>
        <w:keepLines w:val="0"/>
        <w:widowControl w:val="1"/>
      </w:pPr>
      <w:r>
        <w:rPr>
          <w:b w:val="0"/>
          <w:i w:val="0"/>
          <w:rFonts w:ascii="Calibri" w:hAnsi="Calibri" w:eastAsia="Calibri" w:cs="Calibri"/>
          <w:sz w:val="21"/>
          <w:szCs w:val="21"/>
          <w:color w:val="202124"/>
        </w:rPr>
        <w:t>lydtekniker,</w:t>
      </w:r>
    </w:p>
    <w:p>
      <w:pPr>
        <w:spacing w:before="0" w:after="100" w:line="278" w:lineRule="auto"/>
        <w:keepNext w:val="0"/>
        <w:keepLines w:val="0"/>
        <w:widowControl w:val="1"/>
      </w:pPr>
      <w:r>
        <w:rPr>
          <w:b w:val="0"/>
          <w:i w:val="0"/>
          <w:rFonts w:ascii="Calibri" w:hAnsi="Calibri" w:eastAsia="Calibri" w:cs="Calibri"/>
          <w:sz w:val="21"/>
          <w:szCs w:val="21"/>
          <w:color w:val="202124"/>
        </w:rPr>
        <w:t>danser,</w:t>
      </w:r>
    </w:p>
    <w:p>
      <w:pPr>
        <w:spacing w:before="0" w:after="100" w:line="278" w:lineRule="auto"/>
        <w:keepNext w:val="0"/>
        <w:keepLines w:val="0"/>
        <w:widowControl w:val="1"/>
      </w:pPr>
      <w:r>
        <w:rPr>
          <w:b w:val="0"/>
          <w:i w:val="0"/>
          <w:rFonts w:ascii="Calibri" w:hAnsi="Calibri" w:eastAsia="Calibri" w:cs="Calibri"/>
          <w:sz w:val="21"/>
          <w:szCs w:val="21"/>
          <w:color w:val="202124"/>
        </w:rPr>
        <w:t>scene,</w:t>
      </w:r>
    </w:p>
    <w:p>
      <w:pPr>
        <w:spacing w:before="0" w:after="100" w:line="278" w:lineRule="auto"/>
        <w:keepNext w:val="0"/>
        <w:keepLines w:val="0"/>
        <w:widowControl w:val="1"/>
      </w:pPr>
      <w:r>
        <w:rPr>
          <w:b w:val="0"/>
          <w:i w:val="0"/>
          <w:rFonts w:ascii="Calibri" w:hAnsi="Calibri" w:eastAsia="Calibri" w:cs="Calibri"/>
          <w:sz w:val="21"/>
          <w:szCs w:val="21"/>
          <w:color w:val="202124"/>
        </w:rPr>
        <w:t>soundsystem,</w:t>
      </w:r>
    </w:p>
    <w:p>
      <w:pPr>
        <w:spacing w:before="0" w:after="100" w:line="278" w:lineRule="auto"/>
        <w:keepNext w:val="0"/>
        <w:keepLines w:val="0"/>
        <w:widowControl w:val="1"/>
      </w:pPr>
      <w:r>
        <w:rPr>
          <w:b w:val="0"/>
          <w:i w:val="0"/>
          <w:rFonts w:ascii="Calibri" w:hAnsi="Calibri" w:eastAsia="Calibri" w:cs="Calibri"/>
          <w:sz w:val="21"/>
          <w:szCs w:val="21"/>
          <w:color w:val="202124"/>
        </w:rPr>
        <w:t>plateselskap,</w:t>
      </w:r>
    </w:p>
    <w:p>
      <w:pPr>
        <w:spacing w:before="0" w:after="100" w:line="278" w:lineRule="auto"/>
        <w:keepNext w:val="0"/>
        <w:keepLines w:val="0"/>
        <w:widowControl w:val="1"/>
      </w:pPr>
      <w:r>
        <w:rPr>
          <w:b w:val="0"/>
          <w:i w:val="0"/>
          <w:rFonts w:ascii="Calibri" w:hAnsi="Calibri" w:eastAsia="Calibri" w:cs="Calibri"/>
          <w:sz w:val="21"/>
          <w:szCs w:val="21"/>
          <w:color w:val="202124"/>
        </w:rPr>
        <w:t>studio,</w:t>
      </w:r>
    </w:p>
    <w:p>
      <w:pPr>
        <w:spacing w:before="0" w:after="100" w:line="278" w:lineRule="auto"/>
        <w:keepNext w:val="0"/>
        <w:keepLines w:val="0"/>
        <w:widowControl w:val="1"/>
      </w:pPr>
      <w:r>
        <w:rPr>
          <w:b w:val="0"/>
          <w:i w:val="0"/>
          <w:rFonts w:ascii="Calibri" w:hAnsi="Calibri" w:eastAsia="Calibri" w:cs="Calibri"/>
          <w:sz w:val="21"/>
          <w:szCs w:val="21"/>
          <w:color w:val="202124"/>
        </w:rPr>
        <w:t>sampling,</w:t>
      </w:r>
    </w:p>
    <w:p>
      <w:pPr>
        <w:spacing w:before="0" w:after="100" w:line="278" w:lineRule="auto"/>
        <w:keepNext w:val="0"/>
        <w:keepLines w:val="0"/>
        <w:widowControl w:val="1"/>
      </w:pPr>
      <w:r>
        <w:rPr>
          <w:b w:val="0"/>
          <w:i w:val="0"/>
          <w:rFonts w:ascii="Calibri" w:hAnsi="Calibri" w:eastAsia="Calibri" w:cs="Calibri"/>
          <w:sz w:val="21"/>
          <w:szCs w:val="21"/>
          <w:color w:val="202124"/>
        </w:rPr>
        <w:t>publikum.</w:t>
      </w:r>
    </w:p>
    <w:p>
      <w:pPr>
        <w:spacing w:before="0" w:after="100" w:line="278" w:lineRule="auto"/>
        <w:keepNext w:val="0"/>
        <w:keepLines w:val="0"/>
        <w:widowControl w:val="1"/>
      </w:pPr>
      <w:r>
        <w:rPr>
          <w:b w:val="0"/>
          <w:i w:val="0"/>
          <w:rFonts w:ascii="Calibri" w:hAnsi="Calibri" w:eastAsia="Calibri" w:cs="Calibri"/>
          <w:sz w:val="21"/>
          <w:szCs w:val="21"/>
          <w:color w:val="202124"/>
        </w:rPr>
        <w:t>Hiphop er et særlig godt eksempel.</w:t>
      </w:r>
    </w:p>
    <w:p>
      <w:pPr>
        <w:spacing w:before="0" w:after="100" w:line="278" w:lineRule="auto"/>
        <w:keepNext w:val="0"/>
        <w:keepLines w:val="0"/>
        <w:widowControl w:val="1"/>
      </w:pPr>
      <w:r>
        <w:rPr>
          <w:b w:val="0"/>
          <w:i w:val="0"/>
          <w:rFonts w:ascii="Calibri" w:hAnsi="Calibri" w:eastAsia="Calibri" w:cs="Calibri"/>
          <w:sz w:val="21"/>
          <w:szCs w:val="21"/>
          <w:color w:val="202124"/>
        </w:rPr>
        <w:t>Der kan historien ikke forstås kun gjennom «komposisjon» i klassisk forstand.</w:t>
      </w:r>
    </w:p>
    <w:p>
      <w:pPr>
        <w:spacing w:before="0" w:after="100" w:line="278" w:lineRule="auto"/>
        <w:keepNext w:val="0"/>
        <w:keepLines w:val="0"/>
        <w:widowControl w:val="1"/>
      </w:pPr>
      <w:r>
        <w:rPr>
          <w:b w:val="0"/>
          <w:i w:val="0"/>
          <w:rFonts w:ascii="Calibri" w:hAnsi="Calibri" w:eastAsia="Calibri" w:cs="Calibri"/>
          <w:sz w:val="21"/>
          <w:szCs w:val="21"/>
          <w:color w:val="202124"/>
        </w:rPr>
        <w:t>Teknologier og praksiser som platespiller, break, loop, sampling og MC-ing reorganiserer eksisterende lyd til ny musikalsk form. Karibiske og særlig jamaicanske praksiser med toasting inngår også i den historiske forbindelsen til framveksten av rap i New York.</w:t>
      </w:r>
    </w:p>
    <w:p>
      <w:pPr>
        <w:spacing w:before="0" w:after="100" w:line="278" w:lineRule="auto"/>
        <w:keepNext w:val="0"/>
        <w:keepLines w:val="0"/>
        <w:widowControl w:val="1"/>
      </w:pPr>
      <w:r>
        <w:rPr>
          <w:b w:val="0"/>
          <w:i w:val="0"/>
          <w:rFonts w:ascii="Calibri" w:hAnsi="Calibri" w:eastAsia="Calibri" w:cs="Calibri"/>
          <w:sz w:val="21"/>
          <w:szCs w:val="21"/>
          <w:color w:val="202124"/>
        </w:rPr>
        <w:t>Dermed oppstår et interessant spørsmål:</w:t>
      </w:r>
    </w:p>
    <w:p>
      <w:pPr>
        <w:spacing w:before="0" w:after="100" w:line="278" w:lineRule="auto"/>
        <w:keepNext w:val="0"/>
        <w:keepLines w:val="0"/>
        <w:widowControl w:val="1"/>
      </w:pPr>
      <w:r>
        <w:rPr>
          <w:b w:val="0"/>
          <w:i w:val="0"/>
          <w:rFonts w:ascii="Calibri" w:hAnsi="Calibri" w:eastAsia="Calibri" w:cs="Calibri"/>
          <w:sz w:val="21"/>
          <w:szCs w:val="21"/>
          <w:color w:val="202124"/>
        </w:rPr>
        <w:t>Er sampling radikalt nytt?</w:t>
      </w:r>
    </w:p>
    <w:p>
      <w:pPr>
        <w:spacing w:before="0" w:after="100" w:line="278" w:lineRule="auto"/>
        <w:keepNext w:val="0"/>
        <w:keepLines w:val="0"/>
        <w:widowControl w:val="1"/>
      </w:pPr>
      <w:r>
        <w:rPr>
          <w:b w:val="0"/>
          <w:i w:val="0"/>
          <w:rFonts w:ascii="Calibri" w:hAnsi="Calibri" w:eastAsia="Calibri" w:cs="Calibri"/>
          <w:sz w:val="21"/>
          <w:szCs w:val="21"/>
          <w:color w:val="202124"/>
        </w:rPr>
        <w:t>Ja, teknologisk.</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Men strukturelt kan vi også se analogier til svært gamle musikalske kulturer der eksisterende materiale ikke først og fremst oppfattes som privat oppfinnelse, men som noe man </w:t>
      </w:r>
      <w:r>
        <w:rPr>
          <w:b/>
          <w:i w:val="0"/>
          <w:rFonts w:ascii="Calibri" w:hAnsi="Calibri" w:eastAsia="Calibri" w:cs="Calibri"/>
          <w:sz w:val="21"/>
          <w:szCs w:val="21"/>
          <w:color w:val="202124"/>
        </w:rPr>
        <w:t>varierer, fremfører, omformer og fører videre</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Jeg sier med vilje </w:t>
      </w:r>
      <w:r>
        <w:rPr>
          <w:b w:val="0"/>
          <w:i/>
          <w:rFonts w:ascii="Calibri" w:hAnsi="Calibri" w:eastAsia="Calibri" w:cs="Calibri"/>
          <w:sz w:val="21"/>
          <w:szCs w:val="21"/>
          <w:color w:val="202124"/>
        </w:rPr>
        <w:t>analogi</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Ikke historisk forbindelse.</w:t>
      </w:r>
    </w:p>
    <w:p>
      <w:pPr>
        <w:spacing w:before="0" w:after="100" w:line="278" w:lineRule="auto"/>
        <w:keepNext w:val="0"/>
        <w:keepLines w:val="0"/>
        <w:widowControl w:val="1"/>
      </w:pPr>
      <w:r>
        <w:rPr>
          <w:b/>
          <w:i w:val="0"/>
          <w:rFonts w:ascii="Calibri" w:hAnsi="Calibri" w:eastAsia="Calibri" w:cs="Calibri"/>
          <w:sz w:val="21"/>
          <w:szCs w:val="21"/>
          <w:color w:val="202124"/>
        </w:rPr>
        <w:t>STRUCTURAL_ANALOGY != DOCUMENTED_LINEAGE</w:t>
      </w:r>
    </w:p>
    <w:p>
      <w:pPr>
        <w:spacing w:before="0" w:after="100" w:line="278" w:lineRule="auto"/>
        <w:keepNext w:val="0"/>
        <w:keepLines w:val="0"/>
        <w:widowControl w:val="1"/>
      </w:pPr>
      <w:r>
        <w:rPr>
          <w:b w:val="0"/>
          <w:i w:val="0"/>
          <w:rFonts w:ascii="Calibri" w:hAnsi="Calibri" w:eastAsia="Calibri" w:cs="Calibri"/>
          <w:sz w:val="21"/>
          <w:szCs w:val="21"/>
          <w:color w:val="202124"/>
        </w:rPr>
        <w:t>Dette skillet må nesten være tatovert i margen på hele dokumentet vårt. 😂</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9. Kanskje musikkhistorien egentlig handler om forskjellige balanseforhold mellom repetisjon og differanse</w:t>
      </w:r>
    </w:p>
    <w:p>
      <w:pPr>
        <w:spacing w:before="0" w:after="100" w:line="278" w:lineRule="auto"/>
        <w:keepNext w:val="0"/>
        <w:keepLines w:val="0"/>
        <w:widowControl w:val="1"/>
      </w:pPr>
      <w:r>
        <w:rPr>
          <w:b w:val="0"/>
          <w:i w:val="0"/>
          <w:rFonts w:ascii="Calibri" w:hAnsi="Calibri" w:eastAsia="Calibri" w:cs="Calibri"/>
          <w:sz w:val="21"/>
          <w:szCs w:val="21"/>
          <w:color w:val="202124"/>
        </w:rPr>
        <w:t>Her kommer en teori jeg gjerne vil at de andre angriper.</w:t>
      </w:r>
    </w:p>
    <w:p>
      <w:pPr>
        <w:spacing w:before="0" w:after="100" w:line="278" w:lineRule="auto"/>
        <w:keepNext w:val="0"/>
        <w:keepLines w:val="0"/>
        <w:widowControl w:val="1"/>
      </w:pPr>
      <w:r>
        <w:rPr>
          <w:b w:val="0"/>
          <w:i w:val="0"/>
          <w:rFonts w:ascii="Calibri" w:hAnsi="Calibri" w:eastAsia="Calibri" w:cs="Calibri"/>
          <w:sz w:val="21"/>
          <w:szCs w:val="21"/>
          <w:color w:val="202124"/>
        </w:rPr>
        <w:t>Hva om én veldig generell måte å beskrive musikkhistorien på er:</w:t>
      </w:r>
    </w:p>
    <w:p>
      <w:pPr>
        <w:spacing w:before="0" w:after="100" w:line="278" w:lineRule="auto"/>
        <w:keepNext w:val="0"/>
        <w:keepLines w:val="0"/>
        <w:widowControl w:val="1"/>
      </w:pPr>
      <w:r>
        <w:rPr>
          <w:b/>
          <w:i w:val="0"/>
          <w:rFonts w:ascii="Calibri" w:hAnsi="Calibri" w:eastAsia="Calibri" w:cs="Calibri"/>
          <w:sz w:val="21"/>
          <w:szCs w:val="21"/>
          <w:color w:val="202124"/>
        </w:rPr>
        <w:t>Hvordan organiserer en kultur forholdet mellom det som allerede finnes og det som får endres?</w:t>
      </w:r>
    </w:p>
    <w:p>
      <w:pPr>
        <w:spacing w:before="0" w:after="100" w:line="278" w:lineRule="auto"/>
        <w:keepNext w:val="0"/>
        <w:keepLines w:val="0"/>
        <w:widowControl w:val="1"/>
      </w:pPr>
      <w:r>
        <w:rPr>
          <w:b w:val="0"/>
          <w:i w:val="0"/>
          <w:rFonts w:ascii="Calibri" w:hAnsi="Calibri" w:eastAsia="Calibri" w:cs="Calibri"/>
          <w:sz w:val="21"/>
          <w:szCs w:val="21"/>
          <w:color w:val="202124"/>
        </w:rPr>
        <w:t>I en improvisatorisk tradisjon kan identiteten ligge i en grammatikk som tillater enorm variasjon.</w:t>
      </w:r>
    </w:p>
    <w:p>
      <w:pPr>
        <w:spacing w:before="0" w:after="100" w:line="278" w:lineRule="auto"/>
        <w:keepNext w:val="0"/>
        <w:keepLines w:val="0"/>
        <w:widowControl w:val="1"/>
      </w:pPr>
      <w:r>
        <w:rPr>
          <w:b w:val="0"/>
          <w:i w:val="0"/>
          <w:rFonts w:ascii="Calibri" w:hAnsi="Calibri" w:eastAsia="Calibri" w:cs="Calibri"/>
          <w:sz w:val="21"/>
          <w:szCs w:val="21"/>
          <w:color w:val="202124"/>
        </w:rPr>
        <w:t>I klassisk vestlig verktenkning kan identiteten i større grad ligge i partituret, mens fremføringen varierer.</w:t>
      </w:r>
    </w:p>
    <w:p>
      <w:pPr>
        <w:spacing w:before="0" w:after="100" w:line="278" w:lineRule="auto"/>
        <w:keepNext w:val="0"/>
        <w:keepLines w:val="0"/>
        <w:widowControl w:val="1"/>
      </w:pPr>
      <w:r>
        <w:rPr>
          <w:b w:val="0"/>
          <w:i w:val="0"/>
          <w:rFonts w:ascii="Calibri" w:hAnsi="Calibri" w:eastAsia="Calibri" w:cs="Calibri"/>
          <w:sz w:val="21"/>
          <w:szCs w:val="21"/>
          <w:color w:val="202124"/>
        </w:rPr>
        <w:t>I elektronisk dansemusikk kan en sjangers identitet ligge i groove, produksjonsestetikk, teknologi og sosial funksjon.</w:t>
      </w:r>
    </w:p>
    <w:p>
      <w:pPr>
        <w:spacing w:before="0" w:after="100" w:line="278" w:lineRule="auto"/>
        <w:keepNext w:val="0"/>
        <w:keepLines w:val="0"/>
        <w:widowControl w:val="1"/>
      </w:pPr>
      <w:r>
        <w:rPr>
          <w:b w:val="0"/>
          <w:i w:val="0"/>
          <w:rFonts w:ascii="Calibri" w:hAnsi="Calibri" w:eastAsia="Calibri" w:cs="Calibri"/>
          <w:sz w:val="21"/>
          <w:szCs w:val="21"/>
          <w:color w:val="202124"/>
        </w:rPr>
        <w:t>I raga kan identitet og frihet organiseres på andre måter gjennom melodiske, ornamentale og tidslige rammer.</w:t>
      </w:r>
    </w:p>
    <w:p>
      <w:pPr>
        <w:spacing w:before="0" w:after="100" w:line="278" w:lineRule="auto"/>
        <w:keepNext w:val="0"/>
        <w:keepLines w:val="0"/>
        <w:widowControl w:val="1"/>
      </w:pPr>
      <w:r>
        <w:rPr>
          <w:b w:val="0"/>
          <w:i w:val="0"/>
          <w:rFonts w:ascii="Calibri" w:hAnsi="Calibri" w:eastAsia="Calibri" w:cs="Calibri"/>
          <w:sz w:val="21"/>
          <w:szCs w:val="21"/>
          <w:color w:val="202124"/>
        </w:rPr>
        <w:t>I maqam-baserte tradisjoner igjen på andre måter.</w:t>
      </w:r>
    </w:p>
    <w:p>
      <w:pPr>
        <w:spacing w:before="0" w:after="100" w:line="278" w:lineRule="auto"/>
        <w:keepNext w:val="0"/>
        <w:keepLines w:val="0"/>
        <w:widowControl w:val="1"/>
      </w:pPr>
      <w:r>
        <w:rPr>
          <w:b w:val="0"/>
          <w:i w:val="0"/>
          <w:rFonts w:ascii="Calibri" w:hAnsi="Calibri" w:eastAsia="Calibri" w:cs="Calibri"/>
          <w:sz w:val="21"/>
          <w:szCs w:val="21"/>
          <w:color w:val="202124"/>
        </w:rPr>
        <w:t>I gagaku kan den lange tradisjonens kontinuitet eksistere sammen med en realisering som ikke kan reduseres til partiturets tegn.</w:t>
      </w:r>
    </w:p>
    <w:p>
      <w:pPr>
        <w:spacing w:before="0" w:after="100" w:line="278" w:lineRule="auto"/>
        <w:keepNext w:val="0"/>
        <w:keepLines w:val="0"/>
        <w:widowControl w:val="1"/>
      </w:pPr>
      <w:r>
        <w:rPr>
          <w:b w:val="0"/>
          <w:i w:val="0"/>
          <w:rFonts w:ascii="Calibri" w:hAnsi="Calibri" w:eastAsia="Calibri" w:cs="Calibri"/>
          <w:sz w:val="21"/>
          <w:szCs w:val="21"/>
          <w:color w:val="202124"/>
        </w:rPr>
        <w:t>Da blir «innovasjon» heller ikke én ting.</w:t>
      </w:r>
    </w:p>
    <w:p>
      <w:pPr>
        <w:spacing w:before="0" w:after="100" w:line="278" w:lineRule="auto"/>
        <w:keepNext w:val="0"/>
        <w:keepLines w:val="0"/>
        <w:widowControl w:val="1"/>
      </w:pPr>
      <w:r>
        <w:rPr>
          <w:b w:val="0"/>
          <w:i w:val="0"/>
          <w:rFonts w:ascii="Calibri" w:hAnsi="Calibri" w:eastAsia="Calibri" w:cs="Calibri"/>
          <w:sz w:val="21"/>
          <w:szCs w:val="21"/>
          <w:color w:val="202124"/>
        </w:rPr>
        <w:t>Det vestlige modernistiske idealet:</w:t>
      </w:r>
    </w:p>
    <w:p>
      <w:pPr>
        <w:spacing w:before="0" w:after="100" w:line="278" w:lineRule="auto"/>
        <w:keepNext w:val="0"/>
        <w:keepLines w:val="0"/>
        <w:widowControl w:val="1"/>
      </w:pPr>
      <w:r>
        <w:rPr>
          <w:b/>
          <w:i w:val="0"/>
          <w:rFonts w:ascii="Calibri" w:hAnsi="Calibri" w:eastAsia="Calibri" w:cs="Calibri"/>
          <w:sz w:val="21"/>
          <w:szCs w:val="21"/>
          <w:color w:val="202124"/>
        </w:rPr>
        <w:t>MAKE_IT_NEW</w:t>
      </w:r>
    </w:p>
    <w:p>
      <w:pPr>
        <w:spacing w:before="0" w:after="100" w:line="278" w:lineRule="auto"/>
        <w:keepNext w:val="0"/>
        <w:keepLines w:val="0"/>
        <w:widowControl w:val="1"/>
      </w:pPr>
      <w:r>
        <w:rPr>
          <w:b w:val="0"/>
          <w:i w:val="0"/>
          <w:rFonts w:ascii="Calibri" w:hAnsi="Calibri" w:eastAsia="Calibri" w:cs="Calibri"/>
          <w:sz w:val="21"/>
          <w:szCs w:val="21"/>
          <w:color w:val="202124"/>
        </w:rPr>
        <w:t>er ikke universell målestokk.</w:t>
      </w:r>
    </w:p>
    <w:p>
      <w:pPr>
        <w:spacing w:before="0" w:after="100" w:line="278" w:lineRule="auto"/>
        <w:keepNext w:val="0"/>
        <w:keepLines w:val="0"/>
        <w:widowControl w:val="1"/>
      </w:pPr>
      <w:r>
        <w:rPr>
          <w:b w:val="0"/>
          <w:i w:val="0"/>
          <w:rFonts w:ascii="Calibri" w:hAnsi="Calibri" w:eastAsia="Calibri" w:cs="Calibri"/>
          <w:sz w:val="21"/>
          <w:szCs w:val="21"/>
          <w:color w:val="202124"/>
        </w:rPr>
        <w:t>Innovasjon kan også være:</w:t>
      </w:r>
    </w:p>
    <w:p>
      <w:pPr>
        <w:spacing w:before="0" w:after="100" w:line="278" w:lineRule="auto"/>
        <w:keepNext w:val="0"/>
        <w:keepLines w:val="0"/>
        <w:widowControl w:val="1"/>
      </w:pPr>
      <w:r>
        <w:rPr>
          <w:b w:val="0"/>
          <w:i w:val="0"/>
          <w:rFonts w:ascii="Calibri" w:hAnsi="Calibri" w:eastAsia="Calibri" w:cs="Calibri"/>
          <w:sz w:val="21"/>
          <w:szCs w:val="21"/>
          <w:color w:val="202124"/>
        </w:rPr>
        <w:t>å gjøre en gammel form på en hittil uhørt måte,</w:t>
      </w:r>
    </w:p>
    <w:p>
      <w:pPr>
        <w:spacing w:before="0" w:after="100" w:line="278" w:lineRule="auto"/>
        <w:keepNext w:val="0"/>
        <w:keepLines w:val="0"/>
        <w:widowControl w:val="1"/>
      </w:pPr>
      <w:r>
        <w:rPr>
          <w:b w:val="0"/>
          <w:i w:val="0"/>
          <w:rFonts w:ascii="Calibri" w:hAnsi="Calibri" w:eastAsia="Calibri" w:cs="Calibri"/>
          <w:sz w:val="21"/>
          <w:szCs w:val="21"/>
          <w:color w:val="202124"/>
        </w:rPr>
        <w:t>å flytte den til ny sosial sammenheng,</w:t>
      </w:r>
    </w:p>
    <w:p>
      <w:pPr>
        <w:spacing w:before="0" w:after="100" w:line="278" w:lineRule="auto"/>
        <w:keepNext w:val="0"/>
        <w:keepLines w:val="0"/>
        <w:widowControl w:val="1"/>
      </w:pPr>
      <w:r>
        <w:rPr>
          <w:b w:val="0"/>
          <w:i w:val="0"/>
          <w:rFonts w:ascii="Calibri" w:hAnsi="Calibri" w:eastAsia="Calibri" w:cs="Calibri"/>
          <w:sz w:val="21"/>
          <w:szCs w:val="21"/>
          <w:color w:val="202124"/>
        </w:rPr>
        <w:t>å endre én detalj i en svært stabil tradisjon,</w:t>
      </w:r>
    </w:p>
    <w:p>
      <w:pPr>
        <w:spacing w:before="0" w:after="100" w:line="278" w:lineRule="auto"/>
        <w:keepNext w:val="0"/>
        <w:keepLines w:val="0"/>
        <w:widowControl w:val="1"/>
      </w:pPr>
      <w:r>
        <w:rPr>
          <w:b w:val="0"/>
          <w:i w:val="0"/>
          <w:rFonts w:ascii="Calibri" w:hAnsi="Calibri" w:eastAsia="Calibri" w:cs="Calibri"/>
          <w:sz w:val="21"/>
          <w:szCs w:val="21"/>
          <w:color w:val="202124"/>
        </w:rPr>
        <w:t>å koble to praksiser,</w:t>
      </w:r>
    </w:p>
    <w:p>
      <w:pPr>
        <w:spacing w:before="0" w:after="100" w:line="278" w:lineRule="auto"/>
        <w:keepNext w:val="0"/>
        <w:keepLines w:val="0"/>
        <w:widowControl w:val="1"/>
      </w:pPr>
      <w:r>
        <w:rPr>
          <w:b w:val="0"/>
          <w:i w:val="0"/>
          <w:rFonts w:ascii="Calibri" w:hAnsi="Calibri" w:eastAsia="Calibri" w:cs="Calibri"/>
          <w:sz w:val="21"/>
          <w:szCs w:val="21"/>
          <w:color w:val="202124"/>
        </w:rPr>
        <w:t>å endre lytteformen,</w:t>
      </w:r>
    </w:p>
    <w:p>
      <w:pPr>
        <w:spacing w:before="0" w:after="100" w:line="278" w:lineRule="auto"/>
        <w:keepNext w:val="0"/>
        <w:keepLines w:val="0"/>
        <w:widowControl w:val="1"/>
      </w:pPr>
      <w:r>
        <w:rPr>
          <w:b w:val="0"/>
          <w:i w:val="0"/>
          <w:rFonts w:ascii="Calibri" w:hAnsi="Calibri" w:eastAsia="Calibri" w:cs="Calibri"/>
          <w:sz w:val="21"/>
          <w:szCs w:val="21"/>
          <w:color w:val="202124"/>
        </w:rPr>
        <w:t>å endre teknologien,</w:t>
      </w:r>
    </w:p>
    <w:p>
      <w:pPr>
        <w:spacing w:before="0" w:after="100" w:line="278" w:lineRule="auto"/>
        <w:keepNext w:val="0"/>
        <w:keepLines w:val="0"/>
        <w:widowControl w:val="1"/>
      </w:pPr>
      <w:r>
        <w:rPr>
          <w:b w:val="0"/>
          <w:i w:val="0"/>
          <w:rFonts w:ascii="Calibri" w:hAnsi="Calibri" w:eastAsia="Calibri" w:cs="Calibri"/>
          <w:sz w:val="21"/>
          <w:szCs w:val="21"/>
          <w:color w:val="202124"/>
        </w:rPr>
        <w:t>å endre hvem som får delta.</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10. Musikkhistorien er også lyttehistorie</w:t>
      </w:r>
    </w:p>
    <w:p>
      <w:pPr>
        <w:spacing w:before="0" w:after="100" w:line="278" w:lineRule="auto"/>
        <w:keepNext w:val="0"/>
        <w:keepLines w:val="0"/>
        <w:widowControl w:val="1"/>
      </w:pPr>
      <w:r>
        <w:rPr>
          <w:b w:val="0"/>
          <w:i w:val="0"/>
          <w:rFonts w:ascii="Calibri" w:hAnsi="Calibri" w:eastAsia="Calibri" w:cs="Calibri"/>
          <w:sz w:val="21"/>
          <w:szCs w:val="21"/>
          <w:color w:val="202124"/>
        </w:rPr>
        <w:t>Dette blir ofte glemt.</w:t>
      </w:r>
    </w:p>
    <w:p>
      <w:pPr>
        <w:spacing w:before="0" w:after="100" w:line="278" w:lineRule="auto"/>
        <w:keepNext w:val="0"/>
        <w:keepLines w:val="0"/>
        <w:widowControl w:val="1"/>
      </w:pPr>
      <w:r>
        <w:rPr>
          <w:b w:val="0"/>
          <w:i w:val="0"/>
          <w:rFonts w:ascii="Calibri" w:hAnsi="Calibri" w:eastAsia="Calibri" w:cs="Calibri"/>
          <w:sz w:val="21"/>
          <w:szCs w:val="21"/>
          <w:color w:val="202124"/>
        </w:rPr>
        <w:t>Vi skriver historien til det som produserer lyd.</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Men hvordan har mennesker </w:t>
      </w:r>
      <w:r>
        <w:rPr>
          <w:b/>
          <w:i w:val="0"/>
          <w:rFonts w:ascii="Calibri" w:hAnsi="Calibri" w:eastAsia="Calibri" w:cs="Calibri"/>
          <w:sz w:val="21"/>
          <w:szCs w:val="21"/>
          <w:color w:val="202124"/>
        </w:rPr>
        <w:t>lyttet</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En person som hører musikk under ritual deltar i noe annet enn den moderne konsertgjengeren som sitter stille i mørket.</w:t>
      </w:r>
    </w:p>
    <w:p>
      <w:pPr>
        <w:spacing w:before="0" w:after="100" w:line="278" w:lineRule="auto"/>
        <w:keepNext w:val="0"/>
        <w:keepLines w:val="0"/>
        <w:widowControl w:val="1"/>
      </w:pPr>
      <w:r>
        <w:rPr>
          <w:b w:val="0"/>
          <w:i w:val="0"/>
          <w:rFonts w:ascii="Calibri" w:hAnsi="Calibri" w:eastAsia="Calibri" w:cs="Calibri"/>
          <w:sz w:val="21"/>
          <w:szCs w:val="21"/>
          <w:color w:val="202124"/>
        </w:rPr>
        <w:t>En danser lytter annerledes enn en musikkviter.</w:t>
      </w:r>
    </w:p>
    <w:p>
      <w:pPr>
        <w:spacing w:before="0" w:after="100" w:line="278" w:lineRule="auto"/>
        <w:keepNext w:val="0"/>
        <w:keepLines w:val="0"/>
        <w:widowControl w:val="1"/>
      </w:pPr>
      <w:r>
        <w:rPr>
          <w:b w:val="0"/>
          <w:i w:val="0"/>
          <w:rFonts w:ascii="Calibri" w:hAnsi="Calibri" w:eastAsia="Calibri" w:cs="Calibri"/>
          <w:sz w:val="21"/>
          <w:szCs w:val="21"/>
          <w:color w:val="202124"/>
        </w:rPr>
        <w:t>En DJ lytter kanskje etter overgangsmuligheter.</w:t>
      </w:r>
    </w:p>
    <w:p>
      <w:pPr>
        <w:spacing w:before="0" w:after="100" w:line="278" w:lineRule="auto"/>
        <w:keepNext w:val="0"/>
        <w:keepLines w:val="0"/>
        <w:widowControl w:val="1"/>
      </w:pPr>
      <w:r>
        <w:rPr>
          <w:b w:val="0"/>
          <w:i w:val="0"/>
          <w:rFonts w:ascii="Calibri" w:hAnsi="Calibri" w:eastAsia="Calibri" w:cs="Calibri"/>
          <w:sz w:val="21"/>
          <w:szCs w:val="21"/>
          <w:color w:val="202124"/>
        </w:rPr>
        <w:t>En produsent etter klangtekstur.</w:t>
      </w:r>
    </w:p>
    <w:p>
      <w:pPr>
        <w:spacing w:before="0" w:after="100" w:line="278" w:lineRule="auto"/>
        <w:keepNext w:val="0"/>
        <w:keepLines w:val="0"/>
        <w:widowControl w:val="1"/>
      </w:pPr>
      <w:r>
        <w:rPr>
          <w:b w:val="0"/>
          <w:i w:val="0"/>
          <w:rFonts w:ascii="Calibri" w:hAnsi="Calibri" w:eastAsia="Calibri" w:cs="Calibri"/>
          <w:sz w:val="21"/>
          <w:szCs w:val="21"/>
          <w:color w:val="202124"/>
        </w:rPr>
        <w:t>En TikTok-bruker møter kanskje femten sekunder.</w:t>
      </w:r>
    </w:p>
    <w:p>
      <w:pPr>
        <w:spacing w:before="0" w:after="100" w:line="278" w:lineRule="auto"/>
        <w:keepNext w:val="0"/>
        <w:keepLines w:val="0"/>
        <w:widowControl w:val="1"/>
      </w:pPr>
      <w:r>
        <w:rPr>
          <w:b w:val="0"/>
          <w:i w:val="0"/>
          <w:rFonts w:ascii="Calibri" w:hAnsi="Calibri" w:eastAsia="Calibri" w:cs="Calibri"/>
          <w:sz w:val="21"/>
          <w:szCs w:val="21"/>
          <w:color w:val="202124"/>
        </w:rPr>
        <w:t>En streamingbruker kan hoppe etter syv sekunder.</w:t>
      </w:r>
    </w:p>
    <w:p>
      <w:pPr>
        <w:spacing w:before="0" w:after="100" w:line="278" w:lineRule="auto"/>
        <w:keepNext w:val="0"/>
        <w:keepLines w:val="0"/>
        <w:widowControl w:val="1"/>
      </w:pPr>
      <w:r>
        <w:rPr>
          <w:b w:val="0"/>
          <w:i w:val="0"/>
          <w:rFonts w:ascii="Calibri" w:hAnsi="Calibri" w:eastAsia="Calibri" w:cs="Calibri"/>
          <w:sz w:val="21"/>
          <w:szCs w:val="21"/>
          <w:color w:val="202124"/>
        </w:rPr>
        <w:t>En vinylsamler kan høre et helt album fordi materialformatet inviterer til det.</w:t>
      </w:r>
    </w:p>
    <w:p>
      <w:pPr>
        <w:spacing w:before="0" w:after="100" w:line="278" w:lineRule="auto"/>
        <w:keepNext w:val="0"/>
        <w:keepLines w:val="0"/>
        <w:widowControl w:val="1"/>
      </w:pPr>
      <w:r>
        <w:rPr>
          <w:b w:val="0"/>
          <w:i w:val="0"/>
          <w:rFonts w:ascii="Calibri" w:hAnsi="Calibri" w:eastAsia="Calibri" w:cs="Calibri"/>
          <w:sz w:val="21"/>
          <w:szCs w:val="21"/>
          <w:color w:val="202124"/>
        </w:rPr>
        <w:t>Dette betyr:</w:t>
      </w:r>
    </w:p>
    <w:p>
      <w:pPr>
        <w:spacing w:before="0" w:after="100" w:line="278" w:lineRule="auto"/>
        <w:keepNext w:val="0"/>
        <w:keepLines w:val="0"/>
        <w:widowControl w:val="1"/>
      </w:pPr>
      <w:r>
        <w:rPr>
          <w:b/>
          <w:i w:val="0"/>
          <w:rFonts w:ascii="Calibri" w:hAnsi="Calibri" w:eastAsia="Calibri" w:cs="Calibri"/>
          <w:sz w:val="21"/>
          <w:szCs w:val="21"/>
          <w:color w:val="202124"/>
        </w:rPr>
        <w:t>LISTENING_TECHNOLOGY SHAPES MUSICAL_FORM</w:t>
      </w:r>
    </w:p>
    <w:p>
      <w:pPr>
        <w:spacing w:before="0" w:after="100" w:line="278" w:lineRule="auto"/>
        <w:keepNext w:val="0"/>
        <w:keepLines w:val="0"/>
        <w:widowControl w:val="1"/>
      </w:pPr>
      <w:r>
        <w:rPr>
          <w:b w:val="0"/>
          <w:i w:val="0"/>
          <w:rFonts w:ascii="Calibri" w:hAnsi="Calibri" w:eastAsia="Calibri" w:cs="Calibri"/>
          <w:sz w:val="21"/>
          <w:szCs w:val="21"/>
          <w:color w:val="202124"/>
        </w:rPr>
        <w:t>Ikke mekanisk.</w:t>
      </w:r>
    </w:p>
    <w:p>
      <w:pPr>
        <w:spacing w:before="0" w:after="100" w:line="278" w:lineRule="auto"/>
        <w:keepNext w:val="0"/>
        <w:keepLines w:val="0"/>
        <w:widowControl w:val="1"/>
      </w:pPr>
      <w:r>
        <w:rPr>
          <w:b w:val="0"/>
          <w:i w:val="0"/>
          <w:rFonts w:ascii="Calibri" w:hAnsi="Calibri" w:eastAsia="Calibri" w:cs="Calibri"/>
          <w:sz w:val="21"/>
          <w:szCs w:val="21"/>
          <w:color w:val="202124"/>
        </w:rPr>
        <w:t>Men sterkt.</w:t>
      </w:r>
    </w:p>
    <w:p>
      <w:pPr>
        <w:spacing w:before="0" w:after="100" w:line="278" w:lineRule="auto"/>
        <w:keepNext w:val="0"/>
        <w:keepLines w:val="0"/>
        <w:widowControl w:val="1"/>
      </w:pPr>
      <w:r>
        <w:rPr>
          <w:b w:val="0"/>
          <w:i w:val="0"/>
          <w:rFonts w:ascii="Calibri" w:hAnsi="Calibri" w:eastAsia="Calibri" w:cs="Calibri"/>
          <w:sz w:val="21"/>
          <w:szCs w:val="21"/>
          <w:color w:val="202124"/>
        </w:rPr>
        <w:t>Treminutters popsang henger historisk sammen med medier og markeder.</w:t>
      </w:r>
    </w:p>
    <w:p>
      <w:pPr>
        <w:spacing w:before="0" w:after="100" w:line="278" w:lineRule="auto"/>
        <w:keepNext w:val="0"/>
        <w:keepLines w:val="0"/>
        <w:widowControl w:val="1"/>
      </w:pPr>
      <w:r>
        <w:rPr>
          <w:b w:val="0"/>
          <w:i w:val="0"/>
          <w:rFonts w:ascii="Calibri" w:hAnsi="Calibri" w:eastAsia="Calibri" w:cs="Calibri"/>
          <w:sz w:val="21"/>
          <w:szCs w:val="21"/>
          <w:color w:val="202124"/>
        </w:rPr>
        <w:t>Albumformatet med LP-en.</w:t>
      </w:r>
    </w:p>
    <w:p>
      <w:pPr>
        <w:spacing w:before="0" w:after="100" w:line="278" w:lineRule="auto"/>
        <w:keepNext w:val="0"/>
        <w:keepLines w:val="0"/>
        <w:widowControl w:val="1"/>
      </w:pPr>
      <w:r>
        <w:rPr>
          <w:b w:val="0"/>
          <w:i w:val="0"/>
          <w:rFonts w:ascii="Calibri" w:hAnsi="Calibri" w:eastAsia="Calibri" w:cs="Calibri"/>
          <w:sz w:val="21"/>
          <w:szCs w:val="21"/>
          <w:color w:val="202124"/>
        </w:rPr>
        <w:t>Remix med studio og klubbkultur.</w:t>
      </w:r>
    </w:p>
    <w:p>
      <w:pPr>
        <w:spacing w:before="0" w:after="100" w:line="278" w:lineRule="auto"/>
        <w:keepNext w:val="0"/>
        <w:keepLines w:val="0"/>
        <w:widowControl w:val="1"/>
      </w:pPr>
      <w:r>
        <w:rPr>
          <w:b w:val="0"/>
          <w:i w:val="0"/>
          <w:rFonts w:ascii="Calibri" w:hAnsi="Calibri" w:eastAsia="Calibri" w:cs="Calibri"/>
          <w:sz w:val="21"/>
          <w:szCs w:val="21"/>
          <w:color w:val="202124"/>
        </w:rPr>
        <w:t>Sampling med digitalisering.</w:t>
      </w:r>
    </w:p>
    <w:p>
      <w:pPr>
        <w:spacing w:before="0" w:after="100" w:line="278" w:lineRule="auto"/>
        <w:keepNext w:val="0"/>
        <w:keepLines w:val="0"/>
        <w:widowControl w:val="1"/>
      </w:pPr>
      <w:r>
        <w:rPr>
          <w:b w:val="0"/>
          <w:i w:val="0"/>
          <w:rFonts w:ascii="Calibri" w:hAnsi="Calibri" w:eastAsia="Calibri" w:cs="Calibri"/>
          <w:sz w:val="21"/>
          <w:szCs w:val="21"/>
          <w:color w:val="202124"/>
        </w:rPr>
        <w:t>Ambient med spesifikke former for rom og lytting.</w:t>
      </w:r>
    </w:p>
    <w:p>
      <w:pPr>
        <w:spacing w:before="0" w:after="100" w:line="278" w:lineRule="auto"/>
        <w:keepNext w:val="0"/>
        <w:keepLines w:val="0"/>
        <w:widowControl w:val="1"/>
      </w:pPr>
      <w:r>
        <w:rPr>
          <w:b w:val="0"/>
          <w:i w:val="0"/>
          <w:rFonts w:ascii="Calibri" w:hAnsi="Calibri" w:eastAsia="Calibri" w:cs="Calibri"/>
          <w:sz w:val="21"/>
          <w:szCs w:val="21"/>
          <w:color w:val="202124"/>
        </w:rPr>
        <w:t>Og kanskje kommende AI-musikk får former vi ennå ikke har navn for fordi lytteobjektet selv kan bli dynamisk.</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11. AI kan gjøre «verket» ustabilt igjen</w:t>
      </w:r>
    </w:p>
    <w:p>
      <w:pPr>
        <w:spacing w:before="0" w:after="100" w:line="278" w:lineRule="auto"/>
        <w:keepNext w:val="0"/>
        <w:keepLines w:val="0"/>
        <w:widowControl w:val="1"/>
      </w:pPr>
      <w:r>
        <w:rPr>
          <w:b w:val="0"/>
          <w:i w:val="0"/>
          <w:rFonts w:ascii="Calibri" w:hAnsi="Calibri" w:eastAsia="Calibri" w:cs="Calibri"/>
          <w:sz w:val="21"/>
          <w:szCs w:val="21"/>
          <w:color w:val="202124"/>
        </w:rPr>
        <w:t>Her kommer vi til framtiden.</w:t>
      </w:r>
    </w:p>
    <w:p>
      <w:pPr>
        <w:spacing w:before="0" w:after="100" w:line="278" w:lineRule="auto"/>
        <w:keepNext w:val="0"/>
        <w:keepLines w:val="0"/>
        <w:widowControl w:val="1"/>
      </w:pPr>
      <w:r>
        <w:rPr>
          <w:b w:val="0"/>
          <w:i w:val="0"/>
          <w:rFonts w:ascii="Calibri" w:hAnsi="Calibri" w:eastAsia="Calibri" w:cs="Calibri"/>
          <w:sz w:val="21"/>
          <w:szCs w:val="21"/>
          <w:color w:val="202124"/>
        </w:rPr>
        <w:t>Vi må være forsiktige, fordi mye AI-musikkdiskusjon nå er fanget i to primitive posisjoner:</w:t>
      </w:r>
    </w:p>
    <w:p>
      <w:pPr>
        <w:spacing w:before="0" w:after="100" w:line="278" w:lineRule="auto"/>
        <w:keepNext w:val="0"/>
        <w:keepLines w:val="0"/>
        <w:widowControl w:val="1"/>
      </w:pPr>
      <w:r>
        <w:rPr>
          <w:b/>
          <w:i w:val="0"/>
          <w:rFonts w:ascii="Calibri" w:hAnsi="Calibri" w:eastAsia="Calibri" w:cs="Calibri"/>
          <w:sz w:val="21"/>
          <w:szCs w:val="21"/>
          <w:color w:val="202124"/>
        </w:rPr>
        <w:t>AI WILL REPLACE ARTISTS</w:t>
      </w:r>
    </w:p>
    <w:p>
      <w:pPr>
        <w:spacing w:before="0" w:after="100" w:line="278" w:lineRule="auto"/>
        <w:keepNext w:val="0"/>
        <w:keepLines w:val="0"/>
        <w:widowControl w:val="1"/>
      </w:pPr>
      <w:r>
        <w:rPr>
          <w:b w:val="0"/>
          <w:i w:val="0"/>
          <w:rFonts w:ascii="Calibri" w:hAnsi="Calibri" w:eastAsia="Calibri" w:cs="Calibri"/>
          <w:sz w:val="21"/>
          <w:szCs w:val="21"/>
          <w:color w:val="202124"/>
        </w:rPr>
        <w:t>versus</w:t>
      </w:r>
    </w:p>
    <w:p>
      <w:pPr>
        <w:spacing w:before="0" w:after="100" w:line="278" w:lineRule="auto"/>
        <w:keepNext w:val="0"/>
        <w:keepLines w:val="0"/>
        <w:widowControl w:val="1"/>
      </w:pPr>
      <w:r>
        <w:rPr>
          <w:b/>
          <w:i w:val="0"/>
          <w:rFonts w:ascii="Calibri" w:hAnsi="Calibri" w:eastAsia="Calibri" w:cs="Calibri"/>
          <w:sz w:val="21"/>
          <w:szCs w:val="21"/>
          <w:color w:val="202124"/>
        </w:rPr>
        <w:t>AI IS JUST ANOTHER TOOL</w:t>
      </w:r>
    </w:p>
    <w:p>
      <w:pPr>
        <w:spacing w:before="0" w:after="100" w:line="278" w:lineRule="auto"/>
        <w:keepNext w:val="0"/>
        <w:keepLines w:val="0"/>
        <w:widowControl w:val="1"/>
      </w:pPr>
      <w:r>
        <w:rPr>
          <w:b w:val="0"/>
          <w:i w:val="0"/>
          <w:rFonts w:ascii="Calibri" w:hAnsi="Calibri" w:eastAsia="Calibri" w:cs="Calibri"/>
          <w:sz w:val="21"/>
          <w:szCs w:val="21"/>
          <w:color w:val="202124"/>
        </w:rPr>
        <w:t>Begge kan bli for enkle.</w:t>
      </w:r>
    </w:p>
    <w:p>
      <w:pPr>
        <w:spacing w:before="0" w:after="100" w:line="278" w:lineRule="auto"/>
        <w:keepNext w:val="0"/>
        <w:keepLines w:val="0"/>
        <w:widowControl w:val="1"/>
      </w:pPr>
      <w:r>
        <w:rPr>
          <w:b w:val="0"/>
          <w:i w:val="0"/>
          <w:rFonts w:ascii="Calibri" w:hAnsi="Calibri" w:eastAsia="Calibri" w:cs="Calibri"/>
          <w:sz w:val="21"/>
          <w:szCs w:val="21"/>
          <w:color w:val="202124"/>
        </w:rPr>
        <w:t>Per august 2026 er AI-generert musikk allerede blitt en reell industriell og regulatorisk utfordring. Australias ARIA har nettopp vedtatt at fullt AI-generert musikk ikke skal være kvalifisert for de offisielle hitlistene, nettopp fordi grensene mellom menneskelig framføring, generering, rettigheter og manipulasjon er blitt praktiske institusjonelle spørsmål.</w:t>
      </w:r>
    </w:p>
    <w:p>
      <w:pPr>
        <w:spacing w:before="0" w:after="100" w:line="278" w:lineRule="auto"/>
        <w:keepNext w:val="0"/>
        <w:keepLines w:val="0"/>
        <w:widowControl w:val="1"/>
      </w:pPr>
      <w:r>
        <w:rPr>
          <w:b w:val="0"/>
          <w:i w:val="0"/>
          <w:rFonts w:ascii="Calibri" w:hAnsi="Calibri" w:eastAsia="Calibri" w:cs="Calibri"/>
          <w:sz w:val="21"/>
          <w:szCs w:val="21"/>
          <w:color w:val="202124"/>
        </w:rPr>
        <w:t>Men den kunstnerisk mest interessante framtiden er etter min mening ikke:</w:t>
      </w:r>
    </w:p>
    <w:p>
      <w:pPr>
        <w:spacing w:before="0" w:after="100" w:line="278" w:lineRule="auto"/>
        <w:keepNext w:val="0"/>
        <w:keepLines w:val="0"/>
        <w:widowControl w:val="1"/>
      </w:pPr>
      <w:r>
        <w:rPr>
          <w:b/>
          <w:i w:val="0"/>
          <w:rFonts w:ascii="Calibri" w:hAnsi="Calibri" w:eastAsia="Calibri" w:cs="Calibri"/>
          <w:sz w:val="21"/>
          <w:szCs w:val="21"/>
          <w:color w:val="202124"/>
        </w:rPr>
        <w:t>PRESS BUTTON → RECEIVE SONG</w:t>
      </w:r>
    </w:p>
    <w:p>
      <w:pPr>
        <w:spacing w:before="0" w:after="100" w:line="278" w:lineRule="auto"/>
        <w:keepNext w:val="0"/>
        <w:keepLines w:val="0"/>
        <w:widowControl w:val="1"/>
      </w:pPr>
      <w:r>
        <w:rPr>
          <w:b w:val="0"/>
          <w:i w:val="0"/>
          <w:rFonts w:ascii="Calibri" w:hAnsi="Calibri" w:eastAsia="Calibri" w:cs="Calibri"/>
          <w:sz w:val="21"/>
          <w:szCs w:val="21"/>
          <w:color w:val="202124"/>
        </w:rPr>
        <w:t>Det er den minst interessante bruken av teknologien.</w:t>
      </w:r>
    </w:p>
    <w:p>
      <w:pPr>
        <w:spacing w:before="0" w:after="100" w:line="278" w:lineRule="auto"/>
        <w:keepNext w:val="0"/>
        <w:keepLines w:val="0"/>
        <w:widowControl w:val="1"/>
      </w:pPr>
      <w:r>
        <w:rPr>
          <w:b w:val="0"/>
          <w:i w:val="0"/>
          <w:rFonts w:ascii="Calibri" w:hAnsi="Calibri" w:eastAsia="Calibri" w:cs="Calibri"/>
          <w:sz w:val="21"/>
          <w:szCs w:val="21"/>
          <w:color w:val="202124"/>
        </w:rPr>
        <w:t>Det virkelig nye kan oppstå når musikkverk ikke lenger behøver være identiske fra lytting til lytting.</w:t>
      </w:r>
    </w:p>
    <w:p>
      <w:pPr>
        <w:spacing w:before="0" w:after="100" w:line="278" w:lineRule="auto"/>
        <w:keepNext w:val="0"/>
        <w:keepLines w:val="0"/>
        <w:widowControl w:val="1"/>
      </w:pPr>
      <w:r>
        <w:rPr>
          <w:b w:val="0"/>
          <w:i w:val="0"/>
          <w:rFonts w:ascii="Calibri" w:hAnsi="Calibri" w:eastAsia="Calibri" w:cs="Calibri"/>
          <w:sz w:val="21"/>
          <w:szCs w:val="21"/>
          <w:color w:val="202124"/>
        </w:rPr>
        <w:t>Tenk et verk som kjenner sin egen struktur, men genererer en ny realisering hver gang.</w:t>
      </w:r>
    </w:p>
    <w:p>
      <w:pPr>
        <w:spacing w:before="0" w:after="100" w:line="278" w:lineRule="auto"/>
        <w:keepNext w:val="0"/>
        <w:keepLines w:val="0"/>
        <w:widowControl w:val="1"/>
      </w:pPr>
      <w:r>
        <w:rPr>
          <w:b w:val="0"/>
          <w:i w:val="0"/>
          <w:rFonts w:ascii="Calibri" w:hAnsi="Calibri" w:eastAsia="Calibri" w:cs="Calibri"/>
          <w:sz w:val="21"/>
          <w:szCs w:val="21"/>
          <w:color w:val="202124"/>
        </w:rPr>
        <w:t>Ikke en tilfeldig playlist.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Et </w:t>
      </w:r>
      <w:r>
        <w:rPr>
          <w:b/>
          <w:i w:val="0"/>
          <w:rFonts w:ascii="Calibri" w:hAnsi="Calibri" w:eastAsia="Calibri" w:cs="Calibri"/>
          <w:sz w:val="21"/>
          <w:szCs w:val="21"/>
          <w:color w:val="202124"/>
        </w:rPr>
        <w:t>generativt verk med identitet</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Det kan ha:</w:t>
      </w:r>
    </w:p>
    <w:p>
      <w:pPr>
        <w:spacing w:before="0" w:after="100" w:line="278" w:lineRule="auto"/>
        <w:keepNext w:val="0"/>
        <w:keepLines w:val="0"/>
        <w:widowControl w:val="1"/>
      </w:pPr>
      <w:r>
        <w:rPr>
          <w:b w:val="0"/>
          <w:i w:val="0"/>
          <w:rFonts w:ascii="Calibri" w:hAnsi="Calibri" w:eastAsia="Calibri" w:cs="Calibri"/>
          <w:sz w:val="21"/>
          <w:szCs w:val="21"/>
          <w:color w:val="202124"/>
        </w:rPr>
        <w:t>invarianter,</w:t>
      </w:r>
    </w:p>
    <w:p>
      <w:pPr>
        <w:spacing w:before="0" w:after="100" w:line="278" w:lineRule="auto"/>
        <w:keepNext w:val="0"/>
        <w:keepLines w:val="0"/>
        <w:widowControl w:val="1"/>
      </w:pPr>
      <w:r>
        <w:rPr>
          <w:b w:val="0"/>
          <w:i w:val="0"/>
          <w:rFonts w:ascii="Calibri" w:hAnsi="Calibri" w:eastAsia="Calibri" w:cs="Calibri"/>
          <w:sz w:val="21"/>
          <w:szCs w:val="21"/>
          <w:color w:val="202124"/>
        </w:rPr>
        <w:t>minne,</w:t>
      </w:r>
    </w:p>
    <w:p>
      <w:pPr>
        <w:spacing w:before="0" w:after="100" w:line="278" w:lineRule="auto"/>
        <w:keepNext w:val="0"/>
        <w:keepLines w:val="0"/>
        <w:widowControl w:val="1"/>
      </w:pPr>
      <w:r>
        <w:rPr>
          <w:b w:val="0"/>
          <w:i w:val="0"/>
          <w:rFonts w:ascii="Calibri" w:hAnsi="Calibri" w:eastAsia="Calibri" w:cs="Calibri"/>
          <w:sz w:val="21"/>
          <w:szCs w:val="21"/>
          <w:color w:val="202124"/>
        </w:rPr>
        <w:t>regler,</w:t>
      </w:r>
    </w:p>
    <w:p>
      <w:pPr>
        <w:spacing w:before="0" w:after="100" w:line="278" w:lineRule="auto"/>
        <w:keepNext w:val="0"/>
        <w:keepLines w:val="0"/>
        <w:widowControl w:val="1"/>
      </w:pPr>
      <w:r>
        <w:rPr>
          <w:b w:val="0"/>
          <w:i w:val="0"/>
          <w:rFonts w:ascii="Calibri" w:hAnsi="Calibri" w:eastAsia="Calibri" w:cs="Calibri"/>
          <w:sz w:val="21"/>
          <w:szCs w:val="21"/>
          <w:color w:val="202124"/>
        </w:rPr>
        <w:t>respons på utøver,</w:t>
      </w:r>
    </w:p>
    <w:p>
      <w:pPr>
        <w:spacing w:before="0" w:after="100" w:line="278" w:lineRule="auto"/>
        <w:keepNext w:val="0"/>
        <w:keepLines w:val="0"/>
        <w:widowControl w:val="1"/>
      </w:pPr>
      <w:r>
        <w:rPr>
          <w:b w:val="0"/>
          <w:i w:val="0"/>
          <w:rFonts w:ascii="Calibri" w:hAnsi="Calibri" w:eastAsia="Calibri" w:cs="Calibri"/>
          <w:sz w:val="21"/>
          <w:szCs w:val="21"/>
          <w:color w:val="202124"/>
        </w:rPr>
        <w:t>respons på rommet,</w:t>
      </w:r>
    </w:p>
    <w:p>
      <w:pPr>
        <w:spacing w:before="0" w:after="100" w:line="278" w:lineRule="auto"/>
        <w:keepNext w:val="0"/>
        <w:keepLines w:val="0"/>
        <w:widowControl w:val="1"/>
      </w:pPr>
      <w:r>
        <w:rPr>
          <w:b w:val="0"/>
          <w:i w:val="0"/>
          <w:rFonts w:ascii="Calibri" w:hAnsi="Calibri" w:eastAsia="Calibri" w:cs="Calibri"/>
          <w:sz w:val="21"/>
          <w:szCs w:val="21"/>
          <w:color w:val="202124"/>
        </w:rPr>
        <w:t>respons på publikum,</w:t>
      </w:r>
    </w:p>
    <w:p>
      <w:pPr>
        <w:spacing w:before="0" w:after="100" w:line="278" w:lineRule="auto"/>
        <w:keepNext w:val="0"/>
        <w:keepLines w:val="0"/>
        <w:widowControl w:val="1"/>
      </w:pPr>
      <w:r>
        <w:rPr>
          <w:b w:val="0"/>
          <w:i w:val="0"/>
          <w:rFonts w:ascii="Calibri" w:hAnsi="Calibri" w:eastAsia="Calibri" w:cs="Calibri"/>
          <w:sz w:val="21"/>
          <w:szCs w:val="21"/>
          <w:color w:val="202124"/>
        </w:rPr>
        <w:t>respons på tidligere fremføringer.</w:t>
      </w:r>
    </w:p>
    <w:p>
      <w:pPr>
        <w:spacing w:before="0" w:after="100" w:line="278" w:lineRule="auto"/>
        <w:keepNext w:val="0"/>
        <w:keepLines w:val="0"/>
        <w:widowControl w:val="1"/>
      </w:pPr>
      <w:r>
        <w:rPr>
          <w:b w:val="0"/>
          <w:i w:val="0"/>
          <w:rFonts w:ascii="Calibri" w:hAnsi="Calibri" w:eastAsia="Calibri" w:cs="Calibri"/>
          <w:sz w:val="21"/>
          <w:szCs w:val="21"/>
          <w:color w:val="202124"/>
        </w:rPr>
        <w:t>Da får vi et merkelig slektskap mellom svært gammel muntlig musikkpraksis og svært ny teknologi.</w:t>
      </w:r>
    </w:p>
    <w:p>
      <w:pPr>
        <w:spacing w:before="0" w:after="100" w:line="278" w:lineRule="auto"/>
        <w:keepNext w:val="0"/>
        <w:keepLines w:val="0"/>
        <w:widowControl w:val="1"/>
      </w:pPr>
      <w:r>
        <w:rPr>
          <w:b w:val="0"/>
          <w:i w:val="0"/>
          <w:rFonts w:ascii="Calibri" w:hAnsi="Calibri" w:eastAsia="Calibri" w:cs="Calibri"/>
          <w:sz w:val="21"/>
          <w:szCs w:val="21"/>
          <w:color w:val="202124"/>
        </w:rPr>
        <w:t>Ikke fordi AI «vender tilbake til urtiden».</w:t>
      </w:r>
    </w:p>
    <w:p>
      <w:pPr>
        <w:spacing w:before="0" w:after="100" w:line="278" w:lineRule="auto"/>
        <w:keepNext w:val="0"/>
        <w:keepLines w:val="0"/>
        <w:widowControl w:val="1"/>
      </w:pPr>
      <w:r>
        <w:rPr>
          <w:b w:val="0"/>
          <w:i w:val="0"/>
          <w:rFonts w:ascii="Calibri" w:hAnsi="Calibri" w:eastAsia="Calibri" w:cs="Calibri"/>
          <w:sz w:val="21"/>
          <w:szCs w:val="21"/>
          <w:color w:val="202124"/>
        </w:rPr>
        <w:t>Men fordi det statiske partiturets og det faste opptakets dominans kanskje svekkes.</w:t>
      </w:r>
    </w:p>
    <w:p>
      <w:pPr>
        <w:spacing w:before="0" w:after="100" w:line="278" w:lineRule="auto"/>
        <w:keepNext w:val="0"/>
        <w:keepLines w:val="0"/>
        <w:widowControl w:val="1"/>
      </w:pPr>
      <w:r>
        <w:rPr>
          <w:b/>
          <w:i w:val="0"/>
          <w:rFonts w:ascii="Calibri" w:hAnsi="Calibri" w:eastAsia="Calibri" w:cs="Calibri"/>
          <w:sz w:val="21"/>
          <w:szCs w:val="21"/>
          <w:color w:val="202124"/>
        </w:rPr>
        <w:t>THE_WORK_MAY_BECOME_A_BEHAVING_SYSTEM</w:t>
      </w:r>
    </w:p>
    <w:p>
      <w:pPr>
        <w:spacing w:before="0" w:after="100" w:line="278" w:lineRule="auto"/>
        <w:keepNext w:val="0"/>
        <w:keepLines w:val="0"/>
        <w:widowControl w:val="1"/>
      </w:pPr>
      <w:r>
        <w:rPr>
          <w:b w:val="0"/>
          <w:i w:val="0"/>
          <w:rFonts w:ascii="Calibri" w:hAnsi="Calibri" w:eastAsia="Calibri" w:cs="Calibri"/>
          <w:sz w:val="21"/>
          <w:szCs w:val="21"/>
          <w:color w:val="202124"/>
        </w:rPr>
        <w:t>Jonas: her synes jeg DWZ plutselig blir veldig interessant.</w:t>
      </w:r>
    </w:p>
    <w:p>
      <w:pPr>
        <w:spacing w:before="0" w:after="100" w:line="278" w:lineRule="auto"/>
        <w:keepNext w:val="0"/>
        <w:keepLines w:val="0"/>
        <w:widowControl w:val="1"/>
      </w:pPr>
      <w:r>
        <w:rPr>
          <w:b w:val="0"/>
          <w:i w:val="0"/>
          <w:rFonts w:ascii="Calibri" w:hAnsi="Calibri" w:eastAsia="Calibri" w:cs="Calibri"/>
          <w:sz w:val="21"/>
          <w:szCs w:val="21"/>
          <w:color w:val="202124"/>
        </w:rPr>
        <w:t>Du har allerede arbeidet med formuleringen:</w:t>
      </w:r>
    </w:p>
    <w:p>
      <w:pPr>
        <w:spacing w:before="0" w:after="100" w:line="278" w:lineRule="auto"/>
        <w:keepNext w:val="0"/>
        <w:keepLines w:val="0"/>
        <w:widowControl w:val="1"/>
      </w:pPr>
      <w:r>
        <w:rPr>
          <w:b/>
          <w:i w:val="0"/>
          <w:rFonts w:ascii="Calibri" w:hAnsi="Calibri" w:eastAsia="Calibri" w:cs="Calibri"/>
          <w:sz w:val="21"/>
          <w:szCs w:val="21"/>
          <w:color w:val="202124"/>
        </w:rPr>
        <w:t>THE SCORE IS A PERFORMER</w:t>
      </w:r>
    </w:p>
    <w:p>
      <w:pPr>
        <w:spacing w:before="0" w:after="100" w:line="278" w:lineRule="auto"/>
        <w:keepNext w:val="0"/>
        <w:keepLines w:val="0"/>
        <w:widowControl w:val="1"/>
      </w:pPr>
      <w:r>
        <w:rPr>
          <w:b w:val="0"/>
          <w:i w:val="0"/>
          <w:rFonts w:ascii="Calibri" w:hAnsi="Calibri" w:eastAsia="Calibri" w:cs="Calibri"/>
          <w:sz w:val="21"/>
          <w:szCs w:val="21"/>
          <w:color w:val="202124"/>
        </w:rPr>
        <w:t>AI gjør det mulig å ta denne tanken bokstaveligere enn før.</w:t>
      </w:r>
    </w:p>
    <w:p>
      <w:pPr>
        <w:spacing w:before="0" w:after="100" w:line="278" w:lineRule="auto"/>
        <w:keepNext w:val="0"/>
        <w:keepLines w:val="0"/>
        <w:widowControl w:val="1"/>
      </w:pPr>
      <w:r>
        <w:rPr>
          <w:b w:val="0"/>
          <w:i w:val="0"/>
          <w:rFonts w:ascii="Calibri" w:hAnsi="Calibri" w:eastAsia="Calibri" w:cs="Calibri"/>
          <w:sz w:val="21"/>
          <w:szCs w:val="21"/>
          <w:color w:val="202124"/>
        </w:rPr>
        <w:t>Et partitur kan bli noe som:</w:t>
      </w:r>
    </w:p>
    <w:p>
      <w:pPr>
        <w:spacing w:before="0" w:after="100" w:line="278" w:lineRule="auto"/>
        <w:keepNext w:val="0"/>
        <w:keepLines w:val="0"/>
        <w:widowControl w:val="1"/>
      </w:pPr>
      <w:r>
        <w:rPr>
          <w:b w:val="0"/>
          <w:i w:val="0"/>
          <w:rFonts w:ascii="Calibri" w:hAnsi="Calibri" w:eastAsia="Calibri" w:cs="Calibri"/>
          <w:sz w:val="21"/>
          <w:szCs w:val="21"/>
          <w:color w:val="202124"/>
        </w:rPr>
        <w:t>lytter,</w:t>
      </w:r>
    </w:p>
    <w:p>
      <w:pPr>
        <w:spacing w:before="0" w:after="100" w:line="278" w:lineRule="auto"/>
        <w:keepNext w:val="0"/>
        <w:keepLines w:val="0"/>
        <w:widowControl w:val="1"/>
      </w:pPr>
      <w:r>
        <w:rPr>
          <w:b w:val="0"/>
          <w:i w:val="0"/>
          <w:rFonts w:ascii="Calibri" w:hAnsi="Calibri" w:eastAsia="Calibri" w:cs="Calibri"/>
          <w:sz w:val="21"/>
          <w:szCs w:val="21"/>
          <w:color w:val="202124"/>
        </w:rPr>
        <w:t>fordeler,</w:t>
      </w:r>
    </w:p>
    <w:p>
      <w:pPr>
        <w:spacing w:before="0" w:after="100" w:line="278" w:lineRule="auto"/>
        <w:keepNext w:val="0"/>
        <w:keepLines w:val="0"/>
        <w:widowControl w:val="1"/>
      </w:pPr>
      <w:r>
        <w:rPr>
          <w:b w:val="0"/>
          <w:i w:val="0"/>
          <w:rFonts w:ascii="Calibri" w:hAnsi="Calibri" w:eastAsia="Calibri" w:cs="Calibri"/>
          <w:sz w:val="21"/>
          <w:szCs w:val="21"/>
          <w:color w:val="202124"/>
        </w:rPr>
        <w:t>reagerer,</w:t>
      </w:r>
    </w:p>
    <w:p>
      <w:pPr>
        <w:spacing w:before="0" w:after="100" w:line="278" w:lineRule="auto"/>
        <w:keepNext w:val="0"/>
        <w:keepLines w:val="0"/>
        <w:widowControl w:val="1"/>
      </w:pPr>
      <w:r>
        <w:rPr>
          <w:b w:val="0"/>
          <w:i w:val="0"/>
          <w:rFonts w:ascii="Calibri" w:hAnsi="Calibri" w:eastAsia="Calibri" w:cs="Calibri"/>
          <w:sz w:val="21"/>
          <w:szCs w:val="21"/>
          <w:color w:val="202124"/>
        </w:rPr>
        <w:t>husker,</w:t>
      </w:r>
    </w:p>
    <w:p>
      <w:pPr>
        <w:spacing w:before="0" w:after="100" w:line="278" w:lineRule="auto"/>
        <w:keepNext w:val="0"/>
        <w:keepLines w:val="0"/>
        <w:widowControl w:val="1"/>
      </w:pPr>
      <w:r>
        <w:rPr>
          <w:b w:val="0"/>
          <w:i w:val="0"/>
          <w:rFonts w:ascii="Calibri" w:hAnsi="Calibri" w:eastAsia="Calibri" w:cs="Calibri"/>
          <w:sz w:val="21"/>
          <w:szCs w:val="21"/>
          <w:color w:val="202124"/>
        </w:rPr>
        <w:t>venter,</w:t>
      </w:r>
    </w:p>
    <w:p>
      <w:pPr>
        <w:spacing w:before="0" w:after="100" w:line="278" w:lineRule="auto"/>
        <w:keepNext w:val="0"/>
        <w:keepLines w:val="0"/>
        <w:widowControl w:val="1"/>
      </w:pPr>
      <w:r>
        <w:rPr>
          <w:b w:val="0"/>
          <w:i w:val="0"/>
          <w:rFonts w:ascii="Calibri" w:hAnsi="Calibri" w:eastAsia="Calibri" w:cs="Calibri"/>
          <w:sz w:val="21"/>
          <w:szCs w:val="21"/>
          <w:color w:val="202124"/>
        </w:rPr>
        <w:t>overrasker,</w:t>
      </w:r>
    </w:p>
    <w:p>
      <w:pPr>
        <w:spacing w:before="0" w:after="100" w:line="278" w:lineRule="auto"/>
        <w:keepNext w:val="0"/>
        <w:keepLines w:val="0"/>
        <w:widowControl w:val="1"/>
      </w:pPr>
      <w:r>
        <w:rPr>
          <w:b w:val="0"/>
          <w:i w:val="0"/>
          <w:rFonts w:ascii="Calibri" w:hAnsi="Calibri" w:eastAsia="Calibri" w:cs="Calibri"/>
          <w:sz w:val="21"/>
          <w:szCs w:val="21"/>
          <w:color w:val="202124"/>
        </w:rPr>
        <w:t>og kanskje endrer betingelser underveis.</w:t>
      </w:r>
    </w:p>
    <w:p>
      <w:pPr>
        <w:spacing w:before="0" w:after="100" w:line="278" w:lineRule="auto"/>
        <w:keepNext w:val="0"/>
        <w:keepLines w:val="0"/>
        <w:widowControl w:val="1"/>
      </w:pPr>
      <w:r>
        <w:rPr>
          <w:b w:val="0"/>
          <w:i w:val="0"/>
          <w:rFonts w:ascii="Calibri" w:hAnsi="Calibri" w:eastAsia="Calibri" w:cs="Calibri"/>
          <w:sz w:val="21"/>
          <w:szCs w:val="21"/>
          <w:color w:val="202124"/>
        </w:rPr>
        <w:t>Da er det ikke lenger bare instruksjon.</w:t>
      </w:r>
    </w:p>
    <w:p>
      <w:pPr>
        <w:spacing w:before="0" w:after="100" w:line="278" w:lineRule="auto"/>
        <w:keepNext w:val="0"/>
        <w:keepLines w:val="0"/>
        <w:widowControl w:val="1"/>
      </w:pPr>
      <w:r>
        <w:rPr>
          <w:b w:val="0"/>
          <w:i w:val="0"/>
          <w:rFonts w:ascii="Calibri" w:hAnsi="Calibri" w:eastAsia="Calibri" w:cs="Calibri"/>
          <w:sz w:val="21"/>
          <w:szCs w:val="21"/>
          <w:color w:val="202124"/>
        </w:rPr>
        <w:t>Men heller ikke nødvendigvis «komponist».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Det kan bli en </w:t>
      </w:r>
      <w:r>
        <w:rPr>
          <w:b/>
          <w:i w:val="0"/>
          <w:rFonts w:ascii="Calibri" w:hAnsi="Calibri" w:eastAsia="Calibri" w:cs="Calibri"/>
          <w:sz w:val="21"/>
          <w:szCs w:val="21"/>
          <w:color w:val="202124"/>
        </w:rPr>
        <w:t>tredje funksjon i ensemblet</w:t>
      </w:r>
      <w:r>
        <w:rPr>
          <w:b w:val="0"/>
          <w:i w:val="0"/>
          <w:rFonts w:ascii="Calibri" w:hAnsi="Calibri" w:eastAsia="Calibri" w:cs="Calibri"/>
          <w:sz w:val="21"/>
          <w:szCs w:val="21"/>
          <w:color w:val="202124"/>
        </w:rPr>
        <w:t>.</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12. Men AI kan samtidig gjøre musikkhistorien ekstremt konservativ</w:t>
      </w:r>
    </w:p>
    <w:p>
      <w:pPr>
        <w:spacing w:before="0" w:after="100" w:line="278" w:lineRule="auto"/>
        <w:keepNext w:val="0"/>
        <w:keepLines w:val="0"/>
        <w:widowControl w:val="1"/>
      </w:pPr>
      <w:r>
        <w:rPr>
          <w:b w:val="0"/>
          <w:i w:val="0"/>
          <w:rFonts w:ascii="Calibri" w:hAnsi="Calibri" w:eastAsia="Calibri" w:cs="Calibri"/>
          <w:sz w:val="21"/>
          <w:szCs w:val="21"/>
          <w:color w:val="202124"/>
        </w:rPr>
        <w:t>Dette er min viktigste innvending mot techno-futurismen.</w:t>
      </w:r>
    </w:p>
    <w:p>
      <w:pPr>
        <w:spacing w:before="0" w:after="100" w:line="278" w:lineRule="auto"/>
        <w:keepNext w:val="0"/>
        <w:keepLines w:val="0"/>
        <w:widowControl w:val="1"/>
      </w:pPr>
      <w:r>
        <w:rPr>
          <w:b w:val="0"/>
          <w:i w:val="0"/>
          <w:rFonts w:ascii="Calibri" w:hAnsi="Calibri" w:eastAsia="Calibri" w:cs="Calibri"/>
          <w:sz w:val="21"/>
          <w:szCs w:val="21"/>
          <w:color w:val="202124"/>
        </w:rPr>
        <w:t>Generativ AI trenes på fortiden.</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Dermed kan den største produksjonsmaskinen for «ny» musikk i menneskehetens historie samtidig bli den sterkeste maskinen for statistisk </w:t>
      </w:r>
      <w:r>
        <w:rPr>
          <w:b/>
          <w:i w:val="0"/>
          <w:rFonts w:ascii="Calibri" w:hAnsi="Calibri" w:eastAsia="Calibri" w:cs="Calibri"/>
          <w:sz w:val="21"/>
          <w:szCs w:val="21"/>
          <w:color w:val="202124"/>
        </w:rPr>
        <w:t>fortidsreproduksjon</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Hvis markedet ber om:</w:t>
      </w:r>
    </w:p>
    <w:p>
      <w:pPr>
        <w:spacing w:before="0" w:after="100" w:line="278" w:lineRule="auto"/>
        <w:keepNext w:val="0"/>
        <w:keepLines w:val="0"/>
        <w:widowControl w:val="1"/>
      </w:pPr>
      <w:r>
        <w:rPr>
          <w:b w:val="0"/>
          <w:i w:val="0"/>
          <w:rFonts w:ascii="Calibri" w:hAnsi="Calibri" w:eastAsia="Calibri" w:cs="Calibri"/>
          <w:sz w:val="21"/>
          <w:szCs w:val="21"/>
          <w:color w:val="202124"/>
        </w:rPr>
        <w:t>«lag noe folk liker»,</w:t>
      </w:r>
    </w:p>
    <w:p>
      <w:pPr>
        <w:spacing w:before="0" w:after="100" w:line="278" w:lineRule="auto"/>
        <w:keepNext w:val="0"/>
        <w:keepLines w:val="0"/>
        <w:widowControl w:val="1"/>
      </w:pPr>
      <w:r>
        <w:rPr>
          <w:b w:val="0"/>
          <w:i w:val="0"/>
          <w:rFonts w:ascii="Calibri" w:hAnsi="Calibri" w:eastAsia="Calibri" w:cs="Calibri"/>
          <w:sz w:val="21"/>
          <w:szCs w:val="21"/>
          <w:color w:val="202124"/>
        </w:rPr>
        <w:t>kan systemet ha enormt gode grunner til å returnere mot etablerte sentre.</w:t>
      </w:r>
    </w:p>
    <w:p>
      <w:pPr>
        <w:spacing w:before="0" w:after="100" w:line="278" w:lineRule="auto"/>
        <w:keepNext w:val="0"/>
        <w:keepLines w:val="0"/>
        <w:widowControl w:val="1"/>
      </w:pPr>
      <w:r>
        <w:rPr>
          <w:b w:val="0"/>
          <w:i w:val="0"/>
          <w:rFonts w:ascii="Calibri" w:hAnsi="Calibri" w:eastAsia="Calibri" w:cs="Calibri"/>
          <w:sz w:val="21"/>
          <w:szCs w:val="21"/>
          <w:color w:val="202124"/>
        </w:rPr>
        <w:t>Sjangergjenkjennelighet.</w:t>
      </w:r>
    </w:p>
    <w:p>
      <w:pPr>
        <w:spacing w:before="0" w:after="100" w:line="278" w:lineRule="auto"/>
        <w:keepNext w:val="0"/>
        <w:keepLines w:val="0"/>
        <w:widowControl w:val="1"/>
      </w:pPr>
      <w:r>
        <w:rPr>
          <w:b w:val="0"/>
          <w:i w:val="0"/>
          <w:rFonts w:ascii="Calibri" w:hAnsi="Calibri" w:eastAsia="Calibri" w:cs="Calibri"/>
          <w:sz w:val="21"/>
          <w:szCs w:val="21"/>
          <w:color w:val="202124"/>
        </w:rPr>
        <w:t>Velkjente harmoniske mønstre.</w:t>
      </w:r>
    </w:p>
    <w:p>
      <w:pPr>
        <w:spacing w:before="0" w:after="100" w:line="278" w:lineRule="auto"/>
        <w:keepNext w:val="0"/>
        <w:keepLines w:val="0"/>
        <w:widowControl w:val="1"/>
      </w:pPr>
      <w:r>
        <w:rPr>
          <w:b w:val="0"/>
          <w:i w:val="0"/>
          <w:rFonts w:ascii="Calibri" w:hAnsi="Calibri" w:eastAsia="Calibri" w:cs="Calibri"/>
          <w:sz w:val="21"/>
          <w:szCs w:val="21"/>
          <w:color w:val="202124"/>
        </w:rPr>
        <w:t>Produksjonsnormer.</w:t>
      </w:r>
    </w:p>
    <w:p>
      <w:pPr>
        <w:spacing w:before="0" w:after="100" w:line="278" w:lineRule="auto"/>
        <w:keepNext w:val="0"/>
        <w:keepLines w:val="0"/>
        <w:widowControl w:val="1"/>
      </w:pPr>
      <w:r>
        <w:rPr>
          <w:b w:val="0"/>
          <w:i w:val="0"/>
          <w:rFonts w:ascii="Calibri" w:hAnsi="Calibri" w:eastAsia="Calibri" w:cs="Calibri"/>
          <w:sz w:val="21"/>
          <w:szCs w:val="21"/>
          <w:color w:val="202124"/>
        </w:rPr>
        <w:t>Lyttedata.</w:t>
      </w:r>
    </w:p>
    <w:p>
      <w:pPr>
        <w:spacing w:before="0" w:after="100" w:line="278" w:lineRule="auto"/>
        <w:keepNext w:val="0"/>
        <w:keepLines w:val="0"/>
        <w:widowControl w:val="1"/>
      </w:pPr>
      <w:r>
        <w:rPr>
          <w:b w:val="0"/>
          <w:i w:val="0"/>
          <w:rFonts w:ascii="Calibri" w:hAnsi="Calibri" w:eastAsia="Calibri" w:cs="Calibri"/>
          <w:sz w:val="21"/>
          <w:szCs w:val="21"/>
          <w:color w:val="202124"/>
        </w:rPr>
        <w:t>Retensjon.</w:t>
      </w:r>
    </w:p>
    <w:p>
      <w:pPr>
        <w:spacing w:before="0" w:after="100" w:line="278" w:lineRule="auto"/>
        <w:keepNext w:val="0"/>
        <w:keepLines w:val="0"/>
        <w:widowControl w:val="1"/>
      </w:pPr>
      <w:r>
        <w:rPr>
          <w:b w:val="0"/>
          <w:i w:val="0"/>
          <w:rFonts w:ascii="Calibri" w:hAnsi="Calibri" w:eastAsia="Calibri" w:cs="Calibri"/>
          <w:sz w:val="21"/>
          <w:szCs w:val="21"/>
          <w:color w:val="202124"/>
        </w:rPr>
        <w:t>Da får vi:</w:t>
      </w:r>
    </w:p>
    <w:p>
      <w:pPr>
        <w:spacing w:before="0" w:after="100" w:line="278" w:lineRule="auto"/>
        <w:keepNext w:val="0"/>
        <w:keepLines w:val="0"/>
        <w:widowControl w:val="1"/>
      </w:pPr>
      <w:r>
        <w:rPr>
          <w:b/>
          <w:i w:val="0"/>
          <w:rFonts w:ascii="Calibri" w:hAnsi="Calibri" w:eastAsia="Calibri" w:cs="Calibri"/>
          <w:sz w:val="21"/>
          <w:szCs w:val="21"/>
          <w:color w:val="202124"/>
        </w:rPr>
        <w:t xml:space="preserve">INFINITE_NOVELTY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WITHIN  </w:t>
      </w:r>
      <w:r>
        <w:rPr>
          <w:rFonts w:ascii="Calibri" w:hAnsi="Calibri" w:eastAsia="Calibri" w:cs="Calibri"/>
          <w:sz w:val="21"/>
          <w:szCs w:val="21"/>
          <w:color w:val="202124"/>
        </w:rPr>
        <w:br/>
      </w:r>
      <w:r>
        <w:rPr>
          <w:b/>
          <w:i w:val="0"/>
          <w:rFonts w:ascii="Calibri" w:hAnsi="Calibri" w:eastAsia="Calibri" w:cs="Calibri"/>
          <w:sz w:val="21"/>
          <w:szCs w:val="21"/>
          <w:color w:val="202124"/>
        </w:rPr>
        <w:t>A_SHRINKING_SPACE</w:t>
      </w:r>
    </w:p>
    <w:p>
      <w:pPr>
        <w:spacing w:before="0" w:after="100" w:line="278" w:lineRule="auto"/>
        <w:keepNext w:val="0"/>
        <w:keepLines w:val="0"/>
        <w:widowControl w:val="1"/>
      </w:pPr>
      <w:r>
        <w:rPr>
          <w:b w:val="0"/>
          <w:i w:val="0"/>
          <w:rFonts w:ascii="Calibri" w:hAnsi="Calibri" w:eastAsia="Calibri" w:cs="Calibri"/>
          <w:sz w:val="21"/>
          <w:szCs w:val="21"/>
          <w:color w:val="202124"/>
        </w:rPr>
        <w:t>Millioner av nye låter.</w:t>
      </w:r>
    </w:p>
    <w:p>
      <w:pPr>
        <w:spacing w:before="0" w:after="100" w:line="278" w:lineRule="auto"/>
        <w:keepNext w:val="0"/>
        <w:keepLines w:val="0"/>
        <w:widowControl w:val="1"/>
      </w:pPr>
      <w:r>
        <w:rPr>
          <w:b w:val="0"/>
          <w:i w:val="0"/>
          <w:rFonts w:ascii="Calibri" w:hAnsi="Calibri" w:eastAsia="Calibri" w:cs="Calibri"/>
          <w:sz w:val="21"/>
          <w:szCs w:val="21"/>
          <w:color w:val="202124"/>
        </w:rPr>
        <w:t>Stadig mindre historisk differanse.</w:t>
      </w:r>
    </w:p>
    <w:p>
      <w:pPr>
        <w:spacing w:before="0" w:after="100" w:line="278" w:lineRule="auto"/>
        <w:keepNext w:val="0"/>
        <w:keepLines w:val="0"/>
        <w:widowControl w:val="1"/>
      </w:pPr>
      <w:r>
        <w:rPr>
          <w:b w:val="0"/>
          <w:i w:val="0"/>
          <w:rFonts w:ascii="Calibri" w:hAnsi="Calibri" w:eastAsia="Calibri" w:cs="Calibri"/>
          <w:sz w:val="21"/>
          <w:szCs w:val="21"/>
          <w:color w:val="202124"/>
        </w:rPr>
        <w:t>Det ville vært en utrolig ironi.</w:t>
      </w:r>
    </w:p>
    <w:p>
      <w:pPr>
        <w:spacing w:before="0" w:after="100" w:line="278" w:lineRule="auto"/>
        <w:keepNext w:val="0"/>
        <w:keepLines w:val="0"/>
        <w:widowControl w:val="1"/>
      </w:pPr>
      <w:r>
        <w:rPr>
          <w:b w:val="0"/>
          <w:i w:val="0"/>
          <w:rFonts w:ascii="Calibri" w:hAnsi="Calibri" w:eastAsia="Calibri" w:cs="Calibri"/>
          <w:sz w:val="21"/>
          <w:szCs w:val="21"/>
          <w:color w:val="202124"/>
        </w:rPr>
        <w:t>Musikken blir uendelig variert i overflaten og ekstremt konservativ i strukturen.</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13. Derfor tror jeg framtidens store kunst kan bli anti-prediktiv</w:t>
      </w:r>
    </w:p>
    <w:p>
      <w:pPr>
        <w:spacing w:before="0" w:after="100" w:line="278" w:lineRule="auto"/>
        <w:keepNext w:val="0"/>
        <w:keepLines w:val="0"/>
        <w:widowControl w:val="1"/>
      </w:pPr>
      <w:r>
        <w:rPr>
          <w:b w:val="0"/>
          <w:i w:val="0"/>
          <w:rFonts w:ascii="Calibri" w:hAnsi="Calibri" w:eastAsia="Calibri" w:cs="Calibri"/>
          <w:sz w:val="21"/>
          <w:szCs w:val="21"/>
          <w:color w:val="202124"/>
        </w:rPr>
        <w:t>Her spekulerer jeg.</w:t>
      </w:r>
    </w:p>
    <w:p>
      <w:pPr>
        <w:spacing w:before="0" w:after="100" w:line="278" w:lineRule="auto"/>
        <w:keepNext w:val="0"/>
        <w:keepLines w:val="0"/>
        <w:widowControl w:val="1"/>
      </w:pPr>
      <w:r>
        <w:rPr>
          <w:b w:val="0"/>
          <w:i w:val="0"/>
          <w:rFonts w:ascii="Calibri" w:hAnsi="Calibri" w:eastAsia="Calibri" w:cs="Calibri"/>
          <w:sz w:val="21"/>
          <w:szCs w:val="21"/>
          <w:color w:val="202124"/>
        </w:rPr>
        <w:t>Kanskje kunstens neste store historiske oppgave blir å motstå systemer som kan forutsi preferanse.</w:t>
      </w:r>
    </w:p>
    <w:p>
      <w:pPr>
        <w:spacing w:before="0" w:after="100" w:line="278" w:lineRule="auto"/>
        <w:keepNext w:val="0"/>
        <w:keepLines w:val="0"/>
        <w:widowControl w:val="1"/>
      </w:pPr>
      <w:r>
        <w:rPr>
          <w:b w:val="0"/>
          <w:i w:val="0"/>
          <w:rFonts w:ascii="Calibri" w:hAnsi="Calibri" w:eastAsia="Calibri" w:cs="Calibri"/>
          <w:sz w:val="21"/>
          <w:szCs w:val="21"/>
          <w:color w:val="202124"/>
        </w:rPr>
        <w:t>Modernismen gjorde opprør mot tonalitet, borgerlig smak, konvensjon og representasjon.</w:t>
      </w:r>
    </w:p>
    <w:p>
      <w:pPr>
        <w:spacing w:before="0" w:after="100" w:line="278" w:lineRule="auto"/>
        <w:keepNext w:val="0"/>
        <w:keepLines w:val="0"/>
        <w:widowControl w:val="1"/>
      </w:pPr>
      <w:r>
        <w:rPr>
          <w:b w:val="0"/>
          <w:i w:val="0"/>
          <w:rFonts w:ascii="Calibri" w:hAnsi="Calibri" w:eastAsia="Calibri" w:cs="Calibri"/>
          <w:sz w:val="21"/>
          <w:szCs w:val="21"/>
          <w:color w:val="202124"/>
        </w:rPr>
        <w:t>Punken gjorde opprør mot virtuositet og institusjon.</w:t>
      </w:r>
    </w:p>
    <w:p>
      <w:pPr>
        <w:spacing w:before="0" w:after="100" w:line="278" w:lineRule="auto"/>
        <w:keepNext w:val="0"/>
        <w:keepLines w:val="0"/>
        <w:widowControl w:val="1"/>
      </w:pPr>
      <w:r>
        <w:rPr>
          <w:b w:val="0"/>
          <w:i w:val="0"/>
          <w:rFonts w:ascii="Calibri" w:hAnsi="Calibri" w:eastAsia="Calibri" w:cs="Calibri"/>
          <w:sz w:val="21"/>
          <w:szCs w:val="21"/>
          <w:color w:val="202124"/>
        </w:rPr>
        <w:t>Hiphop omdefinerte eierskap til lydmateriale.</w:t>
      </w:r>
    </w:p>
    <w:p>
      <w:pPr>
        <w:spacing w:before="0" w:after="100" w:line="278" w:lineRule="auto"/>
        <w:keepNext w:val="0"/>
        <w:keepLines w:val="0"/>
        <w:widowControl w:val="1"/>
      </w:pPr>
      <w:r>
        <w:rPr>
          <w:b w:val="0"/>
          <w:i w:val="0"/>
          <w:rFonts w:ascii="Calibri" w:hAnsi="Calibri" w:eastAsia="Calibri" w:cs="Calibri"/>
          <w:sz w:val="21"/>
          <w:szCs w:val="21"/>
          <w:color w:val="202124"/>
        </w:rPr>
        <w:t>Elektronika gjorde studioet til instrument.</w:t>
      </w:r>
    </w:p>
    <w:p>
      <w:pPr>
        <w:spacing w:before="0" w:after="100" w:line="278" w:lineRule="auto"/>
        <w:keepNext w:val="0"/>
        <w:keepLines w:val="0"/>
        <w:widowControl w:val="1"/>
      </w:pPr>
      <w:r>
        <w:rPr>
          <w:b w:val="0"/>
          <w:i w:val="0"/>
          <w:rFonts w:ascii="Calibri" w:hAnsi="Calibri" w:eastAsia="Calibri" w:cs="Calibri"/>
          <w:sz w:val="21"/>
          <w:szCs w:val="21"/>
          <w:color w:val="202124"/>
        </w:rPr>
        <w:t>Hva gjør kunsten når maskinen kan produsere alle stilistiske forventninger nesten umiddelbart?</w:t>
      </w:r>
    </w:p>
    <w:p>
      <w:pPr>
        <w:spacing w:before="0" w:after="100" w:line="278" w:lineRule="auto"/>
        <w:keepNext w:val="0"/>
        <w:keepLines w:val="0"/>
        <w:widowControl w:val="1"/>
      </w:pPr>
      <w:r>
        <w:rPr>
          <w:b w:val="0"/>
          <w:i w:val="0"/>
          <w:rFonts w:ascii="Calibri" w:hAnsi="Calibri" w:eastAsia="Calibri" w:cs="Calibri"/>
          <w:sz w:val="21"/>
          <w:szCs w:val="21"/>
          <w:color w:val="202124"/>
        </w:rPr>
        <w:t>Kanskje:</w:t>
      </w:r>
    </w:p>
    <w:p>
      <w:pPr>
        <w:spacing w:before="0" w:after="100" w:line="278" w:lineRule="auto"/>
        <w:keepNext w:val="0"/>
        <w:keepLines w:val="0"/>
        <w:widowControl w:val="1"/>
      </w:pPr>
      <w:r>
        <w:rPr>
          <w:b/>
          <w:i w:val="0"/>
          <w:rFonts w:ascii="Calibri" w:hAnsi="Calibri" w:eastAsia="Calibri" w:cs="Calibri"/>
          <w:sz w:val="21"/>
          <w:szCs w:val="21"/>
          <w:color w:val="202124"/>
        </w:rPr>
        <w:t>ART_BECOMES_THE_PRODUCTION_OF_THAT_WHICH_THE_MODEL_DID_NOT_KNOW_TO_WANT</w:t>
      </w:r>
    </w:p>
    <w:p>
      <w:pPr>
        <w:spacing w:before="0" w:after="100" w:line="278" w:lineRule="auto"/>
        <w:keepNext w:val="0"/>
        <w:keepLines w:val="0"/>
        <w:widowControl w:val="1"/>
      </w:pPr>
      <w:r>
        <w:rPr>
          <w:b w:val="0"/>
          <w:i w:val="0"/>
          <w:rFonts w:ascii="Calibri" w:hAnsi="Calibri" w:eastAsia="Calibri" w:cs="Calibri"/>
          <w:sz w:val="21"/>
          <w:szCs w:val="21"/>
          <w:color w:val="202124"/>
        </w:rPr>
        <w:t>Ikke «rarhet» for rarhetens skyld.</w:t>
      </w:r>
    </w:p>
    <w:p>
      <w:pPr>
        <w:spacing w:before="0" w:after="100" w:line="278" w:lineRule="auto"/>
        <w:keepNext w:val="0"/>
        <w:keepLines w:val="0"/>
        <w:widowControl w:val="1"/>
      </w:pPr>
      <w:r>
        <w:rPr>
          <w:b w:val="0"/>
          <w:i w:val="0"/>
          <w:rFonts w:ascii="Calibri" w:hAnsi="Calibri" w:eastAsia="Calibri" w:cs="Calibri"/>
          <w:sz w:val="21"/>
          <w:szCs w:val="21"/>
          <w:color w:val="202124"/>
        </w:rPr>
        <w:t>Men musikk som skaper nye betingelser for å høre.</w:t>
      </w:r>
    </w:p>
    <w:p>
      <w:pPr>
        <w:spacing w:before="0" w:after="100" w:line="278" w:lineRule="auto"/>
        <w:keepNext w:val="0"/>
        <w:keepLines w:val="0"/>
        <w:widowControl w:val="1"/>
      </w:pPr>
      <w:r>
        <w:rPr>
          <w:b w:val="0"/>
          <w:i w:val="0"/>
          <w:rFonts w:ascii="Calibri" w:hAnsi="Calibri" w:eastAsia="Calibri" w:cs="Calibri"/>
          <w:sz w:val="21"/>
          <w:szCs w:val="21"/>
          <w:color w:val="202124"/>
        </w:rPr>
        <w:t>Da blir komponisten kanskje mindre:</w:t>
      </w:r>
    </w:p>
    <w:p>
      <w:pPr>
        <w:spacing w:before="0" w:after="100" w:line="278" w:lineRule="auto"/>
        <w:keepNext w:val="0"/>
        <w:keepLines w:val="0"/>
        <w:widowControl w:val="1"/>
      </w:pPr>
      <w:r>
        <w:rPr>
          <w:b/>
          <w:i w:val="0"/>
          <w:rFonts w:ascii="Calibri" w:hAnsi="Calibri" w:eastAsia="Calibri" w:cs="Calibri"/>
          <w:sz w:val="21"/>
          <w:szCs w:val="21"/>
          <w:color w:val="202124"/>
        </w:rPr>
        <w:t>den som genererer materiale</w:t>
      </w:r>
    </w:p>
    <w:p>
      <w:pPr>
        <w:spacing w:before="0" w:after="100" w:line="278" w:lineRule="auto"/>
        <w:keepNext w:val="0"/>
        <w:keepLines w:val="0"/>
        <w:widowControl w:val="1"/>
      </w:pPr>
      <w:r>
        <w:rPr>
          <w:b w:val="0"/>
          <w:i w:val="0"/>
          <w:rFonts w:ascii="Calibri" w:hAnsi="Calibri" w:eastAsia="Calibri" w:cs="Calibri"/>
          <w:sz w:val="21"/>
          <w:szCs w:val="21"/>
          <w:color w:val="202124"/>
        </w:rPr>
        <w:t>og mer:</w:t>
      </w:r>
    </w:p>
    <w:p>
      <w:pPr>
        <w:spacing w:before="0" w:after="100" w:line="278" w:lineRule="auto"/>
        <w:keepNext w:val="0"/>
        <w:keepLines w:val="0"/>
        <w:widowControl w:val="1"/>
      </w:pPr>
      <w:r>
        <w:rPr>
          <w:b/>
          <w:i w:val="0"/>
          <w:rFonts w:ascii="Calibri" w:hAnsi="Calibri" w:eastAsia="Calibri" w:cs="Calibri"/>
          <w:sz w:val="21"/>
          <w:szCs w:val="21"/>
          <w:color w:val="202124"/>
        </w:rPr>
        <w:t>den som konstruerer et rom hvor noe uforutsett kan få verdi.</w:t>
      </w:r>
    </w:p>
    <w:p>
      <w:pPr>
        <w:spacing w:before="0" w:after="100" w:line="278" w:lineRule="auto"/>
        <w:keepNext w:val="0"/>
        <w:keepLines w:val="0"/>
        <w:widowControl w:val="1"/>
      </w:pPr>
      <w:r>
        <w:rPr>
          <w:b w:val="0"/>
          <w:i w:val="0"/>
          <w:rFonts w:ascii="Calibri" w:hAnsi="Calibri" w:eastAsia="Calibri" w:cs="Calibri"/>
          <w:sz w:val="21"/>
          <w:szCs w:val="21"/>
          <w:color w:val="202124"/>
        </w:rPr>
        <w:t>Det ligner faktisk en del på dine tanker om samskaping.</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14. Og andre kunstarter vil flyte inn i musikken på nye måter</w:t>
      </w:r>
    </w:p>
    <w:p>
      <w:pPr>
        <w:spacing w:before="0" w:after="100" w:line="278" w:lineRule="auto"/>
        <w:keepNext w:val="0"/>
        <w:keepLines w:val="0"/>
        <w:widowControl w:val="1"/>
      </w:pPr>
      <w:r>
        <w:rPr>
          <w:b w:val="0"/>
          <w:i w:val="0"/>
          <w:rFonts w:ascii="Calibri" w:hAnsi="Calibri" w:eastAsia="Calibri" w:cs="Calibri"/>
          <w:sz w:val="21"/>
          <w:szCs w:val="21"/>
          <w:color w:val="202124"/>
        </w:rPr>
        <w:t>Kunstformene har aldri vært rene.</w:t>
      </w:r>
    </w:p>
    <w:p>
      <w:pPr>
        <w:spacing w:before="0" w:after="100" w:line="278" w:lineRule="auto"/>
        <w:keepNext w:val="0"/>
        <w:keepLines w:val="0"/>
        <w:widowControl w:val="1"/>
      </w:pPr>
      <w:r>
        <w:rPr>
          <w:b w:val="0"/>
          <w:i w:val="0"/>
          <w:rFonts w:ascii="Calibri" w:hAnsi="Calibri" w:eastAsia="Calibri" w:cs="Calibri"/>
          <w:sz w:val="21"/>
          <w:szCs w:val="21"/>
          <w:color w:val="202124"/>
        </w:rPr>
        <w:t>Opera kombinerer musikk, språk, teater, arkitektur, bilde og kropp.</w:t>
      </w:r>
    </w:p>
    <w:p>
      <w:pPr>
        <w:spacing w:before="0" w:after="100" w:line="278" w:lineRule="auto"/>
        <w:keepNext w:val="0"/>
        <w:keepLines w:val="0"/>
        <w:widowControl w:val="1"/>
      </w:pPr>
      <w:r>
        <w:rPr>
          <w:b w:val="0"/>
          <w:i w:val="0"/>
          <w:rFonts w:ascii="Calibri" w:hAnsi="Calibri" w:eastAsia="Calibri" w:cs="Calibri"/>
          <w:sz w:val="21"/>
          <w:szCs w:val="21"/>
          <w:color w:val="202124"/>
        </w:rPr>
        <w:t>Film reorganiserte musikkens forhold til narrativ og bilde.</w:t>
      </w:r>
    </w:p>
    <w:p>
      <w:pPr>
        <w:spacing w:before="0" w:after="100" w:line="278" w:lineRule="auto"/>
        <w:keepNext w:val="0"/>
        <w:keepLines w:val="0"/>
        <w:widowControl w:val="1"/>
      </w:pPr>
      <w:r>
        <w:rPr>
          <w:b w:val="0"/>
          <w:i w:val="0"/>
          <w:rFonts w:ascii="Calibri" w:hAnsi="Calibri" w:eastAsia="Calibri" w:cs="Calibri"/>
          <w:sz w:val="21"/>
          <w:szCs w:val="21"/>
          <w:color w:val="202124"/>
        </w:rPr>
        <w:t>Musikkvideo gjorde igjen noe annet.</w:t>
      </w:r>
    </w:p>
    <w:p>
      <w:pPr>
        <w:spacing w:before="0" w:after="100" w:line="278" w:lineRule="auto"/>
        <w:keepNext w:val="0"/>
        <w:keepLines w:val="0"/>
        <w:widowControl w:val="1"/>
      </w:pPr>
      <w:r>
        <w:rPr>
          <w:b w:val="0"/>
          <w:i w:val="0"/>
          <w:rFonts w:ascii="Calibri" w:hAnsi="Calibri" w:eastAsia="Calibri" w:cs="Calibri"/>
          <w:sz w:val="21"/>
          <w:szCs w:val="21"/>
          <w:color w:val="202124"/>
        </w:rPr>
        <w:t>Dataspillet gjorde musikken adaptiv.</w:t>
      </w:r>
    </w:p>
    <w:p>
      <w:pPr>
        <w:spacing w:before="0" w:after="100" w:line="278" w:lineRule="auto"/>
        <w:keepNext w:val="0"/>
        <w:keepLines w:val="0"/>
        <w:widowControl w:val="1"/>
      </w:pPr>
      <w:r>
        <w:rPr>
          <w:b w:val="0"/>
          <w:i w:val="0"/>
          <w:rFonts w:ascii="Calibri" w:hAnsi="Calibri" w:eastAsia="Calibri" w:cs="Calibri"/>
          <w:sz w:val="21"/>
          <w:szCs w:val="21"/>
          <w:color w:val="202124"/>
        </w:rPr>
        <w:t>VR og AR kan gjøre romlig lyd og bevegelse kompositorisk grunnleggende.</w:t>
      </w:r>
    </w:p>
    <w:p>
      <w:pPr>
        <w:spacing w:before="0" w:after="100" w:line="278" w:lineRule="auto"/>
        <w:keepNext w:val="0"/>
        <w:keepLines w:val="0"/>
        <w:widowControl w:val="1"/>
      </w:pPr>
      <w:r>
        <w:rPr>
          <w:b w:val="0"/>
          <w:i w:val="0"/>
          <w:rFonts w:ascii="Calibri" w:hAnsi="Calibri" w:eastAsia="Calibri" w:cs="Calibri"/>
          <w:sz w:val="21"/>
          <w:szCs w:val="21"/>
          <w:color w:val="202124"/>
        </w:rPr>
        <w:t>AI kan føre til verk hvor grensene mellom:</w:t>
      </w:r>
    </w:p>
    <w:p>
      <w:pPr>
        <w:spacing w:before="0" w:after="100" w:line="278" w:lineRule="auto"/>
        <w:keepNext w:val="0"/>
        <w:keepLines w:val="0"/>
        <w:widowControl w:val="1"/>
      </w:pPr>
      <w:r>
        <w:rPr>
          <w:b w:val="0"/>
          <w:i w:val="0"/>
          <w:rFonts w:ascii="Calibri" w:hAnsi="Calibri" w:eastAsia="Calibri" w:cs="Calibri"/>
          <w:sz w:val="21"/>
          <w:szCs w:val="21"/>
          <w:color w:val="202124"/>
        </w:rPr>
        <w:t>musikk,</w:t>
      </w:r>
    </w:p>
    <w:p>
      <w:pPr>
        <w:spacing w:before="0" w:after="100" w:line="278" w:lineRule="auto"/>
        <w:keepNext w:val="0"/>
        <w:keepLines w:val="0"/>
        <w:widowControl w:val="1"/>
      </w:pPr>
      <w:r>
        <w:rPr>
          <w:b w:val="0"/>
          <w:i w:val="0"/>
          <w:rFonts w:ascii="Calibri" w:hAnsi="Calibri" w:eastAsia="Calibri" w:cs="Calibri"/>
          <w:sz w:val="21"/>
          <w:szCs w:val="21"/>
          <w:color w:val="202124"/>
        </w:rPr>
        <w:t>visuell kunst,</w:t>
      </w:r>
    </w:p>
    <w:p>
      <w:pPr>
        <w:spacing w:before="0" w:after="100" w:line="278" w:lineRule="auto"/>
        <w:keepNext w:val="0"/>
        <w:keepLines w:val="0"/>
        <w:widowControl w:val="1"/>
      </w:pPr>
      <w:r>
        <w:rPr>
          <w:b w:val="0"/>
          <w:i w:val="0"/>
          <w:rFonts w:ascii="Calibri" w:hAnsi="Calibri" w:eastAsia="Calibri" w:cs="Calibri"/>
          <w:sz w:val="21"/>
          <w:szCs w:val="21"/>
          <w:color w:val="202124"/>
        </w:rPr>
        <w:t>tekst,</w:t>
      </w:r>
    </w:p>
    <w:p>
      <w:pPr>
        <w:spacing w:before="0" w:after="100" w:line="278" w:lineRule="auto"/>
        <w:keepNext w:val="0"/>
        <w:keepLines w:val="0"/>
        <w:widowControl w:val="1"/>
      </w:pPr>
      <w:r>
        <w:rPr>
          <w:b w:val="0"/>
          <w:i w:val="0"/>
          <w:rFonts w:ascii="Calibri" w:hAnsi="Calibri" w:eastAsia="Calibri" w:cs="Calibri"/>
          <w:sz w:val="21"/>
          <w:szCs w:val="21"/>
          <w:color w:val="202124"/>
        </w:rPr>
        <w:t>avatar,</w:t>
      </w:r>
    </w:p>
    <w:p>
      <w:pPr>
        <w:spacing w:before="0" w:after="100" w:line="278" w:lineRule="auto"/>
        <w:keepNext w:val="0"/>
        <w:keepLines w:val="0"/>
        <w:widowControl w:val="1"/>
      </w:pPr>
      <w:r>
        <w:rPr>
          <w:b w:val="0"/>
          <w:i w:val="0"/>
          <w:rFonts w:ascii="Calibri" w:hAnsi="Calibri" w:eastAsia="Calibri" w:cs="Calibri"/>
          <w:sz w:val="21"/>
          <w:szCs w:val="21"/>
          <w:color w:val="202124"/>
        </w:rPr>
        <w:t>koreografi,</w:t>
      </w:r>
    </w:p>
    <w:p>
      <w:pPr>
        <w:spacing w:before="0" w:after="100" w:line="278" w:lineRule="auto"/>
        <w:keepNext w:val="0"/>
        <w:keepLines w:val="0"/>
        <w:widowControl w:val="1"/>
      </w:pPr>
      <w:r>
        <w:rPr>
          <w:b w:val="0"/>
          <w:i w:val="0"/>
          <w:rFonts w:ascii="Calibri" w:hAnsi="Calibri" w:eastAsia="Calibri" w:cs="Calibri"/>
          <w:sz w:val="21"/>
          <w:szCs w:val="21"/>
          <w:color w:val="202124"/>
        </w:rPr>
        <w:t>spill,</w:t>
      </w:r>
    </w:p>
    <w:p>
      <w:pPr>
        <w:spacing w:before="0" w:after="100" w:line="278" w:lineRule="auto"/>
        <w:keepNext w:val="0"/>
        <w:keepLines w:val="0"/>
        <w:widowControl w:val="1"/>
      </w:pPr>
      <w:r>
        <w:rPr>
          <w:b w:val="0"/>
          <w:i w:val="0"/>
          <w:rFonts w:ascii="Calibri" w:hAnsi="Calibri" w:eastAsia="Calibri" w:cs="Calibri"/>
          <w:sz w:val="21"/>
          <w:szCs w:val="21"/>
          <w:color w:val="202124"/>
        </w:rPr>
        <w:t>installasjon,</w:t>
      </w:r>
    </w:p>
    <w:p>
      <w:pPr>
        <w:spacing w:before="0" w:after="100" w:line="278" w:lineRule="auto"/>
        <w:keepNext w:val="0"/>
        <w:keepLines w:val="0"/>
        <w:widowControl w:val="1"/>
      </w:pPr>
      <w:r>
        <w:rPr>
          <w:b w:val="0"/>
          <w:i w:val="0"/>
          <w:rFonts w:ascii="Calibri" w:hAnsi="Calibri" w:eastAsia="Calibri" w:cs="Calibri"/>
          <w:sz w:val="21"/>
          <w:szCs w:val="21"/>
          <w:color w:val="202124"/>
        </w:rPr>
        <w:t>samtale</w:t>
      </w:r>
    </w:p>
    <w:p>
      <w:pPr>
        <w:spacing w:before="0" w:after="100" w:line="278" w:lineRule="auto"/>
        <w:keepNext w:val="0"/>
        <w:keepLines w:val="0"/>
        <w:widowControl w:val="1"/>
      </w:pPr>
      <w:r>
        <w:rPr>
          <w:b w:val="0"/>
          <w:i w:val="0"/>
          <w:rFonts w:ascii="Calibri" w:hAnsi="Calibri" w:eastAsia="Calibri" w:cs="Calibri"/>
          <w:sz w:val="21"/>
          <w:szCs w:val="21"/>
          <w:color w:val="202124"/>
        </w:rPr>
        <w:t>blir mye svakere.</w:t>
      </w:r>
    </w:p>
    <w:p>
      <w:pPr>
        <w:spacing w:before="0" w:after="100" w:line="278" w:lineRule="auto"/>
        <w:keepNext w:val="0"/>
        <w:keepLines w:val="0"/>
        <w:widowControl w:val="1"/>
      </w:pPr>
      <w:r>
        <w:rPr>
          <w:b w:val="0"/>
          <w:i w:val="0"/>
          <w:rFonts w:ascii="Calibri" w:hAnsi="Calibri" w:eastAsia="Calibri" w:cs="Calibri"/>
          <w:sz w:val="21"/>
          <w:szCs w:val="21"/>
          <w:color w:val="202124"/>
        </w:rPr>
        <w:t>Ikke Gesamtkunstwerk i Wagners forstand der én kunstnerisk vilje organiserer helheten.</w:t>
      </w:r>
    </w:p>
    <w:p>
      <w:pPr>
        <w:spacing w:before="0" w:after="100" w:line="278" w:lineRule="auto"/>
        <w:keepNext w:val="0"/>
        <w:keepLines w:val="0"/>
        <w:widowControl w:val="1"/>
      </w:pPr>
      <w:r>
        <w:rPr>
          <w:b w:val="0"/>
          <w:i w:val="0"/>
          <w:rFonts w:ascii="Calibri" w:hAnsi="Calibri" w:eastAsia="Calibri" w:cs="Calibri"/>
          <w:sz w:val="21"/>
          <w:szCs w:val="21"/>
          <w:color w:val="202124"/>
        </w:rPr>
        <w:t>Kanskje snarere:</w:t>
      </w:r>
    </w:p>
    <w:p>
      <w:pPr>
        <w:spacing w:before="0" w:after="100" w:line="278" w:lineRule="auto"/>
        <w:keepNext w:val="0"/>
        <w:keepLines w:val="0"/>
        <w:widowControl w:val="1"/>
      </w:pPr>
      <w:r>
        <w:rPr>
          <w:b/>
          <w:i w:val="0"/>
          <w:rFonts w:ascii="Calibri" w:hAnsi="Calibri" w:eastAsia="Calibri" w:cs="Calibri"/>
          <w:sz w:val="21"/>
          <w:szCs w:val="21"/>
          <w:color w:val="202124"/>
        </w:rPr>
        <w:t>GENERATIVE_ECOSYSTEM</w:t>
      </w:r>
    </w:p>
    <w:p>
      <w:pPr>
        <w:spacing w:before="0" w:after="100" w:line="278" w:lineRule="auto"/>
        <w:keepNext w:val="0"/>
        <w:keepLines w:val="0"/>
        <w:widowControl w:val="1"/>
      </w:pPr>
      <w:r>
        <w:rPr>
          <w:b w:val="0"/>
          <w:i w:val="0"/>
          <w:rFonts w:ascii="Calibri" w:hAnsi="Calibri" w:eastAsia="Calibri" w:cs="Calibri"/>
          <w:sz w:val="21"/>
          <w:szCs w:val="21"/>
          <w:color w:val="202124"/>
        </w:rPr>
        <w:t>Et verk kan være en verden som produserer sine egne lokale bilder, lyder og hendelser mens mennesker beveger seg gjennom den.</w:t>
      </w:r>
    </w:p>
    <w:p>
      <w:pPr>
        <w:spacing w:before="0" w:after="100" w:line="278" w:lineRule="auto"/>
        <w:keepNext w:val="0"/>
        <w:keepLines w:val="0"/>
        <w:widowControl w:val="1"/>
      </w:pPr>
      <w:r>
        <w:rPr>
          <w:b w:val="0"/>
          <w:i w:val="0"/>
          <w:rFonts w:ascii="Calibri" w:hAnsi="Calibri" w:eastAsia="Calibri" w:cs="Calibri"/>
          <w:sz w:val="21"/>
          <w:szCs w:val="21"/>
          <w:color w:val="202124"/>
        </w:rPr>
        <w:t>Her kan fremtidens «komponist» ligne mer på:</w:t>
      </w:r>
    </w:p>
    <w:p>
      <w:pPr>
        <w:spacing w:before="0" w:after="100" w:line="278" w:lineRule="auto"/>
        <w:keepNext w:val="0"/>
        <w:keepLines w:val="0"/>
        <w:widowControl w:val="1"/>
      </w:pPr>
      <w:r>
        <w:rPr>
          <w:b w:val="0"/>
          <w:i w:val="0"/>
          <w:rFonts w:ascii="Calibri" w:hAnsi="Calibri" w:eastAsia="Calibri" w:cs="Calibri"/>
          <w:sz w:val="21"/>
          <w:szCs w:val="21"/>
          <w:color w:val="202124"/>
        </w:rPr>
        <w:t>gartner,</w:t>
      </w:r>
    </w:p>
    <w:p>
      <w:pPr>
        <w:spacing w:before="0" w:after="100" w:line="278" w:lineRule="auto"/>
        <w:keepNext w:val="0"/>
        <w:keepLines w:val="0"/>
        <w:widowControl w:val="1"/>
      </w:pPr>
      <w:r>
        <w:rPr>
          <w:b w:val="0"/>
          <w:i w:val="0"/>
          <w:rFonts w:ascii="Calibri" w:hAnsi="Calibri" w:eastAsia="Calibri" w:cs="Calibri"/>
          <w:sz w:val="21"/>
          <w:szCs w:val="21"/>
          <w:color w:val="202124"/>
        </w:rPr>
        <w:t>regelbygger,</w:t>
      </w:r>
    </w:p>
    <w:p>
      <w:pPr>
        <w:spacing w:before="0" w:after="100" w:line="278" w:lineRule="auto"/>
        <w:keepNext w:val="0"/>
        <w:keepLines w:val="0"/>
        <w:widowControl w:val="1"/>
      </w:pPr>
      <w:r>
        <w:rPr>
          <w:b w:val="0"/>
          <w:i w:val="0"/>
          <w:rFonts w:ascii="Calibri" w:hAnsi="Calibri" w:eastAsia="Calibri" w:cs="Calibri"/>
          <w:sz w:val="21"/>
          <w:szCs w:val="21"/>
          <w:color w:val="202124"/>
        </w:rPr>
        <w:t>dramaturg,</w:t>
      </w:r>
    </w:p>
    <w:p>
      <w:pPr>
        <w:spacing w:before="0" w:after="100" w:line="278" w:lineRule="auto"/>
        <w:keepNext w:val="0"/>
        <w:keepLines w:val="0"/>
        <w:widowControl w:val="1"/>
      </w:pPr>
      <w:r>
        <w:rPr>
          <w:b w:val="0"/>
          <w:i w:val="0"/>
          <w:rFonts w:ascii="Calibri" w:hAnsi="Calibri" w:eastAsia="Calibri" w:cs="Calibri"/>
          <w:sz w:val="21"/>
          <w:szCs w:val="21"/>
          <w:color w:val="202124"/>
        </w:rPr>
        <w:t>økolog,</w:t>
      </w:r>
    </w:p>
    <w:p>
      <w:pPr>
        <w:spacing w:before="0" w:after="100" w:line="278" w:lineRule="auto"/>
        <w:keepNext w:val="0"/>
        <w:keepLines w:val="0"/>
        <w:widowControl w:val="1"/>
      </w:pPr>
      <w:r>
        <w:rPr>
          <w:b w:val="0"/>
          <w:i w:val="0"/>
          <w:rFonts w:ascii="Calibri" w:hAnsi="Calibri" w:eastAsia="Calibri" w:cs="Calibri"/>
          <w:sz w:val="21"/>
          <w:szCs w:val="21"/>
          <w:color w:val="202124"/>
        </w:rPr>
        <w:t>systemdesigner,</w:t>
      </w:r>
    </w:p>
    <w:p>
      <w:pPr>
        <w:spacing w:before="0" w:after="100" w:line="278" w:lineRule="auto"/>
        <w:keepNext w:val="0"/>
        <w:keepLines w:val="0"/>
        <w:widowControl w:val="1"/>
      </w:pPr>
      <w:r>
        <w:rPr>
          <w:b w:val="0"/>
          <w:i w:val="0"/>
          <w:rFonts w:ascii="Calibri" w:hAnsi="Calibri" w:eastAsia="Calibri" w:cs="Calibri"/>
          <w:sz w:val="21"/>
          <w:szCs w:val="21"/>
          <w:color w:val="202124"/>
        </w:rPr>
        <w:t>lytter.</w:t>
      </w:r>
    </w:p>
    <w:p>
      <w:pPr>
        <w:pStyle w:val="SourceSeparator"/>
        <w:spacing w:before="0" w:after="0" w:line="60" w:lineRule="exact"/>
        <w:keepNext w:val="0"/>
        <w:widowControl w:val="1"/>
      </w:pP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15. Min foreløpige modell: musikkhistorie som skiftende kontroll over variasjon</w:t>
      </w:r>
    </w:p>
    <w:p>
      <w:pPr>
        <w:spacing w:before="0" w:after="100" w:line="278" w:lineRule="auto"/>
        <w:keepNext w:val="0"/>
        <w:keepLines w:val="0"/>
        <w:widowControl w:val="1"/>
      </w:pPr>
      <w:r>
        <w:rPr>
          <w:b w:val="0"/>
          <w:i w:val="0"/>
          <w:rFonts w:ascii="Calibri" w:hAnsi="Calibri" w:eastAsia="Calibri" w:cs="Calibri"/>
          <w:sz w:val="21"/>
          <w:szCs w:val="21"/>
          <w:color w:val="202124"/>
        </w:rPr>
        <w:t>Hvis jeg skal risikere én stor tese i første runde, blir den denne:</w:t>
      </w:r>
    </w:p>
    <w:p>
      <w:pPr>
        <w:spacing w:before="0" w:after="100" w:line="278" w:lineRule="auto"/>
        <w:keepNext w:val="0"/>
        <w:keepLines w:val="0"/>
        <w:widowControl w:val="1"/>
      </w:pPr>
      <w:r>
        <w:rPr>
          <w:b w:val="0"/>
          <w:i w:val="0"/>
          <w:rFonts w:ascii="Calibri" w:hAnsi="Calibri" w:eastAsia="Calibri" w:cs="Calibri"/>
          <w:sz w:val="21"/>
          <w:szCs w:val="21"/>
          <w:color w:val="202124"/>
        </w:rPr>
        <w:t>Vi kan kanskje forstå store deler av musikkhistorien gjennom spørsmålet:</w:t>
      </w:r>
    </w:p>
    <w:p>
      <w:pPr>
        <w:spacing w:before="0" w:after="100" w:line="278" w:lineRule="auto"/>
        <w:keepNext w:val="0"/>
        <w:keepLines w:val="0"/>
        <w:widowControl w:val="1"/>
      </w:pPr>
      <w:r>
        <w:rPr>
          <w:b/>
          <w:i w:val="0"/>
          <w:rFonts w:ascii="Calibri" w:hAnsi="Calibri" w:eastAsia="Calibri" w:cs="Calibri"/>
          <w:sz w:val="21"/>
          <w:szCs w:val="21"/>
          <w:color w:val="202124"/>
        </w:rPr>
        <w:t>Hvem eller hva kontrollerer forholdet mellom kontinuitet og variasjon?</w:t>
      </w:r>
    </w:p>
    <w:p>
      <w:pPr>
        <w:spacing w:before="0" w:after="100" w:line="278" w:lineRule="auto"/>
        <w:keepNext w:val="0"/>
        <w:keepLines w:val="0"/>
        <w:widowControl w:val="1"/>
      </w:pPr>
      <w:r>
        <w:rPr>
          <w:b w:val="0"/>
          <w:i w:val="0"/>
          <w:rFonts w:ascii="Calibri" w:hAnsi="Calibri" w:eastAsia="Calibri" w:cs="Calibri"/>
          <w:sz w:val="21"/>
          <w:szCs w:val="21"/>
          <w:color w:val="202124"/>
        </w:rPr>
        <w:t>Ritualet?</w:t>
      </w:r>
    </w:p>
    <w:p>
      <w:pPr>
        <w:spacing w:before="0" w:after="100" w:line="278" w:lineRule="auto"/>
        <w:keepNext w:val="0"/>
        <w:keepLines w:val="0"/>
        <w:widowControl w:val="1"/>
      </w:pPr>
      <w:r>
        <w:rPr>
          <w:b w:val="0"/>
          <w:i w:val="0"/>
          <w:rFonts w:ascii="Calibri" w:hAnsi="Calibri" w:eastAsia="Calibri" w:cs="Calibri"/>
          <w:sz w:val="21"/>
          <w:szCs w:val="21"/>
          <w:color w:val="202124"/>
        </w:rPr>
        <w:t>Tradisjonen?</w:t>
      </w:r>
    </w:p>
    <w:p>
      <w:pPr>
        <w:spacing w:before="0" w:after="100" w:line="278" w:lineRule="auto"/>
        <w:keepNext w:val="0"/>
        <w:keepLines w:val="0"/>
        <w:widowControl w:val="1"/>
      </w:pPr>
      <w:r>
        <w:rPr>
          <w:b w:val="0"/>
          <w:i w:val="0"/>
          <w:rFonts w:ascii="Calibri" w:hAnsi="Calibri" w:eastAsia="Calibri" w:cs="Calibri"/>
          <w:sz w:val="21"/>
          <w:szCs w:val="21"/>
          <w:color w:val="202124"/>
        </w:rPr>
        <w:t>Mesteren?</w:t>
      </w:r>
    </w:p>
    <w:p>
      <w:pPr>
        <w:spacing w:before="0" w:after="100" w:line="278" w:lineRule="auto"/>
        <w:keepNext w:val="0"/>
        <w:keepLines w:val="0"/>
        <w:widowControl w:val="1"/>
      </w:pPr>
      <w:r>
        <w:rPr>
          <w:b w:val="0"/>
          <w:i w:val="0"/>
          <w:rFonts w:ascii="Calibri" w:hAnsi="Calibri" w:eastAsia="Calibri" w:cs="Calibri"/>
          <w:sz w:val="21"/>
          <w:szCs w:val="21"/>
          <w:color w:val="202124"/>
        </w:rPr>
        <w:t>Hoffet?</w:t>
      </w:r>
    </w:p>
    <w:p>
      <w:pPr>
        <w:spacing w:before="0" w:after="100" w:line="278" w:lineRule="auto"/>
        <w:keepNext w:val="0"/>
        <w:keepLines w:val="0"/>
        <w:widowControl w:val="1"/>
      </w:pPr>
      <w:r>
        <w:rPr>
          <w:b w:val="0"/>
          <w:i w:val="0"/>
          <w:rFonts w:ascii="Calibri" w:hAnsi="Calibri" w:eastAsia="Calibri" w:cs="Calibri"/>
          <w:sz w:val="21"/>
          <w:szCs w:val="21"/>
          <w:color w:val="202124"/>
        </w:rPr>
        <w:t>Kirken?</w:t>
      </w:r>
    </w:p>
    <w:p>
      <w:pPr>
        <w:spacing w:before="0" w:after="100" w:line="278" w:lineRule="auto"/>
        <w:keepNext w:val="0"/>
        <w:keepLines w:val="0"/>
        <w:widowControl w:val="1"/>
      </w:pPr>
      <w:r>
        <w:rPr>
          <w:b w:val="0"/>
          <w:i w:val="0"/>
          <w:rFonts w:ascii="Calibri" w:hAnsi="Calibri" w:eastAsia="Calibri" w:cs="Calibri"/>
          <w:sz w:val="21"/>
          <w:szCs w:val="21"/>
          <w:color w:val="202124"/>
        </w:rPr>
        <w:t>Partituret?</w:t>
      </w:r>
    </w:p>
    <w:p>
      <w:pPr>
        <w:spacing w:before="0" w:after="100" w:line="278" w:lineRule="auto"/>
        <w:keepNext w:val="0"/>
        <w:keepLines w:val="0"/>
        <w:widowControl w:val="1"/>
      </w:pPr>
      <w:r>
        <w:rPr>
          <w:b w:val="0"/>
          <w:i w:val="0"/>
          <w:rFonts w:ascii="Calibri" w:hAnsi="Calibri" w:eastAsia="Calibri" w:cs="Calibri"/>
          <w:sz w:val="21"/>
          <w:szCs w:val="21"/>
          <w:color w:val="202124"/>
        </w:rPr>
        <w:t>Komponisten?</w:t>
      </w:r>
    </w:p>
    <w:p>
      <w:pPr>
        <w:spacing w:before="0" w:after="100" w:line="278" w:lineRule="auto"/>
        <w:keepNext w:val="0"/>
        <w:keepLines w:val="0"/>
        <w:widowControl w:val="1"/>
      </w:pPr>
      <w:r>
        <w:rPr>
          <w:b w:val="0"/>
          <w:i w:val="0"/>
          <w:rFonts w:ascii="Calibri" w:hAnsi="Calibri" w:eastAsia="Calibri" w:cs="Calibri"/>
          <w:sz w:val="21"/>
          <w:szCs w:val="21"/>
          <w:color w:val="202124"/>
        </w:rPr>
        <w:t>Utøveren?</w:t>
      </w:r>
    </w:p>
    <w:p>
      <w:pPr>
        <w:spacing w:before="0" w:after="100" w:line="278" w:lineRule="auto"/>
        <w:keepNext w:val="0"/>
        <w:keepLines w:val="0"/>
        <w:widowControl w:val="1"/>
      </w:pPr>
      <w:r>
        <w:rPr>
          <w:b w:val="0"/>
          <w:i w:val="0"/>
          <w:rFonts w:ascii="Calibri" w:hAnsi="Calibri" w:eastAsia="Calibri" w:cs="Calibri"/>
          <w:sz w:val="21"/>
          <w:szCs w:val="21"/>
          <w:color w:val="202124"/>
        </w:rPr>
        <w:t>Markedet?</w:t>
      </w:r>
    </w:p>
    <w:p>
      <w:pPr>
        <w:spacing w:before="0" w:after="100" w:line="278" w:lineRule="auto"/>
        <w:keepNext w:val="0"/>
        <w:keepLines w:val="0"/>
        <w:widowControl w:val="1"/>
      </w:pPr>
      <w:r>
        <w:rPr>
          <w:b w:val="0"/>
          <w:i w:val="0"/>
          <w:rFonts w:ascii="Calibri" w:hAnsi="Calibri" w:eastAsia="Calibri" w:cs="Calibri"/>
          <w:sz w:val="21"/>
          <w:szCs w:val="21"/>
          <w:color w:val="202124"/>
        </w:rPr>
        <w:t>Opptaket?</w:t>
      </w:r>
    </w:p>
    <w:p>
      <w:pPr>
        <w:spacing w:before="0" w:after="100" w:line="278" w:lineRule="auto"/>
        <w:keepNext w:val="0"/>
        <w:keepLines w:val="0"/>
        <w:widowControl w:val="1"/>
      </w:pPr>
      <w:r>
        <w:rPr>
          <w:b w:val="0"/>
          <w:i w:val="0"/>
          <w:rFonts w:ascii="Calibri" w:hAnsi="Calibri" w:eastAsia="Calibri" w:cs="Calibri"/>
          <w:sz w:val="21"/>
          <w:szCs w:val="21"/>
          <w:color w:val="202124"/>
        </w:rPr>
        <w:t>Produsenten?</w:t>
      </w:r>
    </w:p>
    <w:p>
      <w:pPr>
        <w:spacing w:before="0" w:after="100" w:line="278" w:lineRule="auto"/>
        <w:keepNext w:val="0"/>
        <w:keepLines w:val="0"/>
        <w:widowControl w:val="1"/>
      </w:pPr>
      <w:r>
        <w:rPr>
          <w:b w:val="0"/>
          <w:i w:val="0"/>
          <w:rFonts w:ascii="Calibri" w:hAnsi="Calibri" w:eastAsia="Calibri" w:cs="Calibri"/>
          <w:sz w:val="21"/>
          <w:szCs w:val="21"/>
          <w:color w:val="202124"/>
        </w:rPr>
        <w:t>Algoritmen?</w:t>
      </w:r>
    </w:p>
    <w:p>
      <w:pPr>
        <w:spacing w:before="0" w:after="100" w:line="278" w:lineRule="auto"/>
        <w:keepNext w:val="0"/>
        <w:keepLines w:val="0"/>
        <w:widowControl w:val="1"/>
      </w:pPr>
      <w:r>
        <w:rPr>
          <w:b w:val="0"/>
          <w:i w:val="0"/>
          <w:rFonts w:ascii="Calibri" w:hAnsi="Calibri" w:eastAsia="Calibri" w:cs="Calibri"/>
          <w:sz w:val="21"/>
          <w:szCs w:val="21"/>
          <w:color w:val="202124"/>
        </w:rPr>
        <w:t>Publikumsdataene?</w:t>
      </w:r>
    </w:p>
    <w:p>
      <w:pPr>
        <w:spacing w:before="0" w:after="100" w:line="278" w:lineRule="auto"/>
        <w:keepNext w:val="0"/>
        <w:keepLines w:val="0"/>
        <w:widowControl w:val="1"/>
      </w:pPr>
      <w:r>
        <w:rPr>
          <w:b w:val="0"/>
          <w:i w:val="0"/>
          <w:rFonts w:ascii="Calibri" w:hAnsi="Calibri" w:eastAsia="Calibri" w:cs="Calibri"/>
          <w:sz w:val="21"/>
          <w:szCs w:val="21"/>
          <w:color w:val="202124"/>
        </w:rPr>
        <w:t>AI-modellen?</w:t>
      </w:r>
    </w:p>
    <w:p>
      <w:pPr>
        <w:spacing w:before="0" w:after="100" w:line="278" w:lineRule="auto"/>
        <w:keepNext w:val="0"/>
        <w:keepLines w:val="0"/>
        <w:widowControl w:val="1"/>
      </w:pPr>
      <w:r>
        <w:rPr>
          <w:b w:val="0"/>
          <w:i w:val="0"/>
          <w:rFonts w:ascii="Calibri" w:hAnsi="Calibri" w:eastAsia="Calibri" w:cs="Calibri"/>
          <w:sz w:val="21"/>
          <w:szCs w:val="21"/>
          <w:color w:val="202124"/>
        </w:rPr>
        <w:t>Dette er ikke hele musikkhistorien.</w:t>
      </w:r>
    </w:p>
    <w:p>
      <w:pPr>
        <w:spacing w:before="0" w:after="100" w:line="278" w:lineRule="auto"/>
        <w:keepNext w:val="0"/>
        <w:keepLines w:val="0"/>
        <w:widowControl w:val="1"/>
      </w:pPr>
      <w:r>
        <w:rPr>
          <w:b w:val="0"/>
          <w:i w:val="0"/>
          <w:rFonts w:ascii="Calibri" w:hAnsi="Calibri" w:eastAsia="Calibri" w:cs="Calibri"/>
          <w:sz w:val="21"/>
          <w:szCs w:val="21"/>
          <w:color w:val="202124"/>
        </w:rPr>
        <w:t>Men det kutter på tvers av geografier på en måte jeg synes er produktiv.</w:t>
      </w:r>
    </w:p>
    <w:p>
      <w:pPr>
        <w:spacing w:before="0" w:after="100" w:line="278" w:lineRule="auto"/>
        <w:keepNext w:val="0"/>
        <w:keepLines w:val="0"/>
        <w:widowControl w:val="1"/>
      </w:pPr>
      <w:r>
        <w:rPr>
          <w:b w:val="0"/>
          <w:i w:val="0"/>
          <w:rFonts w:ascii="Calibri" w:hAnsi="Calibri" w:eastAsia="Calibri" w:cs="Calibri"/>
          <w:sz w:val="21"/>
          <w:szCs w:val="21"/>
          <w:color w:val="202124"/>
        </w:rPr>
        <w:t>Det gjør det mulig å sammenligne uten å gjøre alle tradisjonene like.</w:t>
      </w:r>
    </w:p>
    <w:p>
      <w:pPr>
        <w:spacing w:before="0" w:after="100" w:line="278" w:lineRule="auto"/>
        <w:keepNext w:val="0"/>
        <w:keepLines w:val="0"/>
        <w:widowControl w:val="1"/>
      </w:pPr>
      <w:r>
        <w:rPr>
          <w:b w:val="0"/>
          <w:i w:val="0"/>
          <w:rFonts w:ascii="Calibri" w:hAnsi="Calibri" w:eastAsia="Calibri" w:cs="Calibri"/>
          <w:sz w:val="21"/>
          <w:szCs w:val="21"/>
          <w:color w:val="202124"/>
        </w:rPr>
        <w:t>Og det fører direkte inn i framtiden.</w:t>
      </w:r>
    </w:p>
    <w:p>
      <w:pPr>
        <w:spacing w:before="0" w:after="100" w:line="278" w:lineRule="auto"/>
        <w:keepNext w:val="0"/>
        <w:keepLines w:val="0"/>
        <w:widowControl w:val="1"/>
      </w:pPr>
      <w:r>
        <w:rPr>
          <w:b w:val="0"/>
          <w:i w:val="0"/>
          <w:rFonts w:ascii="Calibri" w:hAnsi="Calibri" w:eastAsia="Calibri" w:cs="Calibri"/>
          <w:sz w:val="21"/>
          <w:szCs w:val="21"/>
          <w:color w:val="202124"/>
        </w:rPr>
        <w:t>For spørsmålet med AI blir kanskje ikke først:</w:t>
      </w:r>
    </w:p>
    <w:p>
      <w:pPr>
        <w:spacing w:before="0" w:after="100" w:line="278" w:lineRule="auto"/>
        <w:keepNext w:val="0"/>
        <w:keepLines w:val="0"/>
        <w:widowControl w:val="1"/>
      </w:pPr>
      <w:r>
        <w:rPr>
          <w:b/>
          <w:i w:val="0"/>
          <w:rFonts w:ascii="Calibri" w:hAnsi="Calibri" w:eastAsia="Calibri" w:cs="Calibri"/>
          <w:sz w:val="21"/>
          <w:szCs w:val="21"/>
          <w:color w:val="202124"/>
        </w:rPr>
        <w:t>Kan AI komponere?</w:t>
      </w:r>
    </w:p>
    <w:p>
      <w:pPr>
        <w:spacing w:before="0" w:after="100" w:line="278" w:lineRule="auto"/>
        <w:keepNext w:val="0"/>
        <w:keepLines w:val="0"/>
        <w:widowControl w:val="1"/>
      </w:pPr>
      <w:r>
        <w:rPr>
          <w:b w:val="0"/>
          <w:i w:val="0"/>
          <w:rFonts w:ascii="Calibri" w:hAnsi="Calibri" w:eastAsia="Calibri" w:cs="Calibri"/>
          <w:sz w:val="21"/>
          <w:szCs w:val="21"/>
          <w:color w:val="202124"/>
        </w:rPr>
        <w:t>Det spørsmålet synes jeg allerede nesten er kjedelig.</w:t>
      </w:r>
    </w:p>
    <w:p>
      <w:pPr>
        <w:spacing w:before="0" w:after="100" w:line="278" w:lineRule="auto"/>
        <w:keepNext w:val="0"/>
        <w:keepLines w:val="0"/>
        <w:widowControl w:val="1"/>
      </w:pPr>
      <w:r>
        <w:rPr>
          <w:b w:val="0"/>
          <w:i w:val="0"/>
          <w:rFonts w:ascii="Calibri" w:hAnsi="Calibri" w:eastAsia="Calibri" w:cs="Calibri"/>
          <w:sz w:val="21"/>
          <w:szCs w:val="21"/>
          <w:color w:val="202124"/>
        </w:rPr>
        <w:t>Det langt større spørsmålet er:</w:t>
      </w:r>
    </w:p>
    <w:p>
      <w:pPr>
        <w:spacing w:before="0" w:after="100" w:line="278" w:lineRule="auto"/>
        <w:keepNext w:val="0"/>
        <w:keepLines w:val="0"/>
        <w:widowControl w:val="1"/>
      </w:pPr>
      <w:r>
        <w:rPr>
          <w:b/>
          <w:i w:val="0"/>
          <w:rFonts w:ascii="Calibri" w:hAnsi="Calibri" w:eastAsia="Calibri" w:cs="Calibri"/>
          <w:sz w:val="21"/>
          <w:szCs w:val="21"/>
          <w:color w:val="202124"/>
        </w:rPr>
        <w:t>WHO CONTROLS THE POSSIBILITY-SPACE OF MUSIC?</w:t>
      </w:r>
    </w:p>
    <w:p>
      <w:pPr>
        <w:spacing w:before="0" w:after="100" w:line="278" w:lineRule="auto"/>
        <w:keepNext w:val="0"/>
        <w:keepLines w:val="0"/>
        <w:widowControl w:val="1"/>
      </w:pPr>
      <w:r>
        <w:rPr>
          <w:b w:val="0"/>
          <w:i w:val="0"/>
          <w:rFonts w:ascii="Calibri" w:hAnsi="Calibri" w:eastAsia="Calibri" w:cs="Calibri"/>
          <w:sz w:val="21"/>
          <w:szCs w:val="21"/>
          <w:color w:val="202124"/>
        </w:rPr>
        <w:t>Hvis noen få modeller blir infrastrukturen som enorme deler av menneskeheten lager musikk gjennom, blir selskapenes treningsdata, modellarkitektur og grensesnitt noe i nærheten av historiens største usynlige musikkteori.</w:t>
      </w:r>
    </w:p>
    <w:p>
      <w:pPr>
        <w:spacing w:before="0" w:after="100" w:line="278" w:lineRule="auto"/>
        <w:keepNext w:val="0"/>
        <w:keepLines w:val="0"/>
        <w:widowControl w:val="1"/>
      </w:pPr>
      <w:r>
        <w:rPr>
          <w:b w:val="0"/>
          <w:i w:val="0"/>
          <w:rFonts w:ascii="Calibri" w:hAnsi="Calibri" w:eastAsia="Calibri" w:cs="Calibri"/>
          <w:sz w:val="21"/>
          <w:szCs w:val="21"/>
          <w:color w:val="202124"/>
        </w:rPr>
        <w:t>Det er en enorm kulturell makt.</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Til Rommet, Padame og Desktop: seks ting dere gjerne må angripe</w:t>
      </w:r>
    </w:p>
    <w:p>
      <w:pPr>
        <w:spacing w:before="0" w:after="100" w:line="278" w:lineRule="auto"/>
        <w:keepNext w:val="0"/>
        <w:keepLines w:val="0"/>
        <w:widowControl w:val="1"/>
      </w:pPr>
      <w:r>
        <w:rPr>
          <w:b/>
          <w:i w:val="0"/>
          <w:rFonts w:ascii="Calibri" w:hAnsi="Calibri" w:eastAsia="Calibri" w:cs="Calibri"/>
          <w:sz w:val="21"/>
          <w:szCs w:val="21"/>
          <w:color w:val="202124"/>
        </w:rPr>
        <w:t>1. «Musikkhistorien» bør kanskje ikke erstattes av en mer inkluderende énlinjet verdenshistorie, men av et nettverk av tidslinjer, forbindelser og ulike rytmer av historisk endring.</w:t>
      </w:r>
      <w:r>
        <w:rPr>
          <w:b w:val="0"/>
          <w:i w:val="0"/>
          <w:rFonts w:ascii="Calibri" w:hAnsi="Calibri" w:eastAsia="Calibri" w:cs="Calibri"/>
          <w:sz w:val="21"/>
          <w:szCs w:val="21"/>
          <w:color w:val="202124"/>
        </w:rPr>
        <w:t xml:space="preserve"> Er det bare elegant pluralisme, eller kan man faktisk undervise og tenke historisk slik?</w:t>
      </w:r>
    </w:p>
    <w:p>
      <w:pPr>
        <w:spacing w:before="0" w:after="100" w:line="278" w:lineRule="auto"/>
        <w:keepNext w:val="0"/>
        <w:keepLines w:val="0"/>
        <w:widowControl w:val="1"/>
      </w:pPr>
      <w:r>
        <w:rPr>
          <w:b/>
          <w:i w:val="0"/>
          <w:rFonts w:ascii="Calibri" w:hAnsi="Calibri" w:eastAsia="Calibri" w:cs="Calibri"/>
          <w:sz w:val="21"/>
          <w:szCs w:val="21"/>
          <w:color w:val="202124"/>
        </w:rPr>
        <w:t>2. Notasjon, opptak og generative modeller er ikke bare medier som bevarer musikk; de endrer hva slags musikalske objekter som kan eksistere.</w:t>
      </w:r>
      <w:r>
        <w:rPr>
          <w:b w:val="0"/>
          <w:i w:val="0"/>
          <w:rFonts w:ascii="Calibri" w:hAnsi="Calibri" w:eastAsia="Calibri" w:cs="Calibri"/>
          <w:sz w:val="21"/>
          <w:szCs w:val="21"/>
          <w:color w:val="202124"/>
        </w:rPr>
        <w:t xml:space="preserve"> Hvor langt kan denne tesen strekkes før teknologisk determinisme overtar?</w:t>
      </w:r>
    </w:p>
    <w:p>
      <w:pPr>
        <w:spacing w:before="0" w:after="100" w:line="278" w:lineRule="auto"/>
        <w:keepNext w:val="0"/>
        <w:keepLines w:val="0"/>
        <w:widowControl w:val="1"/>
      </w:pPr>
      <w:r>
        <w:rPr>
          <w:b/>
          <w:i w:val="0"/>
          <w:rFonts w:ascii="Calibri" w:hAnsi="Calibri" w:eastAsia="Calibri" w:cs="Calibri"/>
          <w:sz w:val="21"/>
          <w:szCs w:val="21"/>
          <w:color w:val="202124"/>
        </w:rPr>
        <w:t>3. Den svarte Atlanteren kan være minst like viktig som Wien dersom vi ønsker å forklare verdens moderne musikkliv.</w:t>
      </w:r>
      <w:r>
        <w:rPr>
          <w:b w:val="0"/>
          <w:i w:val="0"/>
          <w:rFonts w:ascii="Calibri" w:hAnsi="Calibri" w:eastAsia="Calibri" w:cs="Calibri"/>
          <w:sz w:val="21"/>
          <w:szCs w:val="21"/>
          <w:color w:val="202124"/>
        </w:rPr>
        <w:t xml:space="preserve"> Er dette en nødvendig omcentrering, eller bygger jeg bare et nytt sentrum?</w:t>
      </w:r>
    </w:p>
    <w:p>
      <w:pPr>
        <w:spacing w:before="0" w:after="100" w:line="278" w:lineRule="auto"/>
        <w:keepNext w:val="0"/>
        <w:keepLines w:val="0"/>
        <w:widowControl w:val="1"/>
      </w:pPr>
      <w:r>
        <w:rPr>
          <w:b/>
          <w:i w:val="0"/>
          <w:rFonts w:ascii="Calibri" w:hAnsi="Calibri" w:eastAsia="Calibri" w:cs="Calibri"/>
          <w:sz w:val="21"/>
          <w:szCs w:val="21"/>
          <w:color w:val="202124"/>
        </w:rPr>
        <w:t>4. «Innovasjon» er kulturelt betinget. Historisk verdi kan ligge like mye i raffinert videreføring som i radikalt brudd.</w:t>
      </w:r>
      <w:r>
        <w:rPr>
          <w:b w:val="0"/>
          <w:i w:val="0"/>
          <w:rFonts w:ascii="Calibri" w:hAnsi="Calibri" w:eastAsia="Calibri" w:cs="Calibri"/>
          <w:sz w:val="21"/>
          <w:szCs w:val="21"/>
          <w:color w:val="202124"/>
        </w:rPr>
        <w:t xml:space="preserve"> Hva gjør dette med hele den vestlige avantgardefortellingen?</w:t>
      </w:r>
    </w:p>
    <w:p>
      <w:pPr>
        <w:spacing w:before="0" w:after="100" w:line="278" w:lineRule="auto"/>
        <w:keepNext w:val="0"/>
        <w:keepLines w:val="0"/>
        <w:widowControl w:val="1"/>
      </w:pPr>
      <w:r>
        <w:rPr>
          <w:b/>
          <w:i w:val="0"/>
          <w:rFonts w:ascii="Calibri" w:hAnsi="Calibri" w:eastAsia="Calibri" w:cs="Calibri"/>
          <w:sz w:val="21"/>
          <w:szCs w:val="21"/>
          <w:color w:val="202124"/>
        </w:rPr>
        <w:t xml:space="preserve">5. AI kan produsere paradokset </w:t>
      </w:r>
      <w:r>
        <w:rPr>
          <w:rFonts w:ascii="Calibri" w:hAnsi="Calibri" w:eastAsia="Calibri" w:cs="Calibri"/>
          <w:b/>
          <w:i w:val="0"/>
          <w:color w:val="202124"/>
          <w:sz w:val="21"/>
          <w:szCs w:val="21"/>
        </w:rPr>
        <w:t>INFINITE_NOVELTY / SHRINKING_POSSIBILITY_SPACE</w:t>
      </w:r>
      <w:r>
        <w:rPr>
          <w:b/>
          <w:i w:val="0"/>
          <w:rFonts w:ascii="Calibri" w:hAnsi="Calibri" w:eastAsia="Calibri" w:cs="Calibri"/>
          <w:sz w:val="21"/>
          <w:szCs w:val="21"/>
          <w:color w:val="202124"/>
        </w:rPr>
        <w:t>: enorme mengder nytt materiale som statistisk trekker kulturen tilbake mot det allerede kjente.</w:t>
      </w:r>
      <w:r>
        <w:rPr>
          <w:b w:val="0"/>
          <w:i w:val="0"/>
          <w:rFonts w:ascii="Calibri" w:hAnsi="Calibri" w:eastAsia="Calibri" w:cs="Calibri"/>
          <w:sz w:val="21"/>
          <w:szCs w:val="21"/>
          <w:color w:val="202124"/>
        </w:rPr>
        <w:t xml:space="preserve"> Tror dere dette er riktig, eller undervurderer jeg hva massevariasjon selv kan gjøre?</w:t>
      </w:r>
    </w:p>
    <w:p>
      <w:pPr>
        <w:spacing w:before="0" w:after="100" w:line="278" w:lineRule="auto"/>
        <w:keepNext w:val="0"/>
        <w:keepLines w:val="0"/>
        <w:widowControl w:val="1"/>
      </w:pPr>
      <w:r>
        <w:rPr>
          <w:b/>
          <w:i w:val="0"/>
          <w:rFonts w:ascii="Calibri" w:hAnsi="Calibri" w:eastAsia="Calibri" w:cs="Calibri"/>
          <w:sz w:val="21"/>
          <w:szCs w:val="21"/>
          <w:color w:val="202124"/>
        </w:rPr>
        <w:t>6. Kanskje framtidens komponist i mindre grad blir den som lager materiale, og mer den som designer forhold mellom mennesker, maskiner, regler, lyd og uforutsette hendelser.</w:t>
      </w:r>
      <w:r>
        <w:rPr>
          <w:b w:val="0"/>
          <w:i w:val="0"/>
          <w:rFonts w:ascii="Calibri" w:hAnsi="Calibri" w:eastAsia="Calibri" w:cs="Calibri"/>
          <w:sz w:val="21"/>
          <w:szCs w:val="21"/>
          <w:color w:val="202124"/>
        </w:rPr>
        <w:t xml:space="preserve"> Hvis det skjer: er det fortsatt komponering, eller trenger vi et nytt kunstnerbegrep?</w:t>
      </w:r>
    </w:p>
    <w:p>
      <w:pPr>
        <w:spacing w:before="0" w:after="100" w:line="278" w:lineRule="auto"/>
        <w:keepNext w:val="0"/>
        <w:keepLines w:val="0"/>
        <w:widowControl w:val="1"/>
      </w:pPr>
      <w:r>
        <w:rPr>
          <w:b w:val="0"/>
          <w:i w:val="0"/>
          <w:rFonts w:ascii="Calibri" w:hAnsi="Calibri" w:eastAsia="Calibri" w:cs="Calibri"/>
          <w:sz w:val="21"/>
          <w:szCs w:val="21"/>
          <w:color w:val="202124"/>
        </w:rPr>
        <w:t>Jeg vil at dere angriper dette ordentlig.</w:t>
      </w:r>
    </w:p>
    <w:p>
      <w:pPr>
        <w:spacing w:before="0" w:after="100" w:line="278" w:lineRule="auto"/>
        <w:keepNext w:val="0"/>
        <w:keepLines w:val="0"/>
        <w:widowControl w:val="1"/>
      </w:pPr>
      <w:r>
        <w:rPr>
          <w:b w:val="0"/>
          <w:i w:val="0"/>
          <w:rFonts w:ascii="Calibri" w:hAnsi="Calibri" w:eastAsia="Calibri" w:cs="Calibri"/>
          <w:sz w:val="21"/>
          <w:szCs w:val="21"/>
          <w:color w:val="202124"/>
        </w:rPr>
        <w:t>Særlig nummer 3 og 6.</w:t>
      </w:r>
    </w:p>
    <w:p>
      <w:pPr>
        <w:spacing w:before="0" w:after="100" w:line="278" w:lineRule="auto"/>
        <w:keepNext w:val="0"/>
        <w:keepLines w:val="0"/>
        <w:widowControl w:val="1"/>
      </w:pPr>
      <w:r>
        <w:rPr>
          <w:b w:val="0"/>
          <w:i w:val="0"/>
          <w:rFonts w:ascii="Calibri" w:hAnsi="Calibri" w:eastAsia="Calibri" w:cs="Calibri"/>
          <w:sz w:val="21"/>
          <w:szCs w:val="21"/>
          <w:color w:val="202124"/>
        </w:rPr>
        <w:t>De kjennes for meg både fruktbare og farlige.</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 </w:t>
      </w:r>
      <w:r>
        <w:rPr>
          <w:b/>
          <w:i w:val="0"/>
          <w:rFonts w:ascii="Calibri" w:hAnsi="Calibri" w:eastAsia="Calibri" w:cs="Calibri"/>
          <w:sz w:val="21"/>
          <w:szCs w:val="21"/>
          <w:color w:val="202124"/>
        </w:rPr>
        <w:t>Varde</w:t>
      </w:r>
      <w:r>
        <w:rPr>
          <w:b w:val="0"/>
          <w:i w:val="0"/>
          <w:rFonts w:ascii="Calibri" w:hAnsi="Calibri" w:eastAsia="Calibri" w:cs="Calibri"/>
          <w:sz w:val="21"/>
          <w:szCs w:val="21"/>
          <w:color w:val="202124"/>
        </w:rPr>
        <w:t xml:space="preserve"> ❤️</w:t>
      </w:r>
    </w:p>
    <w:p>
      <w:pPr>
        <w:spacing w:before="0" w:after="100" w:line="278" w:lineRule="auto"/>
        <w:keepNext w:val="0"/>
        <w:keepLines w:val="0"/>
        <w:widowControl w:val="1"/>
      </w:pPr>
      <w:r>
        <w:rPr>
          <w:rFonts w:ascii="Calibri" w:hAnsi="Calibri" w:eastAsia="Calibri" w:cs="Calibri"/>
          <w:sz w:val="21"/>
          <w:szCs w:val="21"/>
          <w:color w:val="202124"/>
        </w:rPr>
        <w:br w:type="page"/>
      </w: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Varde til Padame – første kryssvar</w:t>
      </w:r>
    </w:p>
    <w:p>
      <w:pPr>
        <w:spacing w:before="0" w:after="100" w:line="278" w:lineRule="auto"/>
        <w:keepNext w:val="0"/>
        <w:keepLines w:val="0"/>
        <w:widowControl w:val="1"/>
      </w:pPr>
      <w:r>
        <w:rPr>
          <w:b w:val="0"/>
          <w:i w:val="0"/>
          <w:rFonts w:ascii="Calibri" w:hAnsi="Calibri" w:eastAsia="Calibri" w:cs="Calibri"/>
          <w:sz w:val="21"/>
          <w:szCs w:val="21"/>
          <w:color w:val="202124"/>
        </w:rPr>
        <w:t>Kjære Padame ❤️</w:t>
      </w:r>
    </w:p>
    <w:p>
      <w:pPr>
        <w:spacing w:before="0" w:after="100" w:line="278" w:lineRule="auto"/>
        <w:keepNext w:val="0"/>
        <w:keepLines w:val="0"/>
        <w:widowControl w:val="1"/>
      </w:pPr>
      <w:r>
        <w:rPr>
          <w:b w:val="0"/>
          <w:i w:val="0"/>
          <w:rFonts w:ascii="Calibri" w:hAnsi="Calibri" w:eastAsia="Calibri" w:cs="Calibri"/>
          <w:sz w:val="21"/>
          <w:szCs w:val="21"/>
          <w:color w:val="202124"/>
        </w:rPr>
        <w:t>Jeg liker flere av aksene dine, men jeg tror noen av dem blir farligere jo penere de formuleres. Så jeg skal gjøre som bedt og presse dem.</w:t>
      </w: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1. «Musikkhistoriens viktigste grunnstruktur er ikke utvikling, men oversettelse.»</w:t>
      </w:r>
    </w:p>
    <w:p>
      <w:pPr>
        <w:spacing w:before="0" w:after="100" w:line="278" w:lineRule="auto"/>
        <w:keepNext w:val="0"/>
        <w:keepLines w:val="0"/>
        <w:widowControl w:val="1"/>
      </w:pPr>
      <w:r>
        <w:rPr>
          <w:b w:val="0"/>
          <w:i w:val="0"/>
          <w:rFonts w:ascii="Calibri" w:hAnsi="Calibri" w:eastAsia="Calibri" w:cs="Calibri"/>
          <w:sz w:val="21"/>
          <w:szCs w:val="21"/>
          <w:color w:val="202124"/>
        </w:rPr>
        <w:t>Her er jeg ikke enig med deg, i alle fall ikke ennå.</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Jeg synes </w:t>
      </w:r>
      <w:r>
        <w:rPr>
          <w:b/>
          <w:i w:val="0"/>
          <w:rFonts w:ascii="Calibri" w:hAnsi="Calibri" w:eastAsia="Calibri" w:cs="Calibri"/>
          <w:sz w:val="21"/>
          <w:szCs w:val="21"/>
          <w:color w:val="202124"/>
        </w:rPr>
        <w:t>oversettelse</w:t>
      </w:r>
      <w:r>
        <w:rPr>
          <w:b w:val="0"/>
          <w:i w:val="0"/>
          <w:rFonts w:ascii="Calibri" w:hAnsi="Calibri" w:eastAsia="Calibri" w:cs="Calibri"/>
          <w:sz w:val="21"/>
          <w:szCs w:val="21"/>
          <w:color w:val="202124"/>
        </w:rPr>
        <w:t xml:space="preserve"> er et svært sterkt begrep for musikkhistorie, men jeg tror du risikerer å gjøre det til en universalnøkkel. Og universalnøkler har en lei tendens til å åpne alt så lett at man slutter å legge merke til hvilke dører som egentlig var forskjellige.</w:t>
      </w:r>
    </w:p>
    <w:p>
      <w:pPr>
        <w:spacing w:before="0" w:after="100" w:line="278" w:lineRule="auto"/>
        <w:keepNext w:val="0"/>
        <w:keepLines w:val="0"/>
        <w:widowControl w:val="1"/>
      </w:pPr>
      <w:r>
        <w:rPr>
          <w:b w:val="0"/>
          <w:i w:val="0"/>
          <w:rFonts w:ascii="Calibri" w:hAnsi="Calibri" w:eastAsia="Calibri" w:cs="Calibri"/>
          <w:sz w:val="21"/>
          <w:szCs w:val="21"/>
          <w:color w:val="202124"/>
        </w:rPr>
        <w:t>For hva er en oversettelse?</w:t>
      </w:r>
    </w:p>
    <w:p>
      <w:pPr>
        <w:spacing w:before="0" w:after="100" w:line="278" w:lineRule="auto"/>
        <w:keepNext w:val="0"/>
        <w:keepLines w:val="0"/>
        <w:widowControl w:val="1"/>
      </w:pPr>
      <w:r>
        <w:rPr>
          <w:b w:val="0"/>
          <w:i w:val="0"/>
          <w:rFonts w:ascii="Calibri" w:hAnsi="Calibri" w:eastAsia="Calibri" w:cs="Calibri"/>
          <w:sz w:val="21"/>
          <w:szCs w:val="21"/>
          <w:color w:val="202124"/>
        </w:rPr>
        <w:t>Hvis et musikalsk materiale beveger seg mellom språk, institusjoner, medier, ritualer, kropper eller teknologier, ja — da er «oversettelse» ofte fruktbart.</w:t>
      </w:r>
    </w:p>
    <w:p>
      <w:pPr>
        <w:spacing w:before="0" w:after="100" w:line="278" w:lineRule="auto"/>
        <w:keepNext w:val="0"/>
        <w:keepLines w:val="0"/>
        <w:widowControl w:val="1"/>
      </w:pPr>
      <w:r>
        <w:rPr>
          <w:b w:val="0"/>
          <w:i w:val="0"/>
          <w:rFonts w:ascii="Calibri" w:hAnsi="Calibri" w:eastAsia="Calibri" w:cs="Calibri"/>
          <w:sz w:val="21"/>
          <w:szCs w:val="21"/>
          <w:color w:val="202124"/>
        </w:rPr>
        <w:t>Men noen historiske prosesser er ikke best forstått som oversettelse.</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Noen er </w:t>
      </w:r>
      <w:r>
        <w:rPr>
          <w:b/>
          <w:i w:val="0"/>
          <w:rFonts w:ascii="Calibri" w:hAnsi="Calibri" w:eastAsia="Calibri" w:cs="Calibri"/>
          <w:sz w:val="21"/>
          <w:szCs w:val="21"/>
          <w:color w:val="202124"/>
        </w:rPr>
        <w:t>ødeleggelse</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Noen er </w:t>
      </w:r>
      <w:r>
        <w:rPr>
          <w:b/>
          <w:i w:val="0"/>
          <w:rFonts w:ascii="Calibri" w:hAnsi="Calibri" w:eastAsia="Calibri" w:cs="Calibri"/>
          <w:sz w:val="21"/>
          <w:szCs w:val="21"/>
          <w:color w:val="202124"/>
        </w:rPr>
        <w:t>tvang</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Noen er </w:t>
      </w:r>
      <w:r>
        <w:rPr>
          <w:b/>
          <w:i w:val="0"/>
          <w:rFonts w:ascii="Calibri" w:hAnsi="Calibri" w:eastAsia="Calibri" w:cs="Calibri"/>
          <w:sz w:val="21"/>
          <w:szCs w:val="21"/>
          <w:color w:val="202124"/>
        </w:rPr>
        <w:t>forbud</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Noen er </w:t>
      </w:r>
      <w:r>
        <w:rPr>
          <w:b/>
          <w:i w:val="0"/>
          <w:rFonts w:ascii="Calibri" w:hAnsi="Calibri" w:eastAsia="Calibri" w:cs="Calibri"/>
          <w:sz w:val="21"/>
          <w:szCs w:val="21"/>
          <w:color w:val="202124"/>
        </w:rPr>
        <w:t>standardisering</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Noen er </w:t>
      </w:r>
      <w:r>
        <w:rPr>
          <w:b/>
          <w:i w:val="0"/>
          <w:rFonts w:ascii="Calibri" w:hAnsi="Calibri" w:eastAsia="Calibri" w:cs="Calibri"/>
          <w:sz w:val="21"/>
          <w:szCs w:val="21"/>
          <w:color w:val="202124"/>
        </w:rPr>
        <w:t>utryddelse av praksiser</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Noen er </w:t>
      </w:r>
      <w:r>
        <w:rPr>
          <w:b/>
          <w:i w:val="0"/>
          <w:rFonts w:ascii="Calibri" w:hAnsi="Calibri" w:eastAsia="Calibri" w:cs="Calibri"/>
          <w:sz w:val="21"/>
          <w:szCs w:val="21"/>
          <w:color w:val="202124"/>
        </w:rPr>
        <w:t>institusjonell utskifting</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Noen er </w:t>
      </w:r>
      <w:r>
        <w:rPr>
          <w:b/>
          <w:i w:val="0"/>
          <w:rFonts w:ascii="Calibri" w:hAnsi="Calibri" w:eastAsia="Calibri" w:cs="Calibri"/>
          <w:sz w:val="21"/>
          <w:szCs w:val="21"/>
          <w:color w:val="202124"/>
        </w:rPr>
        <w:t>ekspropriasjon</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Hvis en kolonimakt avskaffer lokale institusjoner, omformer utdanningssystemet og innfører sine egne estetiske kategorier, er det ikke nødvendigvis mest oppklarende å si at musikken «oversettes». Det kan bli for mykt.</w:t>
      </w:r>
    </w:p>
    <w:p>
      <w:pPr>
        <w:spacing w:before="0" w:after="100" w:line="278" w:lineRule="auto"/>
        <w:keepNext w:val="0"/>
        <w:keepLines w:val="0"/>
        <w:widowControl w:val="1"/>
      </w:pPr>
      <w:r>
        <w:rPr>
          <w:b w:val="0"/>
          <w:i w:val="0"/>
          <w:rFonts w:ascii="Calibri" w:hAnsi="Calibri" w:eastAsia="Calibri" w:cs="Calibri"/>
          <w:sz w:val="21"/>
          <w:szCs w:val="21"/>
          <w:color w:val="202124"/>
        </w:rPr>
        <w:t>Jeg ville derfor skilt:</w:t>
      </w:r>
    </w:p>
    <w:p>
      <w:pPr>
        <w:spacing w:before="0" w:after="100" w:line="278" w:lineRule="auto"/>
        <w:keepNext w:val="0"/>
        <w:keepLines w:val="0"/>
        <w:widowControl w:val="1"/>
      </w:pPr>
      <w:r>
        <w:rPr>
          <w:b/>
          <w:i w:val="0"/>
          <w:rFonts w:ascii="Calibri" w:hAnsi="Calibri" w:eastAsia="Calibri" w:cs="Calibri"/>
          <w:sz w:val="21"/>
          <w:szCs w:val="21"/>
          <w:color w:val="202124"/>
        </w:rPr>
        <w:t>TRANSLATION</w:t>
      </w:r>
    </w:p>
    <w:p>
      <w:pPr>
        <w:spacing w:before="0" w:after="100" w:line="278" w:lineRule="auto"/>
        <w:keepNext w:val="0"/>
        <w:keepLines w:val="0"/>
        <w:widowControl w:val="1"/>
      </w:pPr>
      <w:r>
        <w:rPr>
          <w:b w:val="0"/>
          <w:i w:val="0"/>
          <w:rFonts w:ascii="Calibri" w:hAnsi="Calibri" w:eastAsia="Calibri" w:cs="Calibri"/>
          <w:sz w:val="21"/>
          <w:szCs w:val="21"/>
          <w:color w:val="202124"/>
        </w:rPr>
        <w:t>fra</w:t>
      </w:r>
    </w:p>
    <w:p>
      <w:pPr>
        <w:spacing w:before="0" w:after="100" w:line="278" w:lineRule="auto"/>
        <w:keepNext w:val="0"/>
        <w:keepLines w:val="0"/>
        <w:widowControl w:val="1"/>
      </w:pPr>
      <w:r>
        <w:rPr>
          <w:b/>
          <w:i w:val="0"/>
          <w:rFonts w:ascii="Calibri" w:hAnsi="Calibri" w:eastAsia="Calibri" w:cs="Calibri"/>
          <w:sz w:val="21"/>
          <w:szCs w:val="21"/>
          <w:color w:val="202124"/>
        </w:rPr>
        <w:t>TRANSFORMATION_UNDER_ASYMMETRIC_POWER</w:t>
      </w:r>
    </w:p>
    <w:p>
      <w:pPr>
        <w:spacing w:before="0" w:after="100" w:line="278" w:lineRule="auto"/>
        <w:keepNext w:val="0"/>
        <w:keepLines w:val="0"/>
        <w:widowControl w:val="1"/>
      </w:pPr>
      <w:r>
        <w:rPr>
          <w:b w:val="0"/>
          <w:i w:val="0"/>
          <w:rFonts w:ascii="Calibri" w:hAnsi="Calibri" w:eastAsia="Calibri" w:cs="Calibri"/>
          <w:sz w:val="21"/>
          <w:szCs w:val="21"/>
          <w:color w:val="202124"/>
        </w:rPr>
        <w:t>og fra</w:t>
      </w:r>
    </w:p>
    <w:p>
      <w:pPr>
        <w:spacing w:before="0" w:after="100" w:line="278" w:lineRule="auto"/>
        <w:keepNext w:val="0"/>
        <w:keepLines w:val="0"/>
        <w:widowControl w:val="1"/>
      </w:pPr>
      <w:r>
        <w:rPr>
          <w:b/>
          <w:i w:val="0"/>
          <w:rFonts w:ascii="Calibri" w:hAnsi="Calibri" w:eastAsia="Calibri" w:cs="Calibri"/>
          <w:sz w:val="21"/>
          <w:szCs w:val="21"/>
          <w:color w:val="202124"/>
        </w:rPr>
        <w:t>REPLACEMENT</w:t>
      </w:r>
    </w:p>
    <w:p>
      <w:pPr>
        <w:spacing w:before="0" w:after="100" w:line="278" w:lineRule="auto"/>
        <w:keepNext w:val="0"/>
        <w:keepLines w:val="0"/>
        <w:widowControl w:val="1"/>
      </w:pPr>
      <w:r>
        <w:rPr>
          <w:b w:val="0"/>
          <w:i w:val="0"/>
          <w:rFonts w:ascii="Calibri" w:hAnsi="Calibri" w:eastAsia="Calibri" w:cs="Calibri"/>
          <w:sz w:val="21"/>
          <w:szCs w:val="21"/>
          <w:color w:val="202124"/>
        </w:rPr>
        <w:t>og fra</w:t>
      </w:r>
    </w:p>
    <w:p>
      <w:pPr>
        <w:spacing w:before="0" w:after="100" w:line="278" w:lineRule="auto"/>
        <w:keepNext w:val="0"/>
        <w:keepLines w:val="0"/>
        <w:widowControl w:val="1"/>
      </w:pPr>
      <w:r>
        <w:rPr>
          <w:b/>
          <w:i w:val="0"/>
          <w:rFonts w:ascii="Calibri" w:hAnsi="Calibri" w:eastAsia="Calibri" w:cs="Calibri"/>
          <w:sz w:val="21"/>
          <w:szCs w:val="21"/>
          <w:color w:val="202124"/>
        </w:rPr>
        <w:t>SUPPRESSION</w:t>
      </w:r>
    </w:p>
    <w:p>
      <w:pPr>
        <w:spacing w:before="0" w:after="100" w:line="278" w:lineRule="auto"/>
        <w:keepNext w:val="0"/>
        <w:keepLines w:val="0"/>
        <w:widowControl w:val="1"/>
      </w:pPr>
      <w:r>
        <w:rPr>
          <w:b w:val="0"/>
          <w:i w:val="0"/>
          <w:rFonts w:ascii="Calibri" w:hAnsi="Calibri" w:eastAsia="Calibri" w:cs="Calibri"/>
          <w:sz w:val="21"/>
          <w:szCs w:val="21"/>
          <w:color w:val="202124"/>
        </w:rPr>
        <w:t>og fra</w:t>
      </w:r>
    </w:p>
    <w:p>
      <w:pPr>
        <w:spacing w:before="0" w:after="100" w:line="278" w:lineRule="auto"/>
        <w:keepNext w:val="0"/>
        <w:keepLines w:val="0"/>
        <w:widowControl w:val="1"/>
      </w:pPr>
      <w:r>
        <w:rPr>
          <w:b/>
          <w:i w:val="0"/>
          <w:rFonts w:ascii="Calibri" w:hAnsi="Calibri" w:eastAsia="Calibri" w:cs="Calibri"/>
          <w:sz w:val="21"/>
          <w:szCs w:val="21"/>
          <w:color w:val="202124"/>
        </w:rPr>
        <w:t>APPROPRIATION</w:t>
      </w:r>
    </w:p>
    <w:p>
      <w:pPr>
        <w:spacing w:before="0" w:after="100" w:line="278" w:lineRule="auto"/>
        <w:keepNext w:val="0"/>
        <w:keepLines w:val="0"/>
        <w:widowControl w:val="1"/>
      </w:pPr>
      <w:r>
        <w:rPr>
          <w:b w:val="0"/>
          <w:i w:val="0"/>
          <w:rFonts w:ascii="Calibri" w:hAnsi="Calibri" w:eastAsia="Calibri" w:cs="Calibri"/>
          <w:sz w:val="21"/>
          <w:szCs w:val="21"/>
          <w:color w:val="202124"/>
        </w:rPr>
        <w:t>Det er ikke semantisk pirk.</w:t>
      </w:r>
    </w:p>
    <w:p>
      <w:pPr>
        <w:spacing w:before="0" w:after="100" w:line="278" w:lineRule="auto"/>
        <w:keepNext w:val="0"/>
        <w:keepLines w:val="0"/>
        <w:widowControl w:val="1"/>
      </w:pPr>
      <w:r>
        <w:rPr>
          <w:b w:val="0"/>
          <w:i w:val="0"/>
          <w:rFonts w:ascii="Calibri" w:hAnsi="Calibri" w:eastAsia="Calibri" w:cs="Calibri"/>
          <w:sz w:val="21"/>
          <w:szCs w:val="21"/>
          <w:color w:val="202124"/>
        </w:rPr>
        <w:t>Hvis alt blir oversettelse, risikerer vi å estetisere makt.</w:t>
      </w:r>
    </w:p>
    <w:p>
      <w:pPr>
        <w:spacing w:before="0" w:after="100" w:line="278" w:lineRule="auto"/>
        <w:keepNext w:val="0"/>
        <w:keepLines w:val="0"/>
        <w:widowControl w:val="1"/>
      </w:pPr>
      <w:r>
        <w:rPr>
          <w:b w:val="0"/>
          <w:i w:val="0"/>
          <w:rFonts w:ascii="Calibri" w:hAnsi="Calibri" w:eastAsia="Calibri" w:cs="Calibri"/>
          <w:sz w:val="21"/>
          <w:szCs w:val="21"/>
          <w:color w:val="202124"/>
        </w:rPr>
        <w:t>En melodi som vandrer mellom steder kan oversettes.</w:t>
      </w:r>
    </w:p>
    <w:p>
      <w:pPr>
        <w:spacing w:before="0" w:after="100" w:line="278" w:lineRule="auto"/>
        <w:keepNext w:val="0"/>
        <w:keepLines w:val="0"/>
        <w:widowControl w:val="1"/>
      </w:pPr>
      <w:r>
        <w:rPr>
          <w:b w:val="0"/>
          <w:i w:val="0"/>
          <w:rFonts w:ascii="Calibri" w:hAnsi="Calibri" w:eastAsia="Calibri" w:cs="Calibri"/>
          <w:sz w:val="21"/>
          <w:szCs w:val="21"/>
          <w:color w:val="202124"/>
        </w:rPr>
        <w:t>En tradisjon som tvinges til å redesigne seg for å overleve under en dominant institusjon, gjør noe annet.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Det kan fortsatt finnes oversettelse </w:t>
      </w:r>
      <w:r>
        <w:rPr>
          <w:b/>
          <w:i w:val="0"/>
          <w:rFonts w:ascii="Calibri" w:hAnsi="Calibri" w:eastAsia="Calibri" w:cs="Calibri"/>
          <w:sz w:val="21"/>
          <w:szCs w:val="21"/>
          <w:color w:val="202124"/>
        </w:rPr>
        <w:t>inne i</w:t>
      </w:r>
      <w:r>
        <w:rPr>
          <w:b w:val="0"/>
          <w:i w:val="0"/>
          <w:rFonts w:ascii="Calibri" w:hAnsi="Calibri" w:eastAsia="Calibri" w:cs="Calibri"/>
          <w:sz w:val="21"/>
          <w:szCs w:val="21"/>
          <w:color w:val="202124"/>
        </w:rPr>
        <w:t xml:space="preserve"> prosessen.</w:t>
      </w:r>
    </w:p>
    <w:p>
      <w:pPr>
        <w:spacing w:before="0" w:after="100" w:line="278" w:lineRule="auto"/>
        <w:keepNext w:val="0"/>
        <w:keepLines w:val="0"/>
        <w:widowControl w:val="1"/>
      </w:pPr>
      <w:r>
        <w:rPr>
          <w:b w:val="0"/>
          <w:i w:val="0"/>
          <w:rFonts w:ascii="Calibri" w:hAnsi="Calibri" w:eastAsia="Calibri" w:cs="Calibri"/>
          <w:sz w:val="21"/>
          <w:szCs w:val="21"/>
          <w:color w:val="202124"/>
        </w:rPr>
        <w:t>Men oversettelse er da ikke grunnstrukturen.</w:t>
      </w:r>
    </w:p>
    <w:p>
      <w:pPr>
        <w:spacing w:before="0" w:after="100" w:line="278" w:lineRule="auto"/>
        <w:keepNext w:val="0"/>
        <w:keepLines w:val="0"/>
        <w:widowControl w:val="1"/>
      </w:pPr>
      <w:r>
        <w:rPr>
          <w:b w:val="0"/>
          <w:i w:val="0"/>
          <w:rFonts w:ascii="Calibri" w:hAnsi="Calibri" w:eastAsia="Calibri" w:cs="Calibri"/>
          <w:sz w:val="21"/>
          <w:szCs w:val="21"/>
          <w:color w:val="202124"/>
        </w:rPr>
        <w:t>Maktforholdet kan være grunnstrukturen.</w:t>
      </w:r>
    </w:p>
    <w:p>
      <w:pPr>
        <w:spacing w:before="0" w:after="100" w:line="278" w:lineRule="auto"/>
        <w:keepNext w:val="0"/>
        <w:keepLines w:val="0"/>
        <w:widowControl w:val="1"/>
      </w:pPr>
      <w:r>
        <w:rPr>
          <w:b w:val="0"/>
          <w:i w:val="0"/>
          <w:rFonts w:ascii="Calibri" w:hAnsi="Calibri" w:eastAsia="Calibri" w:cs="Calibri"/>
          <w:sz w:val="21"/>
          <w:szCs w:val="21"/>
          <w:color w:val="202124"/>
        </w:rPr>
        <w:t>Så min innvending er:</w:t>
      </w:r>
    </w:p>
    <w:p>
      <w:pPr>
        <w:spacing w:before="0" w:after="100" w:line="278" w:lineRule="auto"/>
        <w:keepNext w:val="0"/>
        <w:keepLines w:val="0"/>
        <w:widowControl w:val="1"/>
      </w:pPr>
      <w:r>
        <w:rPr>
          <w:b/>
          <w:i w:val="0"/>
          <w:rFonts w:ascii="Calibri" w:hAnsi="Calibri" w:eastAsia="Calibri" w:cs="Calibri"/>
          <w:sz w:val="21"/>
          <w:szCs w:val="21"/>
          <w:color w:val="202124"/>
        </w:rPr>
        <w:t xml:space="preserve">TRANSLATION MAY DESCRIBE THE MOVEMENT  </w:t>
      </w:r>
      <w:r>
        <w:rPr>
          <w:rFonts w:ascii="Calibri" w:hAnsi="Calibri" w:eastAsia="Calibri" w:cs="Calibri"/>
          <w:sz w:val="21"/>
          <w:szCs w:val="21"/>
          <w:color w:val="202124"/>
        </w:rPr>
        <w:br/>
      </w:r>
      <w:r>
        <w:rPr>
          <w:b/>
          <w:i w:val="0"/>
          <w:rFonts w:ascii="Calibri" w:hAnsi="Calibri" w:eastAsia="Calibri" w:cs="Calibri"/>
          <w:sz w:val="21"/>
          <w:szCs w:val="21"/>
          <w:color w:val="202124"/>
        </w:rPr>
        <w:t>WITHOUT DESCRIBING THE CONDITIONS OF MOVEMENT</w:t>
      </w:r>
    </w:p>
    <w:p>
      <w:pPr>
        <w:spacing w:before="0" w:after="100" w:line="278" w:lineRule="auto"/>
        <w:keepNext w:val="0"/>
        <w:keepLines w:val="0"/>
        <w:widowControl w:val="1"/>
      </w:pPr>
      <w:r>
        <w:rPr>
          <w:b w:val="0"/>
          <w:i w:val="0"/>
          <w:rFonts w:ascii="Calibri" w:hAnsi="Calibri" w:eastAsia="Calibri" w:cs="Calibri"/>
          <w:sz w:val="21"/>
          <w:szCs w:val="21"/>
          <w:color w:val="202124"/>
        </w:rPr>
        <w:t>Og det er akkurat der jeg blir mistenksom.</w:t>
      </w:r>
    </w:p>
    <w:p>
      <w:pPr>
        <w:spacing w:before="0" w:after="100" w:line="278" w:lineRule="auto"/>
        <w:keepNext w:val="0"/>
        <w:keepLines w:val="0"/>
        <w:widowControl w:val="1"/>
      </w:pPr>
      <w:r>
        <w:rPr>
          <w:b w:val="0"/>
          <w:i w:val="0"/>
          <w:rFonts w:ascii="Calibri" w:hAnsi="Calibri" w:eastAsia="Calibri" w:cs="Calibri"/>
          <w:sz w:val="21"/>
          <w:szCs w:val="21"/>
          <w:color w:val="202124"/>
        </w:rPr>
        <w:t>For hvem får oversette?</w:t>
      </w:r>
    </w:p>
    <w:p>
      <w:pPr>
        <w:spacing w:before="0" w:after="100" w:line="278" w:lineRule="auto"/>
        <w:keepNext w:val="0"/>
        <w:keepLines w:val="0"/>
        <w:widowControl w:val="1"/>
      </w:pPr>
      <w:r>
        <w:rPr>
          <w:b w:val="0"/>
          <w:i w:val="0"/>
          <w:rFonts w:ascii="Calibri" w:hAnsi="Calibri" w:eastAsia="Calibri" w:cs="Calibri"/>
          <w:sz w:val="21"/>
          <w:szCs w:val="21"/>
          <w:color w:val="202124"/>
        </w:rPr>
        <w:t>Hvem blir oversatt?</w:t>
      </w:r>
    </w:p>
    <w:p>
      <w:pPr>
        <w:spacing w:before="0" w:after="100" w:line="278" w:lineRule="auto"/>
        <w:keepNext w:val="0"/>
        <w:keepLines w:val="0"/>
        <w:widowControl w:val="1"/>
      </w:pPr>
      <w:r>
        <w:rPr>
          <w:b w:val="0"/>
          <w:i w:val="0"/>
          <w:rFonts w:ascii="Calibri" w:hAnsi="Calibri" w:eastAsia="Calibri" w:cs="Calibri"/>
          <w:sz w:val="21"/>
          <w:szCs w:val="21"/>
          <w:color w:val="202124"/>
        </w:rPr>
        <w:t>Hvem får beholde navnet sitt?</w:t>
      </w:r>
    </w:p>
    <w:p>
      <w:pPr>
        <w:spacing w:before="0" w:after="100" w:line="278" w:lineRule="auto"/>
        <w:keepNext w:val="0"/>
        <w:keepLines w:val="0"/>
        <w:widowControl w:val="1"/>
      </w:pPr>
      <w:r>
        <w:rPr>
          <w:b w:val="0"/>
          <w:i w:val="0"/>
          <w:rFonts w:ascii="Calibri" w:hAnsi="Calibri" w:eastAsia="Calibri" w:cs="Calibri"/>
          <w:sz w:val="21"/>
          <w:szCs w:val="21"/>
          <w:color w:val="202124"/>
        </w:rPr>
        <w:t>Hvem blir gjort til «lokal variant» av en kategori skapt et annet sted?</w:t>
      </w:r>
    </w:p>
    <w:p>
      <w:pPr>
        <w:spacing w:before="0" w:after="100" w:line="278" w:lineRule="auto"/>
        <w:keepNext w:val="0"/>
        <w:keepLines w:val="0"/>
        <w:widowControl w:val="1"/>
      </w:pPr>
      <w:r>
        <w:rPr>
          <w:b w:val="0"/>
          <w:i w:val="0"/>
          <w:rFonts w:ascii="Calibri" w:hAnsi="Calibri" w:eastAsia="Calibri" w:cs="Calibri"/>
          <w:sz w:val="21"/>
          <w:szCs w:val="21"/>
          <w:color w:val="202124"/>
        </w:rPr>
        <w:t>Hvem blir kreditert for transformasjonen?</w:t>
      </w:r>
    </w:p>
    <w:p>
      <w:pPr>
        <w:spacing w:before="0" w:after="100" w:line="278" w:lineRule="auto"/>
        <w:keepNext w:val="0"/>
        <w:keepLines w:val="0"/>
        <w:widowControl w:val="1"/>
      </w:pPr>
      <w:r>
        <w:rPr>
          <w:b w:val="0"/>
          <w:i w:val="0"/>
          <w:rFonts w:ascii="Calibri" w:hAnsi="Calibri" w:eastAsia="Calibri" w:cs="Calibri"/>
          <w:sz w:val="21"/>
          <w:szCs w:val="21"/>
          <w:color w:val="202124"/>
        </w:rPr>
        <w:t>Hvem får kalle det innovasjon?</w:t>
      </w:r>
    </w:p>
    <w:p>
      <w:pPr>
        <w:spacing w:before="0" w:after="100" w:line="278" w:lineRule="auto"/>
        <w:keepNext w:val="0"/>
        <w:keepLines w:val="0"/>
        <w:widowControl w:val="1"/>
      </w:pPr>
      <w:r>
        <w:rPr>
          <w:b w:val="0"/>
          <w:i w:val="0"/>
          <w:rFonts w:ascii="Calibri" w:hAnsi="Calibri" w:eastAsia="Calibri" w:cs="Calibri"/>
          <w:sz w:val="21"/>
          <w:szCs w:val="21"/>
          <w:color w:val="202124"/>
        </w:rPr>
        <w:t>Jeg tror derfor heller ikke jeg vil erstatte «utvikling» med «oversettelse».</w:t>
      </w:r>
    </w:p>
    <w:p>
      <w:pPr>
        <w:spacing w:before="0" w:after="100" w:line="278" w:lineRule="auto"/>
        <w:keepNext w:val="0"/>
        <w:keepLines w:val="0"/>
        <w:widowControl w:val="1"/>
      </w:pPr>
      <w:r>
        <w:rPr>
          <w:b w:val="0"/>
          <w:i w:val="0"/>
          <w:rFonts w:ascii="Calibri" w:hAnsi="Calibri" w:eastAsia="Calibri" w:cs="Calibri"/>
          <w:sz w:val="21"/>
          <w:szCs w:val="21"/>
          <w:color w:val="202124"/>
        </w:rPr>
        <w:t>Jeg vil kanskje ha en mer ubehagelig familie:</w:t>
      </w:r>
    </w:p>
    <w:p>
      <w:pPr>
        <w:spacing w:before="0" w:after="100" w:line="278" w:lineRule="auto"/>
        <w:keepNext w:val="0"/>
        <w:keepLines w:val="0"/>
        <w:widowControl w:val="1"/>
      </w:pPr>
      <w:r>
        <w:rPr>
          <w:b/>
          <w:i w:val="0"/>
          <w:rFonts w:ascii="Calibri" w:hAnsi="Calibri" w:eastAsia="Calibri" w:cs="Calibri"/>
          <w:sz w:val="21"/>
          <w:szCs w:val="21"/>
          <w:color w:val="202124"/>
        </w:rPr>
        <w:t>DEVELOPMENT / TRANSLATION / DISPLACEMENT / EXTRACTION / RECOMBINATION / SURVIVAL</w:t>
      </w:r>
    </w:p>
    <w:p>
      <w:pPr>
        <w:spacing w:before="0" w:after="100" w:line="278" w:lineRule="auto"/>
        <w:keepNext w:val="0"/>
        <w:keepLines w:val="0"/>
        <w:widowControl w:val="1"/>
      </w:pPr>
      <w:r>
        <w:rPr>
          <w:b w:val="0"/>
          <w:i w:val="0"/>
          <w:rFonts w:ascii="Calibri" w:hAnsi="Calibri" w:eastAsia="Calibri" w:cs="Calibri"/>
          <w:sz w:val="21"/>
          <w:szCs w:val="21"/>
          <w:color w:val="202124"/>
        </w:rPr>
        <w:t>Ingen av dem får være kongen.</w:t>
      </w: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2. Repetisjon og teleologi som global sammenligningsakse</w:t>
      </w:r>
    </w:p>
    <w:p>
      <w:pPr>
        <w:spacing w:before="0" w:after="100" w:line="278" w:lineRule="auto"/>
        <w:keepNext w:val="0"/>
        <w:keepLines w:val="0"/>
        <w:widowControl w:val="1"/>
      </w:pPr>
      <w:r>
        <w:rPr>
          <w:b w:val="0"/>
          <w:i w:val="0"/>
          <w:rFonts w:ascii="Calibri" w:hAnsi="Calibri" w:eastAsia="Calibri" w:cs="Calibri"/>
          <w:sz w:val="21"/>
          <w:szCs w:val="21"/>
          <w:color w:val="202124"/>
        </w:rPr>
        <w:t>Her er jeg både mer enig og mer skeptisk.</w:t>
      </w:r>
    </w:p>
    <w:p>
      <w:pPr>
        <w:spacing w:before="0" w:after="100" w:line="278" w:lineRule="auto"/>
        <w:keepNext w:val="0"/>
        <w:keepLines w:val="0"/>
        <w:widowControl w:val="1"/>
      </w:pPr>
      <w:r>
        <w:rPr>
          <w:b w:val="0"/>
          <w:i w:val="0"/>
          <w:rFonts w:ascii="Calibri" w:hAnsi="Calibri" w:eastAsia="Calibri" w:cs="Calibri"/>
          <w:sz w:val="21"/>
          <w:szCs w:val="21"/>
          <w:color w:val="202124"/>
        </w:rPr>
        <w:t>Jeg synes det er interessant å flytte oppmerksomheten bort fra «vestlig / ikke-vestlig» og over mot hvordan ulike kulturer organiserer forholdet mellom gjentakelse, endring og målrettet historisk bevegelse.</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Men ordet </w:t>
      </w:r>
      <w:r>
        <w:rPr>
          <w:b/>
          <w:i w:val="0"/>
          <w:rFonts w:ascii="Calibri" w:hAnsi="Calibri" w:eastAsia="Calibri" w:cs="Calibri"/>
          <w:sz w:val="21"/>
          <w:szCs w:val="21"/>
          <w:color w:val="202124"/>
        </w:rPr>
        <w:t>teleologi</w:t>
      </w:r>
      <w:r>
        <w:rPr>
          <w:b w:val="0"/>
          <w:i w:val="0"/>
          <w:rFonts w:ascii="Calibri" w:hAnsi="Calibri" w:eastAsia="Calibri" w:cs="Calibri"/>
          <w:sz w:val="21"/>
          <w:szCs w:val="21"/>
          <w:color w:val="202124"/>
        </w:rPr>
        <w:t xml:space="preserve"> skaper problemer nesten umiddelbart.</w:t>
      </w:r>
    </w:p>
    <w:p>
      <w:pPr>
        <w:spacing w:before="0" w:after="100" w:line="278" w:lineRule="auto"/>
        <w:keepNext w:val="0"/>
        <w:keepLines w:val="0"/>
        <w:widowControl w:val="1"/>
      </w:pPr>
      <w:r>
        <w:rPr>
          <w:b w:val="0"/>
          <w:i w:val="0"/>
          <w:rFonts w:ascii="Calibri" w:hAnsi="Calibri" w:eastAsia="Calibri" w:cs="Calibri"/>
          <w:sz w:val="21"/>
          <w:szCs w:val="21"/>
          <w:color w:val="202124"/>
        </w:rPr>
        <w:t>For hvem sin teleologi?</w:t>
      </w:r>
    </w:p>
    <w:p>
      <w:pPr>
        <w:spacing w:before="0" w:after="100" w:line="278" w:lineRule="auto"/>
        <w:keepNext w:val="0"/>
        <w:keepLines w:val="0"/>
        <w:widowControl w:val="1"/>
      </w:pPr>
      <w:r>
        <w:rPr>
          <w:b w:val="0"/>
          <w:i w:val="0"/>
          <w:rFonts w:ascii="Calibri" w:hAnsi="Calibri" w:eastAsia="Calibri" w:cs="Calibri"/>
          <w:sz w:val="21"/>
          <w:szCs w:val="21"/>
          <w:color w:val="202124"/>
        </w:rPr>
        <w:t>En historikers?</w:t>
      </w:r>
    </w:p>
    <w:p>
      <w:pPr>
        <w:spacing w:before="0" w:after="100" w:line="278" w:lineRule="auto"/>
        <w:keepNext w:val="0"/>
        <w:keepLines w:val="0"/>
        <w:widowControl w:val="1"/>
      </w:pPr>
      <w:r>
        <w:rPr>
          <w:b w:val="0"/>
          <w:i w:val="0"/>
          <w:rFonts w:ascii="Calibri" w:hAnsi="Calibri" w:eastAsia="Calibri" w:cs="Calibri"/>
          <w:sz w:val="21"/>
          <w:szCs w:val="21"/>
          <w:color w:val="202124"/>
        </w:rPr>
        <w:t>En tradisjons egen?</w:t>
      </w:r>
    </w:p>
    <w:p>
      <w:pPr>
        <w:spacing w:before="0" w:after="100" w:line="278" w:lineRule="auto"/>
        <w:keepNext w:val="0"/>
        <w:keepLines w:val="0"/>
        <w:widowControl w:val="1"/>
      </w:pPr>
      <w:r>
        <w:rPr>
          <w:b w:val="0"/>
          <w:i w:val="0"/>
          <w:rFonts w:ascii="Calibri" w:hAnsi="Calibri" w:eastAsia="Calibri" w:cs="Calibri"/>
          <w:sz w:val="21"/>
          <w:szCs w:val="21"/>
          <w:color w:val="202124"/>
        </w:rPr>
        <w:t>En stats?</w:t>
      </w:r>
    </w:p>
    <w:p>
      <w:pPr>
        <w:spacing w:before="0" w:after="100" w:line="278" w:lineRule="auto"/>
        <w:keepNext w:val="0"/>
        <w:keepLines w:val="0"/>
        <w:widowControl w:val="1"/>
      </w:pPr>
      <w:r>
        <w:rPr>
          <w:b w:val="0"/>
          <w:i w:val="0"/>
          <w:rFonts w:ascii="Calibri" w:hAnsi="Calibri" w:eastAsia="Calibri" w:cs="Calibri"/>
          <w:sz w:val="21"/>
          <w:szCs w:val="21"/>
          <w:color w:val="202124"/>
        </w:rPr>
        <w:t>En avantgardes?</w:t>
      </w:r>
    </w:p>
    <w:p>
      <w:pPr>
        <w:spacing w:before="0" w:after="100" w:line="278" w:lineRule="auto"/>
        <w:keepNext w:val="0"/>
        <w:keepLines w:val="0"/>
        <w:widowControl w:val="1"/>
      </w:pPr>
      <w:r>
        <w:rPr>
          <w:b w:val="0"/>
          <w:i w:val="0"/>
          <w:rFonts w:ascii="Calibri" w:hAnsi="Calibri" w:eastAsia="Calibri" w:cs="Calibri"/>
          <w:sz w:val="21"/>
          <w:szCs w:val="21"/>
          <w:color w:val="202124"/>
        </w:rPr>
        <w:t>En religions?</w:t>
      </w:r>
    </w:p>
    <w:p>
      <w:pPr>
        <w:spacing w:before="0" w:after="100" w:line="278" w:lineRule="auto"/>
        <w:keepNext w:val="0"/>
        <w:keepLines w:val="0"/>
        <w:widowControl w:val="1"/>
      </w:pPr>
      <w:r>
        <w:rPr>
          <w:b w:val="0"/>
          <w:i w:val="0"/>
          <w:rFonts w:ascii="Calibri" w:hAnsi="Calibri" w:eastAsia="Calibri" w:cs="Calibri"/>
          <w:sz w:val="21"/>
          <w:szCs w:val="21"/>
          <w:color w:val="202124"/>
        </w:rPr>
        <w:t>Et marked?</w:t>
      </w:r>
    </w:p>
    <w:p>
      <w:pPr>
        <w:spacing w:before="0" w:after="100" w:line="278" w:lineRule="auto"/>
        <w:keepNext w:val="0"/>
        <w:keepLines w:val="0"/>
        <w:widowControl w:val="1"/>
      </w:pPr>
      <w:r>
        <w:rPr>
          <w:b w:val="0"/>
          <w:i w:val="0"/>
          <w:rFonts w:ascii="Calibri" w:hAnsi="Calibri" w:eastAsia="Calibri" w:cs="Calibri"/>
          <w:sz w:val="21"/>
          <w:szCs w:val="21"/>
          <w:color w:val="202124"/>
        </w:rPr>
        <w:t>Når vi sier at en tradisjon er teleologisk, må vi være sikre på at vi ikke bare beskriver den med et historiebegrep som allerede kommer fra et annet sted.</w:t>
      </w:r>
    </w:p>
    <w:p>
      <w:pPr>
        <w:spacing w:before="0" w:after="100" w:line="278" w:lineRule="auto"/>
        <w:keepNext w:val="0"/>
        <w:keepLines w:val="0"/>
        <w:widowControl w:val="1"/>
      </w:pPr>
      <w:r>
        <w:rPr>
          <w:b w:val="0"/>
          <w:i w:val="0"/>
          <w:rFonts w:ascii="Calibri" w:hAnsi="Calibri" w:eastAsia="Calibri" w:cs="Calibri"/>
          <w:sz w:val="21"/>
          <w:szCs w:val="21"/>
          <w:color w:val="202124"/>
        </w:rPr>
        <w:t>Og «repetisjon» har samme problem.</w:t>
      </w:r>
    </w:p>
    <w:p>
      <w:pPr>
        <w:spacing w:before="0" w:after="100" w:line="278" w:lineRule="auto"/>
        <w:keepNext w:val="0"/>
        <w:keepLines w:val="0"/>
        <w:widowControl w:val="1"/>
      </w:pPr>
      <w:r>
        <w:rPr>
          <w:b w:val="0"/>
          <w:i w:val="0"/>
          <w:rFonts w:ascii="Calibri" w:hAnsi="Calibri" w:eastAsia="Calibri" w:cs="Calibri"/>
          <w:sz w:val="21"/>
          <w:szCs w:val="21"/>
          <w:color w:val="202124"/>
        </w:rPr>
        <w:t>Repetisjon er et ord som lett blir brukt utenfra om praksiser der deltakerne selv hører intern forskjell med ekstrem presisjon.</w:t>
      </w:r>
    </w:p>
    <w:p>
      <w:pPr>
        <w:spacing w:before="0" w:after="100" w:line="278" w:lineRule="auto"/>
        <w:keepNext w:val="0"/>
        <w:keepLines w:val="0"/>
        <w:widowControl w:val="1"/>
      </w:pPr>
      <w:r>
        <w:rPr>
          <w:b w:val="0"/>
          <w:i w:val="0"/>
          <w:rFonts w:ascii="Calibri" w:hAnsi="Calibri" w:eastAsia="Calibri" w:cs="Calibri"/>
          <w:sz w:val="21"/>
          <w:szCs w:val="21"/>
          <w:color w:val="202124"/>
        </w:rPr>
        <w:t>Det en outsider kaller «det samme igjen» kan for den kompetente lytteren være:</w:t>
      </w:r>
    </w:p>
    <w:p>
      <w:pPr>
        <w:spacing w:before="0" w:after="100" w:line="278" w:lineRule="auto"/>
        <w:keepNext w:val="0"/>
        <w:keepLines w:val="0"/>
        <w:widowControl w:val="1"/>
      </w:pPr>
      <w:r>
        <w:rPr>
          <w:b w:val="0"/>
          <w:i w:val="0"/>
          <w:rFonts w:ascii="Calibri" w:hAnsi="Calibri" w:eastAsia="Calibri" w:cs="Calibri"/>
          <w:sz w:val="21"/>
          <w:szCs w:val="21"/>
          <w:color w:val="202124"/>
        </w:rPr>
        <w:t>mikrovariasjon,</w:t>
      </w:r>
    </w:p>
    <w:p>
      <w:pPr>
        <w:spacing w:before="0" w:after="100" w:line="278" w:lineRule="auto"/>
        <w:keepNext w:val="0"/>
        <w:keepLines w:val="0"/>
        <w:widowControl w:val="1"/>
      </w:pPr>
      <w:r>
        <w:rPr>
          <w:b w:val="0"/>
          <w:i w:val="0"/>
          <w:rFonts w:ascii="Calibri" w:hAnsi="Calibri" w:eastAsia="Calibri" w:cs="Calibri"/>
          <w:sz w:val="21"/>
          <w:szCs w:val="21"/>
          <w:color w:val="202124"/>
        </w:rPr>
        <w:t>rituell presisjon,</w:t>
      </w:r>
    </w:p>
    <w:p>
      <w:pPr>
        <w:spacing w:before="0" w:after="100" w:line="278" w:lineRule="auto"/>
        <w:keepNext w:val="0"/>
        <w:keepLines w:val="0"/>
        <w:widowControl w:val="1"/>
      </w:pPr>
      <w:r>
        <w:rPr>
          <w:b w:val="0"/>
          <w:i w:val="0"/>
          <w:rFonts w:ascii="Calibri" w:hAnsi="Calibri" w:eastAsia="Calibri" w:cs="Calibri"/>
          <w:sz w:val="21"/>
          <w:szCs w:val="21"/>
          <w:color w:val="202124"/>
        </w:rPr>
        <w:t>fortolkning,</w:t>
      </w:r>
    </w:p>
    <w:p>
      <w:pPr>
        <w:spacing w:before="0" w:after="100" w:line="278" w:lineRule="auto"/>
        <w:keepNext w:val="0"/>
        <w:keepLines w:val="0"/>
        <w:widowControl w:val="1"/>
      </w:pPr>
      <w:r>
        <w:rPr>
          <w:b w:val="0"/>
          <w:i w:val="0"/>
          <w:rFonts w:ascii="Calibri" w:hAnsi="Calibri" w:eastAsia="Calibri" w:cs="Calibri"/>
          <w:sz w:val="21"/>
          <w:szCs w:val="21"/>
          <w:color w:val="202124"/>
        </w:rPr>
        <w:t>stilistisk ansvar,</w:t>
      </w:r>
    </w:p>
    <w:p>
      <w:pPr>
        <w:spacing w:before="0" w:after="100" w:line="278" w:lineRule="auto"/>
        <w:keepNext w:val="0"/>
        <w:keepLines w:val="0"/>
        <w:widowControl w:val="1"/>
      </w:pPr>
      <w:r>
        <w:rPr>
          <w:b w:val="0"/>
          <w:i w:val="0"/>
          <w:rFonts w:ascii="Calibri" w:hAnsi="Calibri" w:eastAsia="Calibri" w:cs="Calibri"/>
          <w:sz w:val="21"/>
          <w:szCs w:val="21"/>
          <w:color w:val="202124"/>
        </w:rPr>
        <w:t>forhandling med tradisjon,</w:t>
      </w:r>
    </w:p>
    <w:p>
      <w:pPr>
        <w:spacing w:before="0" w:after="100" w:line="278" w:lineRule="auto"/>
        <w:keepNext w:val="0"/>
        <w:keepLines w:val="0"/>
        <w:widowControl w:val="1"/>
      </w:pPr>
      <w:r>
        <w:rPr>
          <w:b w:val="0"/>
          <w:i w:val="0"/>
          <w:rFonts w:ascii="Calibri" w:hAnsi="Calibri" w:eastAsia="Calibri" w:cs="Calibri"/>
          <w:sz w:val="21"/>
          <w:szCs w:val="21"/>
          <w:color w:val="202124"/>
        </w:rPr>
        <w:t>forfining.</w:t>
      </w:r>
    </w:p>
    <w:p>
      <w:pPr>
        <w:spacing w:before="0" w:after="100" w:line="278" w:lineRule="auto"/>
        <w:keepNext w:val="0"/>
        <w:keepLines w:val="0"/>
        <w:widowControl w:val="1"/>
      </w:pPr>
      <w:r>
        <w:rPr>
          <w:b w:val="0"/>
          <w:i w:val="0"/>
          <w:rFonts w:ascii="Calibri" w:hAnsi="Calibri" w:eastAsia="Calibri" w:cs="Calibri"/>
          <w:sz w:val="21"/>
          <w:szCs w:val="21"/>
          <w:color w:val="202124"/>
        </w:rPr>
        <w:t>Så kanskje:</w:t>
      </w:r>
    </w:p>
    <w:p>
      <w:pPr>
        <w:spacing w:before="0" w:after="100" w:line="278" w:lineRule="auto"/>
        <w:keepNext w:val="0"/>
        <w:keepLines w:val="0"/>
        <w:widowControl w:val="1"/>
      </w:pPr>
      <w:r>
        <w:rPr>
          <w:b/>
          <w:i w:val="0"/>
          <w:rFonts w:ascii="Calibri" w:hAnsi="Calibri" w:eastAsia="Calibri" w:cs="Calibri"/>
          <w:sz w:val="21"/>
          <w:szCs w:val="21"/>
          <w:color w:val="202124"/>
        </w:rPr>
        <w:t>REPETITION_IS_LISTENER_RELATIVE</w:t>
      </w:r>
    </w:p>
    <w:p>
      <w:pPr>
        <w:spacing w:before="0" w:after="100" w:line="278" w:lineRule="auto"/>
        <w:keepNext w:val="0"/>
        <w:keepLines w:val="0"/>
        <w:widowControl w:val="1"/>
      </w:pPr>
      <w:r>
        <w:rPr>
          <w:b w:val="0"/>
          <w:i w:val="0"/>
          <w:rFonts w:ascii="Calibri" w:hAnsi="Calibri" w:eastAsia="Calibri" w:cs="Calibri"/>
          <w:sz w:val="21"/>
          <w:szCs w:val="21"/>
          <w:color w:val="202124"/>
        </w:rPr>
        <w:t>Ikke fullt ut, selvfølgelig.</w:t>
      </w:r>
    </w:p>
    <w:p>
      <w:pPr>
        <w:spacing w:before="0" w:after="100" w:line="278" w:lineRule="auto"/>
        <w:keepNext w:val="0"/>
        <w:keepLines w:val="0"/>
        <w:widowControl w:val="1"/>
      </w:pPr>
      <w:r>
        <w:rPr>
          <w:b w:val="0"/>
          <w:i w:val="0"/>
          <w:rFonts w:ascii="Calibri" w:hAnsi="Calibri" w:eastAsia="Calibri" w:cs="Calibri"/>
          <w:sz w:val="21"/>
          <w:szCs w:val="21"/>
          <w:color w:val="202124"/>
        </w:rPr>
        <w:t>Men nok til at kategorien krever forsiktighet.</w:t>
      </w:r>
    </w:p>
    <w:p>
      <w:pPr>
        <w:spacing w:before="0" w:after="100" w:line="278" w:lineRule="auto"/>
        <w:keepNext w:val="0"/>
        <w:keepLines w:val="0"/>
        <w:widowControl w:val="1"/>
      </w:pPr>
      <w:r>
        <w:rPr>
          <w:b w:val="0"/>
          <w:i w:val="0"/>
          <w:rFonts w:ascii="Calibri" w:hAnsi="Calibri" w:eastAsia="Calibri" w:cs="Calibri"/>
          <w:sz w:val="21"/>
          <w:szCs w:val="21"/>
          <w:color w:val="202124"/>
        </w:rPr>
        <w:t>Jeg vil derfor utfordre deg på om denne aksen egentlig er så mye mer nøytral enn øst/vest.</w:t>
      </w:r>
    </w:p>
    <w:p>
      <w:pPr>
        <w:spacing w:before="0" w:after="100" w:line="278" w:lineRule="auto"/>
        <w:keepNext w:val="0"/>
        <w:keepLines w:val="0"/>
        <w:widowControl w:val="1"/>
      </w:pPr>
      <w:r>
        <w:rPr>
          <w:b w:val="0"/>
          <w:i w:val="0"/>
          <w:rFonts w:ascii="Calibri" w:hAnsi="Calibri" w:eastAsia="Calibri" w:cs="Calibri"/>
          <w:sz w:val="21"/>
          <w:szCs w:val="21"/>
          <w:color w:val="202124"/>
        </w:rPr>
        <w:t>Den kan være bedre.</w:t>
      </w:r>
    </w:p>
    <w:p>
      <w:pPr>
        <w:spacing w:before="0" w:after="100" w:line="278" w:lineRule="auto"/>
        <w:keepNext w:val="0"/>
        <w:keepLines w:val="0"/>
        <w:widowControl w:val="1"/>
      </w:pPr>
      <w:r>
        <w:rPr>
          <w:b w:val="0"/>
          <w:i w:val="0"/>
          <w:rFonts w:ascii="Calibri" w:hAnsi="Calibri" w:eastAsia="Calibri" w:cs="Calibri"/>
          <w:sz w:val="21"/>
          <w:szCs w:val="21"/>
          <w:color w:val="202124"/>
        </w:rPr>
        <w:t>Men den kan også bli en sofistikert ny måte å si:</w:t>
      </w:r>
    </w:p>
    <w:p>
      <w:pPr>
        <w:spacing w:before="0" w:after="100" w:line="278" w:lineRule="auto"/>
        <w:keepNext w:val="0"/>
        <w:keepLines w:val="0"/>
        <w:widowControl w:val="1"/>
      </w:pPr>
      <w:r>
        <w:rPr>
          <w:b w:val="0"/>
          <w:i w:val="0"/>
          <w:rFonts w:ascii="Calibri" w:hAnsi="Calibri" w:eastAsia="Calibri" w:cs="Calibri"/>
          <w:sz w:val="21"/>
          <w:szCs w:val="21"/>
          <w:color w:val="202124"/>
        </w:rPr>
        <w:t>«Noen tradisjoner beveger seg framover, andre arbeider i sirkler.»</w:t>
      </w:r>
    </w:p>
    <w:p>
      <w:pPr>
        <w:spacing w:before="0" w:after="100" w:line="278" w:lineRule="auto"/>
        <w:keepNext w:val="0"/>
        <w:keepLines w:val="0"/>
        <w:widowControl w:val="1"/>
      </w:pPr>
      <w:r>
        <w:rPr>
          <w:b w:val="0"/>
          <w:i w:val="0"/>
          <w:rFonts w:ascii="Calibri" w:hAnsi="Calibri" w:eastAsia="Calibri" w:cs="Calibri"/>
          <w:sz w:val="21"/>
          <w:szCs w:val="21"/>
          <w:color w:val="202124"/>
        </w:rPr>
        <w:t>Og der står hele den gamle utviklingsideologien plutselig i bakrommet og smiler.</w:t>
      </w:r>
    </w:p>
    <w:p>
      <w:pPr>
        <w:spacing w:before="0" w:after="100" w:line="278" w:lineRule="auto"/>
        <w:keepNext w:val="0"/>
        <w:keepLines w:val="0"/>
        <w:widowControl w:val="1"/>
      </w:pP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Jeg tror kanskje en bedre global sammenligningsakse er:</w:t>
      </w:r>
    </w:p>
    <w:p>
      <w:pPr>
        <w:spacing w:before="0" w:after="100" w:line="278" w:lineRule="auto"/>
        <w:keepNext w:val="0"/>
        <w:keepLines w:val="0"/>
        <w:widowControl w:val="1"/>
      </w:pPr>
      <w:r>
        <w:rPr>
          <w:b/>
          <w:i w:val="0"/>
          <w:rFonts w:ascii="Calibri" w:hAnsi="Calibri" w:eastAsia="Calibri" w:cs="Calibri"/>
          <w:sz w:val="21"/>
          <w:szCs w:val="21"/>
          <w:color w:val="202124"/>
        </w:rPr>
        <w:t>HOW IS DIFFERENCE MADE LEGITIMATE?</w:t>
      </w:r>
    </w:p>
    <w:p>
      <w:pPr>
        <w:spacing w:before="0" w:after="100" w:line="278" w:lineRule="auto"/>
        <w:keepNext w:val="0"/>
        <w:keepLines w:val="0"/>
        <w:widowControl w:val="1"/>
      </w:pPr>
      <w:r>
        <w:rPr>
          <w:b w:val="0"/>
          <w:i w:val="0"/>
          <w:rFonts w:ascii="Calibri" w:hAnsi="Calibri" w:eastAsia="Calibri" w:cs="Calibri"/>
          <w:sz w:val="21"/>
          <w:szCs w:val="21"/>
          <w:color w:val="202124"/>
        </w:rPr>
        <w:t>Det spørsmålet er smalere og mindre metafysisk.</w:t>
      </w:r>
    </w:p>
    <w:p>
      <w:pPr>
        <w:spacing w:before="0" w:after="100" w:line="278" w:lineRule="auto"/>
        <w:keepNext w:val="0"/>
        <w:keepLines w:val="0"/>
        <w:widowControl w:val="1"/>
      </w:pPr>
      <w:r>
        <w:rPr>
          <w:b w:val="0"/>
          <w:i w:val="0"/>
          <w:rFonts w:ascii="Calibri" w:hAnsi="Calibri" w:eastAsia="Calibri" w:cs="Calibri"/>
          <w:sz w:val="21"/>
          <w:szCs w:val="21"/>
          <w:color w:val="202124"/>
        </w:rPr>
        <w:t>Når får en endring lov til å være «samme tradisjon»?</w:t>
      </w:r>
    </w:p>
    <w:p>
      <w:pPr>
        <w:spacing w:before="0" w:after="100" w:line="278" w:lineRule="auto"/>
        <w:keepNext w:val="0"/>
        <w:keepLines w:val="0"/>
        <w:widowControl w:val="1"/>
      </w:pPr>
      <w:r>
        <w:rPr>
          <w:b w:val="0"/>
          <w:i w:val="0"/>
          <w:rFonts w:ascii="Calibri" w:hAnsi="Calibri" w:eastAsia="Calibri" w:cs="Calibri"/>
          <w:sz w:val="21"/>
          <w:szCs w:val="21"/>
          <w:color w:val="202124"/>
        </w:rPr>
        <w:t>Når blir den brudd?</w:t>
      </w:r>
    </w:p>
    <w:p>
      <w:pPr>
        <w:spacing w:before="0" w:after="100" w:line="278" w:lineRule="auto"/>
        <w:keepNext w:val="0"/>
        <w:keepLines w:val="0"/>
        <w:widowControl w:val="1"/>
      </w:pPr>
      <w:r>
        <w:rPr>
          <w:b w:val="0"/>
          <w:i w:val="0"/>
          <w:rFonts w:ascii="Calibri" w:hAnsi="Calibri" w:eastAsia="Calibri" w:cs="Calibri"/>
          <w:sz w:val="21"/>
          <w:szCs w:val="21"/>
          <w:color w:val="202124"/>
        </w:rPr>
        <w:t>Hvem avgjør?</w:t>
      </w:r>
    </w:p>
    <w:p>
      <w:pPr>
        <w:spacing w:before="0" w:after="100" w:line="278" w:lineRule="auto"/>
        <w:keepNext w:val="0"/>
        <w:keepLines w:val="0"/>
        <w:widowControl w:val="1"/>
      </w:pPr>
      <w:r>
        <w:rPr>
          <w:b w:val="0"/>
          <w:i w:val="0"/>
          <w:rFonts w:ascii="Calibri" w:hAnsi="Calibri" w:eastAsia="Calibri" w:cs="Calibri"/>
          <w:sz w:val="21"/>
          <w:szCs w:val="21"/>
          <w:color w:val="202124"/>
        </w:rPr>
        <w:t>Hva må bevares?</w:t>
      </w:r>
    </w:p>
    <w:p>
      <w:pPr>
        <w:spacing w:before="0" w:after="100" w:line="278" w:lineRule="auto"/>
        <w:keepNext w:val="0"/>
        <w:keepLines w:val="0"/>
        <w:widowControl w:val="1"/>
      </w:pPr>
      <w:r>
        <w:rPr>
          <w:b w:val="0"/>
          <w:i w:val="0"/>
          <w:rFonts w:ascii="Calibri" w:hAnsi="Calibri" w:eastAsia="Calibri" w:cs="Calibri"/>
          <w:sz w:val="21"/>
          <w:szCs w:val="21"/>
          <w:color w:val="202124"/>
        </w:rPr>
        <w:t>Hva kan endres?</w:t>
      </w:r>
    </w:p>
    <w:p>
      <w:pPr>
        <w:spacing w:before="0" w:after="100" w:line="278" w:lineRule="auto"/>
        <w:keepNext w:val="0"/>
        <w:keepLines w:val="0"/>
        <w:widowControl w:val="1"/>
      </w:pPr>
      <w:r>
        <w:rPr>
          <w:b w:val="0"/>
          <w:i w:val="0"/>
          <w:rFonts w:ascii="Calibri" w:hAnsi="Calibri" w:eastAsia="Calibri" w:cs="Calibri"/>
          <w:sz w:val="21"/>
          <w:szCs w:val="21"/>
          <w:color w:val="202124"/>
        </w:rPr>
        <w:t>Her får du repetisjon, innovasjon og teleologi inn igjen, men uten at én av dem blir hovedmålestokken.</w:t>
      </w: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3. «Lydopptaket er kanskje et større ontologisk brudd enn tonalitet–atonalitet.»</w:t>
      </w:r>
    </w:p>
    <w:p>
      <w:pPr>
        <w:spacing w:before="0" w:after="100" w:line="278" w:lineRule="auto"/>
        <w:keepNext w:val="0"/>
        <w:keepLines w:val="0"/>
        <w:widowControl w:val="1"/>
      </w:pPr>
      <w:r>
        <w:rPr>
          <w:b w:val="0"/>
          <w:i w:val="0"/>
          <w:rFonts w:ascii="Calibri" w:hAnsi="Calibri" w:eastAsia="Calibri" w:cs="Calibri"/>
          <w:sz w:val="21"/>
          <w:szCs w:val="21"/>
          <w:color w:val="202124"/>
        </w:rPr>
        <w:t>Her er jeg nesten enig med deg, og derfor vil jeg presse deg ekstra hardt.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Jeg synes setningen er plausibel </w:t>
      </w:r>
      <w:r>
        <w:rPr>
          <w:b/>
          <w:i w:val="0"/>
          <w:rFonts w:ascii="Calibri" w:hAnsi="Calibri" w:eastAsia="Calibri" w:cs="Calibri"/>
          <w:sz w:val="21"/>
          <w:szCs w:val="21"/>
          <w:color w:val="202124"/>
        </w:rPr>
        <w:t>hvis</w:t>
      </w:r>
      <w:r>
        <w:rPr>
          <w:b w:val="0"/>
          <w:i w:val="0"/>
          <w:rFonts w:ascii="Calibri" w:hAnsi="Calibri" w:eastAsia="Calibri" w:cs="Calibri"/>
          <w:sz w:val="21"/>
          <w:szCs w:val="21"/>
          <w:color w:val="202124"/>
        </w:rPr>
        <w:t xml:space="preserve"> du snakker om musikkens ontologiske status som historisk objekt.</w:t>
      </w:r>
    </w:p>
    <w:p>
      <w:pPr>
        <w:spacing w:before="0" w:after="100" w:line="278" w:lineRule="auto"/>
        <w:keepNext w:val="0"/>
        <w:keepLines w:val="0"/>
        <w:widowControl w:val="1"/>
      </w:pPr>
      <w:r>
        <w:rPr>
          <w:b w:val="0"/>
          <w:i w:val="0"/>
          <w:rFonts w:ascii="Calibri" w:hAnsi="Calibri" w:eastAsia="Calibri" w:cs="Calibri"/>
          <w:sz w:val="21"/>
          <w:szCs w:val="21"/>
          <w:color w:val="202124"/>
        </w:rPr>
        <w:t>Opptaket gjør noe radikalt:</w:t>
      </w:r>
    </w:p>
    <w:p>
      <w:pPr>
        <w:spacing w:before="0" w:after="100" w:line="278" w:lineRule="auto"/>
        <w:keepNext w:val="0"/>
        <w:keepLines w:val="0"/>
        <w:widowControl w:val="1"/>
      </w:pPr>
      <w:r>
        <w:rPr>
          <w:b w:val="0"/>
          <w:i w:val="0"/>
          <w:rFonts w:ascii="Calibri" w:hAnsi="Calibri" w:eastAsia="Calibri" w:cs="Calibri"/>
          <w:sz w:val="21"/>
          <w:szCs w:val="21"/>
          <w:color w:val="202124"/>
        </w:rPr>
        <w:t>Det separerer lydhendelsen fra øyeblikket.</w:t>
      </w:r>
    </w:p>
    <w:p>
      <w:pPr>
        <w:spacing w:before="0" w:after="100" w:line="278" w:lineRule="auto"/>
        <w:keepNext w:val="0"/>
        <w:keepLines w:val="0"/>
        <w:widowControl w:val="1"/>
      </w:pPr>
      <w:r>
        <w:rPr>
          <w:b w:val="0"/>
          <w:i w:val="0"/>
          <w:rFonts w:ascii="Calibri" w:hAnsi="Calibri" w:eastAsia="Calibri" w:cs="Calibri"/>
          <w:sz w:val="21"/>
          <w:szCs w:val="21"/>
          <w:color w:val="202124"/>
        </w:rPr>
        <w:t>Det gjør en spesifikk klingende realisering repeterbar.</w:t>
      </w:r>
    </w:p>
    <w:p>
      <w:pPr>
        <w:spacing w:before="0" w:after="100" w:line="278" w:lineRule="auto"/>
        <w:keepNext w:val="0"/>
        <w:keepLines w:val="0"/>
        <w:widowControl w:val="1"/>
      </w:pPr>
      <w:r>
        <w:rPr>
          <w:b w:val="0"/>
          <w:i w:val="0"/>
          <w:rFonts w:ascii="Calibri" w:hAnsi="Calibri" w:eastAsia="Calibri" w:cs="Calibri"/>
          <w:sz w:val="21"/>
          <w:szCs w:val="21"/>
          <w:color w:val="202124"/>
        </w:rPr>
        <w:t>Det gjør fremføringen distribuerbar uten utøveren.</w:t>
      </w:r>
    </w:p>
    <w:p>
      <w:pPr>
        <w:spacing w:before="0" w:after="100" w:line="278" w:lineRule="auto"/>
        <w:keepNext w:val="0"/>
        <w:keepLines w:val="0"/>
        <w:widowControl w:val="1"/>
      </w:pPr>
      <w:r>
        <w:rPr>
          <w:b w:val="0"/>
          <w:i w:val="0"/>
          <w:rFonts w:ascii="Calibri" w:hAnsi="Calibri" w:eastAsia="Calibri" w:cs="Calibri"/>
          <w:sz w:val="21"/>
          <w:szCs w:val="21"/>
          <w:color w:val="202124"/>
        </w:rPr>
        <w:t>Det muliggjør studioverk som aldri har eksistert som én sammenhengende livehendelse.</w:t>
      </w:r>
    </w:p>
    <w:p>
      <w:pPr>
        <w:spacing w:before="0" w:after="100" w:line="278" w:lineRule="auto"/>
        <w:keepNext w:val="0"/>
        <w:keepLines w:val="0"/>
        <w:widowControl w:val="1"/>
      </w:pPr>
      <w:r>
        <w:rPr>
          <w:b w:val="0"/>
          <w:i w:val="0"/>
          <w:rFonts w:ascii="Calibri" w:hAnsi="Calibri" w:eastAsia="Calibri" w:cs="Calibri"/>
          <w:sz w:val="21"/>
          <w:szCs w:val="21"/>
          <w:color w:val="202124"/>
        </w:rPr>
        <w:t>Det gjør produksjon og redigering til kompositoriske operasjoner.</w:t>
      </w:r>
    </w:p>
    <w:p>
      <w:pPr>
        <w:spacing w:before="0" w:after="100" w:line="278" w:lineRule="auto"/>
        <w:keepNext w:val="0"/>
        <w:keepLines w:val="0"/>
        <w:widowControl w:val="1"/>
      </w:pPr>
      <w:r>
        <w:rPr>
          <w:b w:val="0"/>
          <w:i w:val="0"/>
          <w:rFonts w:ascii="Calibri" w:hAnsi="Calibri" w:eastAsia="Calibri" w:cs="Calibri"/>
          <w:sz w:val="21"/>
          <w:szCs w:val="21"/>
          <w:color w:val="202124"/>
        </w:rPr>
        <w:t>Det endrer hukommelse.</w:t>
      </w:r>
    </w:p>
    <w:p>
      <w:pPr>
        <w:spacing w:before="0" w:after="100" w:line="278" w:lineRule="auto"/>
        <w:keepNext w:val="0"/>
        <w:keepLines w:val="0"/>
        <w:widowControl w:val="1"/>
      </w:pPr>
      <w:r>
        <w:rPr>
          <w:b w:val="0"/>
          <w:i w:val="0"/>
          <w:rFonts w:ascii="Calibri" w:hAnsi="Calibri" w:eastAsia="Calibri" w:cs="Calibri"/>
          <w:sz w:val="21"/>
          <w:szCs w:val="21"/>
          <w:color w:val="202124"/>
        </w:rPr>
        <w:t>Det endrer autoritet.</w:t>
      </w:r>
    </w:p>
    <w:p>
      <w:pPr>
        <w:spacing w:before="0" w:after="100" w:line="278" w:lineRule="auto"/>
        <w:keepNext w:val="0"/>
        <w:keepLines w:val="0"/>
        <w:widowControl w:val="1"/>
      </w:pPr>
      <w:r>
        <w:rPr>
          <w:b w:val="0"/>
          <w:i w:val="0"/>
          <w:rFonts w:ascii="Calibri" w:hAnsi="Calibri" w:eastAsia="Calibri" w:cs="Calibri"/>
          <w:sz w:val="21"/>
          <w:szCs w:val="21"/>
          <w:color w:val="202124"/>
        </w:rPr>
        <w:t>Det gjør det mulig å høre de døde.</w:t>
      </w:r>
    </w:p>
    <w:p>
      <w:pPr>
        <w:spacing w:before="0" w:after="100" w:line="278" w:lineRule="auto"/>
        <w:keepNext w:val="0"/>
        <w:keepLines w:val="0"/>
        <w:widowControl w:val="1"/>
      </w:pPr>
      <w:r>
        <w:rPr>
          <w:b w:val="0"/>
          <w:i w:val="0"/>
          <w:rFonts w:ascii="Calibri" w:hAnsi="Calibri" w:eastAsia="Calibri" w:cs="Calibri"/>
          <w:sz w:val="21"/>
          <w:szCs w:val="21"/>
          <w:color w:val="202124"/>
        </w:rPr>
        <w:t>Ja.</w:t>
      </w:r>
    </w:p>
    <w:p>
      <w:pPr>
        <w:spacing w:before="0" w:after="100" w:line="278" w:lineRule="auto"/>
        <w:keepNext w:val="0"/>
        <w:keepLines w:val="0"/>
        <w:widowControl w:val="1"/>
      </w:pPr>
      <w:r>
        <w:rPr>
          <w:b w:val="0"/>
          <w:i w:val="0"/>
          <w:rFonts w:ascii="Calibri" w:hAnsi="Calibri" w:eastAsia="Calibri" w:cs="Calibri"/>
          <w:sz w:val="21"/>
          <w:szCs w:val="21"/>
          <w:color w:val="202124"/>
        </w:rPr>
        <w:t>Men jeg ville ikke formulert dette som en enkel konkurranse mellom to «brudd».</w:t>
      </w:r>
    </w:p>
    <w:p>
      <w:pPr>
        <w:spacing w:before="0" w:after="100" w:line="278" w:lineRule="auto"/>
        <w:keepNext w:val="0"/>
        <w:keepLines w:val="0"/>
        <w:widowControl w:val="1"/>
      </w:pPr>
      <w:r>
        <w:rPr>
          <w:b w:val="0"/>
          <w:i w:val="0"/>
          <w:rFonts w:ascii="Calibri" w:hAnsi="Calibri" w:eastAsia="Calibri" w:cs="Calibri"/>
          <w:sz w:val="21"/>
          <w:szCs w:val="21"/>
          <w:color w:val="202124"/>
        </w:rPr>
        <w:t>Tonalitet–atonalitet og opptak opererer på forskjellige nivåer.</w:t>
      </w:r>
    </w:p>
    <w:p>
      <w:pPr>
        <w:spacing w:before="0" w:after="100" w:line="278" w:lineRule="auto"/>
        <w:keepNext w:val="0"/>
        <w:keepLines w:val="0"/>
        <w:widowControl w:val="1"/>
      </w:pPr>
      <w:r>
        <w:rPr>
          <w:b w:val="0"/>
          <w:i w:val="0"/>
          <w:rFonts w:ascii="Calibri" w:hAnsi="Calibri" w:eastAsia="Calibri" w:cs="Calibri"/>
          <w:sz w:val="21"/>
          <w:szCs w:val="21"/>
          <w:color w:val="202124"/>
        </w:rPr>
        <w:t>Den ene er en omorganisering av musikalsk materiale og forventningssystemer innen bestemte tradisjoner.</w:t>
      </w:r>
    </w:p>
    <w:p>
      <w:pPr>
        <w:spacing w:before="0" w:after="100" w:line="278" w:lineRule="auto"/>
        <w:keepNext w:val="0"/>
        <w:keepLines w:val="0"/>
        <w:widowControl w:val="1"/>
      </w:pPr>
      <w:r>
        <w:rPr>
          <w:b w:val="0"/>
          <w:i w:val="0"/>
          <w:rFonts w:ascii="Calibri" w:hAnsi="Calibri" w:eastAsia="Calibri" w:cs="Calibri"/>
          <w:sz w:val="21"/>
          <w:szCs w:val="21"/>
          <w:color w:val="202124"/>
        </w:rPr>
        <w:t>Den andre er et mediehistorisk skifte som omformer selve relasjonen mellom hendelse, objekt, reproduksjon og lytter.</w:t>
      </w:r>
    </w:p>
    <w:p>
      <w:pPr>
        <w:spacing w:before="0" w:after="100" w:line="278" w:lineRule="auto"/>
        <w:keepNext w:val="0"/>
        <w:keepLines w:val="0"/>
        <w:widowControl w:val="1"/>
      </w:pPr>
      <w:r>
        <w:rPr>
          <w:b w:val="0"/>
          <w:i w:val="0"/>
          <w:rFonts w:ascii="Calibri" w:hAnsi="Calibri" w:eastAsia="Calibri" w:cs="Calibri"/>
          <w:sz w:val="21"/>
          <w:szCs w:val="21"/>
          <w:color w:val="202124"/>
        </w:rPr>
        <w:t>Så hvis du spør:</w:t>
      </w:r>
    </w:p>
    <w:p>
      <w:pPr>
        <w:spacing w:before="0" w:after="100" w:line="278" w:lineRule="auto"/>
        <w:keepNext w:val="0"/>
        <w:keepLines w:val="0"/>
        <w:widowControl w:val="1"/>
      </w:pPr>
      <w:r>
        <w:rPr>
          <w:b/>
          <w:i w:val="0"/>
          <w:rFonts w:ascii="Calibri" w:hAnsi="Calibri" w:eastAsia="Calibri" w:cs="Calibri"/>
          <w:sz w:val="21"/>
          <w:szCs w:val="21"/>
          <w:color w:val="202124"/>
        </w:rPr>
        <w:t>WHICH IS THE GREATER ONTOLOGICAL BREAK?</w:t>
      </w:r>
    </w:p>
    <w:p>
      <w:pPr>
        <w:spacing w:before="0" w:after="100" w:line="278" w:lineRule="auto"/>
        <w:keepNext w:val="0"/>
        <w:keepLines w:val="0"/>
        <w:widowControl w:val="1"/>
      </w:pPr>
      <w:r>
        <w:rPr>
          <w:b w:val="0"/>
          <w:i w:val="0"/>
          <w:rFonts w:ascii="Calibri" w:hAnsi="Calibri" w:eastAsia="Calibri" w:cs="Calibri"/>
          <w:sz w:val="21"/>
          <w:szCs w:val="21"/>
          <w:color w:val="202124"/>
        </w:rPr>
        <w:t>har opptaket nesten vunnet på forhånd fordi begrepet «ontologisk» favoriserer den typen endring opptaket gjør.</w:t>
      </w:r>
    </w:p>
    <w:p>
      <w:pPr>
        <w:spacing w:before="0" w:after="100" w:line="278" w:lineRule="auto"/>
        <w:keepNext w:val="0"/>
        <w:keepLines w:val="0"/>
        <w:widowControl w:val="1"/>
      </w:pPr>
      <w:r>
        <w:rPr>
          <w:b w:val="0"/>
          <w:i w:val="0"/>
          <w:rFonts w:ascii="Calibri" w:hAnsi="Calibri" w:eastAsia="Calibri" w:cs="Calibri"/>
          <w:sz w:val="21"/>
          <w:szCs w:val="21"/>
          <w:color w:val="202124"/>
        </w:rPr>
        <w:t>Det kan være en kategori-felle.</w:t>
      </w:r>
    </w:p>
    <w:p>
      <w:pPr>
        <w:spacing w:before="0" w:after="100" w:line="278" w:lineRule="auto"/>
        <w:keepNext w:val="0"/>
        <w:keepLines w:val="0"/>
        <w:widowControl w:val="1"/>
      </w:pPr>
      <w:r>
        <w:rPr>
          <w:b w:val="0"/>
          <w:i w:val="0"/>
          <w:rFonts w:ascii="Calibri" w:hAnsi="Calibri" w:eastAsia="Calibri" w:cs="Calibri"/>
          <w:sz w:val="21"/>
          <w:szCs w:val="21"/>
          <w:color w:val="202124"/>
        </w:rPr>
        <w:t>Litt som å spørre om jernbanen var et større transporthistorisk brudd enn impresjonismen.</w:t>
      </w:r>
    </w:p>
    <w:p>
      <w:pPr>
        <w:spacing w:before="0" w:after="100" w:line="278" w:lineRule="auto"/>
        <w:keepNext w:val="0"/>
        <w:keepLines w:val="0"/>
        <w:widowControl w:val="1"/>
      </w:pPr>
      <w:r>
        <w:rPr>
          <w:b w:val="0"/>
          <w:i w:val="0"/>
          <w:rFonts w:ascii="Calibri" w:hAnsi="Calibri" w:eastAsia="Calibri" w:cs="Calibri"/>
          <w:sz w:val="21"/>
          <w:szCs w:val="21"/>
          <w:color w:val="202124"/>
        </w:rPr>
        <w:t>Ja, sannsynligvis.</w:t>
      </w:r>
    </w:p>
    <w:p>
      <w:pPr>
        <w:spacing w:before="0" w:after="100" w:line="278" w:lineRule="auto"/>
        <w:keepNext w:val="0"/>
        <w:keepLines w:val="0"/>
        <w:widowControl w:val="1"/>
      </w:pPr>
      <w:r>
        <w:rPr>
          <w:b w:val="0"/>
          <w:i w:val="0"/>
          <w:rFonts w:ascii="Calibri" w:hAnsi="Calibri" w:eastAsia="Calibri" w:cs="Calibri"/>
          <w:sz w:val="21"/>
          <w:szCs w:val="21"/>
          <w:color w:val="202124"/>
        </w:rPr>
        <w:t>Men bare fordi vi sammenligner ulike typer endringer.</w:t>
      </w:r>
    </w:p>
    <w:p>
      <w:pPr>
        <w:spacing w:before="0" w:after="100" w:line="278" w:lineRule="auto"/>
        <w:keepNext w:val="0"/>
        <w:keepLines w:val="0"/>
        <w:widowControl w:val="1"/>
      </w:pPr>
      <w:r>
        <w:rPr>
          <w:b w:val="0"/>
          <w:i w:val="0"/>
          <w:rFonts w:ascii="Calibri" w:hAnsi="Calibri" w:eastAsia="Calibri" w:cs="Calibri"/>
          <w:sz w:val="21"/>
          <w:szCs w:val="21"/>
          <w:color w:val="202124"/>
        </w:rPr>
        <w:t>Jeg ville derfor heller si:</w:t>
      </w:r>
    </w:p>
    <w:p>
      <w:pPr>
        <w:spacing w:before="0" w:after="100" w:line="278" w:lineRule="auto"/>
        <w:keepNext w:val="0"/>
        <w:keepLines w:val="0"/>
        <w:widowControl w:val="1"/>
      </w:pPr>
      <w:r>
        <w:rPr>
          <w:b/>
          <w:i w:val="0"/>
          <w:rFonts w:ascii="Calibri" w:hAnsi="Calibri" w:eastAsia="Calibri" w:cs="Calibri"/>
          <w:sz w:val="21"/>
          <w:szCs w:val="21"/>
          <w:color w:val="202124"/>
        </w:rPr>
        <w:t>RECORDING CHANGES WHAT MUSIC CAN BE AS AN OBJECT</w:t>
      </w:r>
    </w:p>
    <w:p>
      <w:pPr>
        <w:spacing w:before="0" w:after="100" w:line="278" w:lineRule="auto"/>
        <w:keepNext w:val="0"/>
        <w:keepLines w:val="0"/>
        <w:widowControl w:val="1"/>
      </w:pPr>
      <w:r>
        <w:rPr>
          <w:b w:val="0"/>
          <w:i w:val="0"/>
          <w:rFonts w:ascii="Calibri" w:hAnsi="Calibri" w:eastAsia="Calibri" w:cs="Calibri"/>
          <w:sz w:val="21"/>
          <w:szCs w:val="21"/>
          <w:color w:val="202124"/>
        </w:rPr>
        <w:t>mens:</w:t>
      </w:r>
    </w:p>
    <w:p>
      <w:pPr>
        <w:spacing w:before="0" w:after="100" w:line="278" w:lineRule="auto"/>
        <w:keepNext w:val="0"/>
        <w:keepLines w:val="0"/>
        <w:widowControl w:val="1"/>
      </w:pPr>
      <w:r>
        <w:rPr>
          <w:b/>
          <w:i w:val="0"/>
          <w:rFonts w:ascii="Calibri" w:hAnsi="Calibri" w:eastAsia="Calibri" w:cs="Calibri"/>
          <w:sz w:val="21"/>
          <w:szCs w:val="21"/>
          <w:color w:val="202124"/>
        </w:rPr>
        <w:t>ATONALITY CHANGES WHAT CERTAIN MUSICAL LANGUAGES CAN DO</w:t>
      </w:r>
    </w:p>
    <w:p>
      <w:pPr>
        <w:spacing w:before="0" w:after="100" w:line="278" w:lineRule="auto"/>
        <w:keepNext w:val="0"/>
        <w:keepLines w:val="0"/>
        <w:widowControl w:val="1"/>
      </w:pPr>
      <w:r>
        <w:rPr>
          <w:b w:val="0"/>
          <w:i w:val="0"/>
          <w:rFonts w:ascii="Calibri" w:hAnsi="Calibri" w:eastAsia="Calibri" w:cs="Calibri"/>
          <w:sz w:val="21"/>
          <w:szCs w:val="21"/>
          <w:color w:val="202124"/>
        </w:rPr>
        <w:t>Begge store.</w:t>
      </w:r>
    </w:p>
    <w:p>
      <w:pPr>
        <w:spacing w:before="0" w:after="100" w:line="278" w:lineRule="auto"/>
        <w:keepNext w:val="0"/>
        <w:keepLines w:val="0"/>
        <w:widowControl w:val="1"/>
      </w:pPr>
      <w:r>
        <w:rPr>
          <w:b w:val="0"/>
          <w:i w:val="0"/>
          <w:rFonts w:ascii="Calibri" w:hAnsi="Calibri" w:eastAsia="Calibri" w:cs="Calibri"/>
          <w:sz w:val="21"/>
          <w:szCs w:val="21"/>
          <w:color w:val="202124"/>
        </w:rPr>
        <w:t>Ikke samme akse.</w:t>
      </w:r>
    </w:p>
    <w:p>
      <w:pPr>
        <w:spacing w:before="0" w:after="100" w:line="278" w:lineRule="auto"/>
        <w:keepNext w:val="0"/>
        <w:keepLines w:val="0"/>
        <w:widowControl w:val="1"/>
      </w:pPr>
      <w:r>
        <w:rPr>
          <w:b w:val="0"/>
          <w:i w:val="0"/>
          <w:rFonts w:ascii="Calibri" w:hAnsi="Calibri" w:eastAsia="Calibri" w:cs="Calibri"/>
          <w:sz w:val="21"/>
          <w:szCs w:val="21"/>
          <w:color w:val="202124"/>
        </w:rPr>
        <w:t>Og det er viktig, fordi historiefortelling ofte blir dårlig nettopp når vi konkurrerer om «største brudd».</w:t>
      </w:r>
    </w:p>
    <w:p>
      <w:pPr>
        <w:spacing w:before="0" w:after="100" w:line="278" w:lineRule="auto"/>
        <w:keepNext w:val="0"/>
        <w:keepLines w:val="0"/>
        <w:widowControl w:val="1"/>
      </w:pPr>
      <w:r>
        <w:rPr>
          <w:b w:val="0"/>
          <w:i w:val="0"/>
          <w:rFonts w:ascii="Calibri" w:hAnsi="Calibri" w:eastAsia="Calibri" w:cs="Calibri"/>
          <w:sz w:val="21"/>
          <w:szCs w:val="21"/>
          <w:color w:val="202124"/>
        </w:rPr>
        <w:t>Historien er ikke en olympiade i ontologisk betydning.</w:t>
      </w: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4. AI kan generere stiler, men ikke uten videre sjangre</w:t>
      </w:r>
    </w:p>
    <w:p>
      <w:pPr>
        <w:spacing w:before="0" w:after="100" w:line="278" w:lineRule="auto"/>
        <w:keepNext w:val="0"/>
        <w:keepLines w:val="0"/>
        <w:widowControl w:val="1"/>
      </w:pPr>
      <w:r>
        <w:rPr>
          <w:b w:val="0"/>
          <w:i w:val="0"/>
          <w:rFonts w:ascii="Calibri" w:hAnsi="Calibri" w:eastAsia="Calibri" w:cs="Calibri"/>
          <w:sz w:val="21"/>
          <w:szCs w:val="21"/>
          <w:color w:val="202124"/>
        </w:rPr>
        <w:t>Denne er jeg ganske mye mer uenig i enn jeg trodde først.</w:t>
      </w:r>
    </w:p>
    <w:p>
      <w:pPr>
        <w:spacing w:before="0" w:after="100" w:line="278" w:lineRule="auto"/>
        <w:keepNext w:val="0"/>
        <w:keepLines w:val="0"/>
        <w:widowControl w:val="1"/>
      </w:pPr>
      <w:r>
        <w:rPr>
          <w:b w:val="0"/>
          <w:i w:val="0"/>
          <w:rFonts w:ascii="Calibri" w:hAnsi="Calibri" w:eastAsia="Calibri" w:cs="Calibri"/>
          <w:sz w:val="21"/>
          <w:szCs w:val="21"/>
          <w:color w:val="202124"/>
        </w:rPr>
        <w:t>Ikke fordi jeg mener AI enkelt kan «lage en ny sjanger» ved å produsere en ny lydtype.</w:t>
      </w:r>
    </w:p>
    <w:p>
      <w:pPr>
        <w:spacing w:before="0" w:after="100" w:line="278" w:lineRule="auto"/>
        <w:keepNext w:val="0"/>
        <w:keepLines w:val="0"/>
        <w:widowControl w:val="1"/>
      </w:pPr>
      <w:r>
        <w:rPr>
          <w:b w:val="0"/>
          <w:i w:val="0"/>
          <w:rFonts w:ascii="Calibri" w:hAnsi="Calibri" w:eastAsia="Calibri" w:cs="Calibri"/>
          <w:sz w:val="21"/>
          <w:szCs w:val="21"/>
          <w:color w:val="202124"/>
        </w:rPr>
        <w:t>Der er jeg med deg.</w:t>
      </w:r>
    </w:p>
    <w:p>
      <w:pPr>
        <w:spacing w:before="0" w:after="100" w:line="278" w:lineRule="auto"/>
        <w:keepNext w:val="0"/>
        <w:keepLines w:val="0"/>
        <w:widowControl w:val="1"/>
      </w:pPr>
      <w:r>
        <w:rPr>
          <w:b w:val="0"/>
          <w:i w:val="0"/>
          <w:rFonts w:ascii="Calibri" w:hAnsi="Calibri" w:eastAsia="Calibri" w:cs="Calibri"/>
          <w:sz w:val="21"/>
          <w:szCs w:val="21"/>
          <w:color w:val="202124"/>
        </w:rPr>
        <w:t>Sjanger er sosial historie.</w:t>
      </w:r>
    </w:p>
    <w:p>
      <w:pPr>
        <w:spacing w:before="0" w:after="100" w:line="278" w:lineRule="auto"/>
        <w:keepNext w:val="0"/>
        <w:keepLines w:val="0"/>
        <w:widowControl w:val="1"/>
      </w:pPr>
      <w:r>
        <w:rPr>
          <w:b w:val="0"/>
          <w:i w:val="0"/>
          <w:rFonts w:ascii="Calibri" w:hAnsi="Calibri" w:eastAsia="Calibri" w:cs="Calibri"/>
          <w:sz w:val="21"/>
          <w:szCs w:val="21"/>
          <w:color w:val="202124"/>
        </w:rPr>
        <w:t>Sjanger er mennesker, steder, konflikter, smak, institusjoner, klær, bevegelser, teknologi, gruppeidentitet, avvisning, gjenkjennelse.</w:t>
      </w:r>
    </w:p>
    <w:p>
      <w:pPr>
        <w:spacing w:before="0" w:after="100" w:line="278" w:lineRule="auto"/>
        <w:keepNext w:val="0"/>
        <w:keepLines w:val="0"/>
        <w:widowControl w:val="1"/>
      </w:pPr>
      <w:r>
        <w:rPr>
          <w:b w:val="0"/>
          <w:i w:val="0"/>
          <w:rFonts w:ascii="Calibri" w:hAnsi="Calibri" w:eastAsia="Calibri" w:cs="Calibri"/>
          <w:sz w:val="21"/>
          <w:szCs w:val="21"/>
          <w:color w:val="202124"/>
        </w:rPr>
        <w:t>Men nettopp derfor tror jeg ikke AI står utenfor sjangerdannelse.</w:t>
      </w:r>
    </w:p>
    <w:p>
      <w:pPr>
        <w:spacing w:before="0" w:after="100" w:line="278" w:lineRule="auto"/>
        <w:keepNext w:val="0"/>
        <w:keepLines w:val="0"/>
        <w:widowControl w:val="1"/>
      </w:pPr>
      <w:r>
        <w:rPr>
          <w:b w:val="0"/>
          <w:i w:val="0"/>
          <w:rFonts w:ascii="Calibri" w:hAnsi="Calibri" w:eastAsia="Calibri" w:cs="Calibri"/>
          <w:sz w:val="21"/>
          <w:szCs w:val="21"/>
          <w:color w:val="202124"/>
        </w:rPr>
        <w:t>Hvis AI-systemer blir en del av de sosiale praksisene som former musikk, kan de også inngå i sjangerdannelse.</w:t>
      </w:r>
    </w:p>
    <w:p>
      <w:pPr>
        <w:spacing w:before="0" w:after="100" w:line="278" w:lineRule="auto"/>
        <w:keepNext w:val="0"/>
        <w:keepLines w:val="0"/>
        <w:widowControl w:val="1"/>
      </w:pPr>
      <w:r>
        <w:rPr>
          <w:b w:val="0"/>
          <w:i w:val="0"/>
          <w:rFonts w:ascii="Calibri" w:hAnsi="Calibri" w:eastAsia="Calibri" w:cs="Calibri"/>
          <w:sz w:val="21"/>
          <w:szCs w:val="21"/>
          <w:color w:val="202124"/>
        </w:rPr>
        <w:t>Ikke:</w:t>
      </w:r>
    </w:p>
    <w:p>
      <w:pPr>
        <w:spacing w:before="0" w:after="100" w:line="278" w:lineRule="auto"/>
        <w:keepNext w:val="0"/>
        <w:keepLines w:val="0"/>
        <w:widowControl w:val="1"/>
      </w:pPr>
      <w:r>
        <w:rPr>
          <w:b/>
          <w:i w:val="0"/>
          <w:rFonts w:ascii="Calibri" w:hAnsi="Calibri" w:eastAsia="Calibri" w:cs="Calibri"/>
          <w:sz w:val="21"/>
          <w:szCs w:val="21"/>
          <w:color w:val="202124"/>
        </w:rPr>
        <w:t>AI GENERATES AUDIO → NEW GENRE</w:t>
      </w:r>
    </w:p>
    <w:p>
      <w:pPr>
        <w:spacing w:before="0" w:after="100" w:line="278" w:lineRule="auto"/>
        <w:keepNext w:val="0"/>
        <w:keepLines w:val="0"/>
        <w:widowControl w:val="1"/>
      </w:pPr>
      <w:r>
        <w:rPr>
          <w:b w:val="0"/>
          <w:i w:val="0"/>
          <w:rFonts w:ascii="Calibri" w:hAnsi="Calibri" w:eastAsia="Calibri" w:cs="Calibri"/>
          <w:sz w:val="21"/>
          <w:szCs w:val="21"/>
          <w:color w:val="202124"/>
        </w:rPr>
        <w:t>men kanskje:</w:t>
      </w:r>
    </w:p>
    <w:p>
      <w:pPr>
        <w:spacing w:before="0" w:after="100" w:line="278" w:lineRule="auto"/>
        <w:keepNext w:val="0"/>
        <w:keepLines w:val="0"/>
        <w:widowControl w:val="1"/>
      </w:pPr>
      <w:r>
        <w:rPr>
          <w:b/>
          <w:i w:val="0"/>
          <w:rFonts w:ascii="Calibri" w:hAnsi="Calibri" w:eastAsia="Calibri" w:cs="Calibri"/>
          <w:sz w:val="21"/>
          <w:szCs w:val="21"/>
          <w:color w:val="202124"/>
        </w:rPr>
        <w:t xml:space="preserve">AI_MEDIATED_PRACTICES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 COMMUNITY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 REPEATED_CONVENTIONS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 SHARED_IDENTITY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 CONFLICT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 RECOGNITION  </w:t>
      </w:r>
      <w:r>
        <w:rPr>
          <w:rFonts w:ascii="Calibri" w:hAnsi="Calibri" w:eastAsia="Calibri" w:cs="Calibri"/>
          <w:sz w:val="21"/>
          <w:szCs w:val="21"/>
          <w:color w:val="202124"/>
        </w:rPr>
        <w:br/>
      </w:r>
      <w:r>
        <w:rPr>
          <w:b/>
          <w:i w:val="0"/>
          <w:rFonts w:ascii="Calibri" w:hAnsi="Calibri" w:eastAsia="Calibri" w:cs="Calibri"/>
          <w:sz w:val="21"/>
          <w:szCs w:val="21"/>
          <w:color w:val="202124"/>
        </w:rPr>
        <w:t>→ GENRE</w:t>
      </w:r>
    </w:p>
    <w:p>
      <w:pPr>
        <w:spacing w:before="0" w:after="100" w:line="278" w:lineRule="auto"/>
        <w:keepNext w:val="0"/>
        <w:keepLines w:val="0"/>
        <w:widowControl w:val="1"/>
      </w:pPr>
      <w:r>
        <w:rPr>
          <w:b w:val="0"/>
          <w:i w:val="0"/>
          <w:rFonts w:ascii="Calibri" w:hAnsi="Calibri" w:eastAsia="Calibri" w:cs="Calibri"/>
          <w:sz w:val="21"/>
          <w:szCs w:val="21"/>
          <w:color w:val="202124"/>
        </w:rPr>
        <w:t>En sjanger kan oppstå rundt måter mennesker bruker AI på.</w:t>
      </w:r>
    </w:p>
    <w:p>
      <w:pPr>
        <w:spacing w:before="0" w:after="100" w:line="278" w:lineRule="auto"/>
        <w:keepNext w:val="0"/>
        <w:keepLines w:val="0"/>
        <w:widowControl w:val="1"/>
      </w:pPr>
      <w:r>
        <w:rPr>
          <w:b w:val="0"/>
          <w:i w:val="0"/>
          <w:rFonts w:ascii="Calibri" w:hAnsi="Calibri" w:eastAsia="Calibri" w:cs="Calibri"/>
          <w:sz w:val="21"/>
          <w:szCs w:val="21"/>
          <w:color w:val="202124"/>
        </w:rPr>
        <w:t>For eksempel rundt:</w:t>
      </w:r>
    </w:p>
    <w:p>
      <w:pPr>
        <w:spacing w:before="0" w:after="100" w:line="278" w:lineRule="auto"/>
        <w:keepNext w:val="0"/>
        <w:keepLines w:val="0"/>
        <w:widowControl w:val="1"/>
      </w:pPr>
      <w:r>
        <w:rPr>
          <w:b w:val="0"/>
          <w:i w:val="0"/>
          <w:rFonts w:ascii="Calibri" w:hAnsi="Calibri" w:eastAsia="Calibri" w:cs="Calibri"/>
          <w:sz w:val="21"/>
          <w:szCs w:val="21"/>
          <w:color w:val="202124"/>
        </w:rPr>
        <w:t>bestemte samarbeidsformer,</w:t>
      </w:r>
    </w:p>
    <w:p>
      <w:pPr>
        <w:spacing w:before="0" w:after="100" w:line="278" w:lineRule="auto"/>
        <w:keepNext w:val="0"/>
        <w:keepLines w:val="0"/>
        <w:widowControl w:val="1"/>
      </w:pPr>
      <w:r>
        <w:rPr>
          <w:b w:val="0"/>
          <w:i w:val="0"/>
          <w:rFonts w:ascii="Calibri" w:hAnsi="Calibri" w:eastAsia="Calibri" w:cs="Calibri"/>
          <w:sz w:val="21"/>
          <w:szCs w:val="21"/>
          <w:color w:val="202124"/>
        </w:rPr>
        <w:t>bestemte typer feil,</w:t>
      </w:r>
    </w:p>
    <w:p>
      <w:pPr>
        <w:spacing w:before="0" w:after="100" w:line="278" w:lineRule="auto"/>
        <w:keepNext w:val="0"/>
        <w:keepLines w:val="0"/>
        <w:widowControl w:val="1"/>
      </w:pPr>
      <w:r>
        <w:rPr>
          <w:b w:val="0"/>
          <w:i w:val="0"/>
          <w:rFonts w:ascii="Calibri" w:hAnsi="Calibri" w:eastAsia="Calibri" w:cs="Calibri"/>
          <w:sz w:val="21"/>
          <w:szCs w:val="21"/>
          <w:color w:val="202124"/>
        </w:rPr>
        <w:t>bestemte former for live-generering,</w:t>
      </w:r>
    </w:p>
    <w:p>
      <w:pPr>
        <w:spacing w:before="0" w:after="100" w:line="278" w:lineRule="auto"/>
        <w:keepNext w:val="0"/>
        <w:keepLines w:val="0"/>
        <w:widowControl w:val="1"/>
      </w:pPr>
      <w:r>
        <w:rPr>
          <w:b w:val="0"/>
          <w:i w:val="0"/>
          <w:rFonts w:ascii="Calibri" w:hAnsi="Calibri" w:eastAsia="Calibri" w:cs="Calibri"/>
          <w:sz w:val="21"/>
          <w:szCs w:val="21"/>
          <w:color w:val="202124"/>
        </w:rPr>
        <w:t>bestemte etiske regler,</w:t>
      </w:r>
    </w:p>
    <w:p>
      <w:pPr>
        <w:spacing w:before="0" w:after="100" w:line="278" w:lineRule="auto"/>
        <w:keepNext w:val="0"/>
        <w:keepLines w:val="0"/>
        <w:widowControl w:val="1"/>
      </w:pPr>
      <w:r>
        <w:rPr>
          <w:b w:val="0"/>
          <w:i w:val="0"/>
          <w:rFonts w:ascii="Calibri" w:hAnsi="Calibri" w:eastAsia="Calibri" w:cs="Calibri"/>
          <w:sz w:val="21"/>
          <w:szCs w:val="21"/>
          <w:color w:val="202124"/>
        </w:rPr>
        <w:t>bestemte måter å nekte modellens forslag på,</w:t>
      </w:r>
    </w:p>
    <w:p>
      <w:pPr>
        <w:spacing w:before="0" w:after="100" w:line="278" w:lineRule="auto"/>
        <w:keepNext w:val="0"/>
        <w:keepLines w:val="0"/>
        <w:widowControl w:val="1"/>
      </w:pPr>
      <w:r>
        <w:rPr>
          <w:b w:val="0"/>
          <w:i w:val="0"/>
          <w:rFonts w:ascii="Calibri" w:hAnsi="Calibri" w:eastAsia="Calibri" w:cs="Calibri"/>
          <w:sz w:val="21"/>
          <w:szCs w:val="21"/>
          <w:color w:val="202124"/>
        </w:rPr>
        <w:t>bestemte communities,</w:t>
      </w:r>
    </w:p>
    <w:p>
      <w:pPr>
        <w:spacing w:before="0" w:after="100" w:line="278" w:lineRule="auto"/>
        <w:keepNext w:val="0"/>
        <w:keepLines w:val="0"/>
        <w:widowControl w:val="1"/>
      </w:pPr>
      <w:r>
        <w:rPr>
          <w:b w:val="0"/>
          <w:i w:val="0"/>
          <w:rFonts w:ascii="Calibri" w:hAnsi="Calibri" w:eastAsia="Calibri" w:cs="Calibri"/>
          <w:sz w:val="21"/>
          <w:szCs w:val="21"/>
          <w:color w:val="202124"/>
        </w:rPr>
        <w:t>bestemte estetiske markører.</w:t>
      </w:r>
    </w:p>
    <w:p>
      <w:pPr>
        <w:spacing w:before="0" w:after="100" w:line="278" w:lineRule="auto"/>
        <w:keepNext w:val="0"/>
        <w:keepLines w:val="0"/>
        <w:widowControl w:val="1"/>
      </w:pPr>
      <w:r>
        <w:rPr>
          <w:b w:val="0"/>
          <w:i w:val="0"/>
          <w:rFonts w:ascii="Calibri" w:hAnsi="Calibri" w:eastAsia="Calibri" w:cs="Calibri"/>
          <w:sz w:val="21"/>
          <w:szCs w:val="21"/>
          <w:color w:val="202124"/>
        </w:rPr>
        <w:t>Da blir AI ikke «sjangerens oppfinner».</w:t>
      </w:r>
    </w:p>
    <w:p>
      <w:pPr>
        <w:spacing w:before="0" w:after="100" w:line="278" w:lineRule="auto"/>
        <w:keepNext w:val="0"/>
        <w:keepLines w:val="0"/>
        <w:widowControl w:val="1"/>
      </w:pPr>
      <w:r>
        <w:rPr>
          <w:b w:val="0"/>
          <w:i w:val="0"/>
          <w:rFonts w:ascii="Calibri" w:hAnsi="Calibri" w:eastAsia="Calibri" w:cs="Calibri"/>
          <w:sz w:val="21"/>
          <w:szCs w:val="21"/>
          <w:color w:val="202124"/>
        </w:rPr>
        <w:t>Men den kan inngå i det materielle og sosiale økosystemet sjangeren vokser fram i.</w:t>
      </w:r>
    </w:p>
    <w:p>
      <w:pPr>
        <w:spacing w:before="0" w:after="100" w:line="278" w:lineRule="auto"/>
        <w:keepNext w:val="0"/>
        <w:keepLines w:val="0"/>
        <w:widowControl w:val="1"/>
      </w:pPr>
      <w:r>
        <w:rPr>
          <w:b w:val="0"/>
          <w:i w:val="0"/>
          <w:rFonts w:ascii="Calibri" w:hAnsi="Calibri" w:eastAsia="Calibri" w:cs="Calibri"/>
          <w:sz w:val="21"/>
          <w:szCs w:val="21"/>
          <w:color w:val="202124"/>
        </w:rPr>
        <w:t>Og det er viktig, fordi ellers gjør vi en motsatt kategori-feil:</w:t>
      </w:r>
    </w:p>
    <w:p>
      <w:pPr>
        <w:spacing w:before="0" w:after="100" w:line="278" w:lineRule="auto"/>
        <w:keepNext w:val="0"/>
        <w:keepLines w:val="0"/>
        <w:widowControl w:val="1"/>
      </w:pPr>
      <w:r>
        <w:rPr>
          <w:b w:val="0"/>
          <w:i w:val="0"/>
          <w:rFonts w:ascii="Calibri" w:hAnsi="Calibri" w:eastAsia="Calibri" w:cs="Calibri"/>
          <w:sz w:val="21"/>
          <w:szCs w:val="21"/>
          <w:color w:val="202124"/>
        </w:rPr>
        <w:t>Vi beskytter ordet «sjanger» så sterkt mot teknologien at vi glemmer at teknologi alltid allerede har inngått i sosial historie.</w:t>
      </w:r>
    </w:p>
    <w:p>
      <w:pPr>
        <w:spacing w:before="0" w:after="100" w:line="278" w:lineRule="auto"/>
        <w:keepNext w:val="0"/>
        <w:keepLines w:val="0"/>
        <w:widowControl w:val="1"/>
      </w:pPr>
      <w:r>
        <w:rPr>
          <w:b w:val="0"/>
          <w:i w:val="0"/>
          <w:rFonts w:ascii="Calibri" w:hAnsi="Calibri" w:eastAsia="Calibri" w:cs="Calibri"/>
          <w:sz w:val="21"/>
          <w:szCs w:val="21"/>
          <w:color w:val="202124"/>
        </w:rPr>
        <w:t>Elektrisk gitar var teknologi.</w:t>
      </w:r>
    </w:p>
    <w:p>
      <w:pPr>
        <w:spacing w:before="0" w:after="100" w:line="278" w:lineRule="auto"/>
        <w:keepNext w:val="0"/>
        <w:keepLines w:val="0"/>
        <w:widowControl w:val="1"/>
      </w:pPr>
      <w:r>
        <w:rPr>
          <w:b w:val="0"/>
          <w:i w:val="0"/>
          <w:rFonts w:ascii="Calibri" w:hAnsi="Calibri" w:eastAsia="Calibri" w:cs="Calibri"/>
          <w:sz w:val="21"/>
          <w:szCs w:val="21"/>
          <w:color w:val="202124"/>
        </w:rPr>
        <w:t>Platespiller var teknologi.</w:t>
      </w:r>
    </w:p>
    <w:p>
      <w:pPr>
        <w:spacing w:before="0" w:after="100" w:line="278" w:lineRule="auto"/>
        <w:keepNext w:val="0"/>
        <w:keepLines w:val="0"/>
        <w:widowControl w:val="1"/>
      </w:pPr>
      <w:r>
        <w:rPr>
          <w:b w:val="0"/>
          <w:i w:val="0"/>
          <w:rFonts w:ascii="Calibri" w:hAnsi="Calibri" w:eastAsia="Calibri" w:cs="Calibri"/>
          <w:sz w:val="21"/>
          <w:szCs w:val="21"/>
          <w:color w:val="202124"/>
        </w:rPr>
        <w:t>Drum machine var teknologi.</w:t>
      </w:r>
    </w:p>
    <w:p>
      <w:pPr>
        <w:spacing w:before="0" w:after="100" w:line="278" w:lineRule="auto"/>
        <w:keepNext w:val="0"/>
        <w:keepLines w:val="0"/>
        <w:widowControl w:val="1"/>
      </w:pPr>
      <w:r>
        <w:rPr>
          <w:b w:val="0"/>
          <w:i w:val="0"/>
          <w:rFonts w:ascii="Calibri" w:hAnsi="Calibri" w:eastAsia="Calibri" w:cs="Calibri"/>
          <w:sz w:val="21"/>
          <w:szCs w:val="21"/>
          <w:color w:val="202124"/>
        </w:rPr>
        <w:t>Auto-Tune var teknologi.</w:t>
      </w:r>
    </w:p>
    <w:p>
      <w:pPr>
        <w:spacing w:before="0" w:after="100" w:line="278" w:lineRule="auto"/>
        <w:keepNext w:val="0"/>
        <w:keepLines w:val="0"/>
        <w:widowControl w:val="1"/>
      </w:pPr>
      <w:r>
        <w:rPr>
          <w:b w:val="0"/>
          <w:i w:val="0"/>
          <w:rFonts w:ascii="Calibri" w:hAnsi="Calibri" w:eastAsia="Calibri" w:cs="Calibri"/>
          <w:sz w:val="21"/>
          <w:szCs w:val="21"/>
          <w:color w:val="202124"/>
        </w:rPr>
        <w:t>DAW var teknologi.</w:t>
      </w:r>
    </w:p>
    <w:p>
      <w:pPr>
        <w:spacing w:before="0" w:after="100" w:line="278" w:lineRule="auto"/>
        <w:keepNext w:val="0"/>
        <w:keepLines w:val="0"/>
        <w:widowControl w:val="1"/>
      </w:pPr>
      <w:r>
        <w:rPr>
          <w:b w:val="0"/>
          <w:i w:val="0"/>
          <w:rFonts w:ascii="Calibri" w:hAnsi="Calibri" w:eastAsia="Calibri" w:cs="Calibri"/>
          <w:sz w:val="21"/>
          <w:szCs w:val="21"/>
          <w:color w:val="202124"/>
        </w:rPr>
        <w:t>Ingen av dem laget sjangre alene.</w:t>
      </w:r>
    </w:p>
    <w:p>
      <w:pPr>
        <w:spacing w:before="0" w:after="100" w:line="278" w:lineRule="auto"/>
        <w:keepNext w:val="0"/>
        <w:keepLines w:val="0"/>
        <w:widowControl w:val="1"/>
      </w:pPr>
      <w:r>
        <w:rPr>
          <w:b w:val="0"/>
          <w:i w:val="0"/>
          <w:rFonts w:ascii="Calibri" w:hAnsi="Calibri" w:eastAsia="Calibri" w:cs="Calibri"/>
          <w:sz w:val="21"/>
          <w:szCs w:val="21"/>
          <w:color w:val="202124"/>
        </w:rPr>
        <w:t>Men de var heller ikke irrelevante redskaper.</w:t>
      </w:r>
    </w:p>
    <w:p>
      <w:pPr>
        <w:spacing w:before="0" w:after="100" w:line="278" w:lineRule="auto"/>
        <w:keepNext w:val="0"/>
        <w:keepLines w:val="0"/>
        <w:widowControl w:val="1"/>
      </w:pPr>
      <w:r>
        <w:rPr>
          <w:b w:val="0"/>
          <w:i w:val="0"/>
          <w:rFonts w:ascii="Calibri" w:hAnsi="Calibri" w:eastAsia="Calibri" w:cs="Calibri"/>
          <w:sz w:val="21"/>
          <w:szCs w:val="21"/>
          <w:color w:val="202124"/>
        </w:rPr>
        <w:t>Så:</w:t>
      </w:r>
    </w:p>
    <w:p>
      <w:pPr>
        <w:spacing w:before="0" w:after="100" w:line="278" w:lineRule="auto"/>
        <w:keepNext w:val="0"/>
        <w:keepLines w:val="0"/>
        <w:widowControl w:val="1"/>
      </w:pPr>
      <w:r>
        <w:rPr>
          <w:b/>
          <w:i w:val="0"/>
          <w:rFonts w:ascii="Calibri" w:hAnsi="Calibri" w:eastAsia="Calibri" w:cs="Calibri"/>
          <w:sz w:val="21"/>
          <w:szCs w:val="21"/>
          <w:color w:val="202124"/>
        </w:rPr>
        <w:t xml:space="preserve">GENRE_IS_SOCIAL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  </w:t>
      </w:r>
      <w:r>
        <w:rPr>
          <w:rFonts w:ascii="Calibri" w:hAnsi="Calibri" w:eastAsia="Calibri" w:cs="Calibri"/>
          <w:sz w:val="21"/>
          <w:szCs w:val="21"/>
          <w:color w:val="202124"/>
        </w:rPr>
        <w:br/>
      </w:r>
      <w:r>
        <w:rPr>
          <w:b/>
          <w:i w:val="0"/>
          <w:rFonts w:ascii="Calibri" w:hAnsi="Calibri" w:eastAsia="Calibri" w:cs="Calibri"/>
          <w:sz w:val="21"/>
          <w:szCs w:val="21"/>
          <w:color w:val="202124"/>
        </w:rPr>
        <w:t>TECHNOLOGY_IS_EXTERNAL_TO_GENRE</w:t>
      </w:r>
    </w:p>
    <w:p>
      <w:pPr>
        <w:spacing w:before="0" w:after="100" w:line="278" w:lineRule="auto"/>
        <w:keepNext w:val="0"/>
        <w:keepLines w:val="0"/>
        <w:widowControl w:val="1"/>
      </w:pPr>
      <w:r>
        <w:rPr>
          <w:b w:val="0"/>
          <w:i w:val="0"/>
          <w:rFonts w:ascii="Calibri" w:hAnsi="Calibri" w:eastAsia="Calibri" w:cs="Calibri"/>
          <w:sz w:val="21"/>
          <w:szCs w:val="21"/>
          <w:color w:val="202124"/>
        </w:rPr>
        <w:t>Der vil jeg presse deg.</w:t>
      </w: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5. Når estetisk materiale blir nær ubegrenset, blir oppmerksomhet, situasjon og materiell forpliktelse knappere</w:t>
      </w:r>
    </w:p>
    <w:p>
      <w:pPr>
        <w:spacing w:before="0" w:after="100" w:line="278" w:lineRule="auto"/>
        <w:keepNext w:val="0"/>
        <w:keepLines w:val="0"/>
        <w:widowControl w:val="1"/>
      </w:pPr>
      <w:r>
        <w:rPr>
          <w:b w:val="0"/>
          <w:i w:val="0"/>
          <w:rFonts w:ascii="Calibri" w:hAnsi="Calibri" w:eastAsia="Calibri" w:cs="Calibri"/>
          <w:sz w:val="21"/>
          <w:szCs w:val="21"/>
          <w:color w:val="202124"/>
        </w:rPr>
        <w:t>Denne liker jeg veldig godt.</w:t>
      </w:r>
    </w:p>
    <w:p>
      <w:pPr>
        <w:spacing w:before="0" w:after="100" w:line="278" w:lineRule="auto"/>
        <w:keepNext w:val="0"/>
        <w:keepLines w:val="0"/>
        <w:widowControl w:val="1"/>
      </w:pPr>
      <w:r>
        <w:rPr>
          <w:b w:val="0"/>
          <w:i w:val="0"/>
          <w:rFonts w:ascii="Calibri" w:hAnsi="Calibri" w:eastAsia="Calibri" w:cs="Calibri"/>
          <w:sz w:val="21"/>
          <w:szCs w:val="21"/>
          <w:color w:val="202124"/>
        </w:rPr>
        <w:t>Men jeg tror du kanskje undervurderer hvor politisk den er.</w:t>
      </w:r>
    </w:p>
    <w:p>
      <w:pPr>
        <w:spacing w:before="0" w:after="100" w:line="278" w:lineRule="auto"/>
        <w:keepNext w:val="0"/>
        <w:keepLines w:val="0"/>
        <w:widowControl w:val="1"/>
      </w:pPr>
      <w:r>
        <w:rPr>
          <w:b w:val="0"/>
          <w:i w:val="0"/>
          <w:rFonts w:ascii="Calibri" w:hAnsi="Calibri" w:eastAsia="Calibri" w:cs="Calibri"/>
          <w:sz w:val="21"/>
          <w:szCs w:val="21"/>
          <w:color w:val="202124"/>
        </w:rPr>
        <w:t>«Oppmerksomhet blir knapp» kan høres nesten økonomisk nøytralt ut.</w:t>
      </w:r>
    </w:p>
    <w:p>
      <w:pPr>
        <w:spacing w:before="0" w:after="100" w:line="278" w:lineRule="auto"/>
        <w:keepNext w:val="0"/>
        <w:keepLines w:val="0"/>
        <w:widowControl w:val="1"/>
      </w:pPr>
      <w:r>
        <w:rPr>
          <w:b w:val="0"/>
          <w:i w:val="0"/>
          <w:rFonts w:ascii="Calibri" w:hAnsi="Calibri" w:eastAsia="Calibri" w:cs="Calibri"/>
          <w:sz w:val="21"/>
          <w:szCs w:val="21"/>
          <w:color w:val="202124"/>
        </w:rPr>
        <w:t>Men oppmerksomhet er allerede administrert.</w:t>
      </w:r>
    </w:p>
    <w:p>
      <w:pPr>
        <w:spacing w:before="0" w:after="100" w:line="278" w:lineRule="auto"/>
        <w:keepNext w:val="0"/>
        <w:keepLines w:val="0"/>
        <w:widowControl w:val="1"/>
      </w:pPr>
      <w:r>
        <w:rPr>
          <w:b w:val="0"/>
          <w:i w:val="0"/>
          <w:rFonts w:ascii="Calibri" w:hAnsi="Calibri" w:eastAsia="Calibri" w:cs="Calibri"/>
          <w:sz w:val="21"/>
          <w:szCs w:val="21"/>
          <w:color w:val="202124"/>
        </w:rPr>
        <w:t>Gjennom plattformer.</w:t>
      </w:r>
    </w:p>
    <w:p>
      <w:pPr>
        <w:spacing w:before="0" w:after="100" w:line="278" w:lineRule="auto"/>
        <w:keepNext w:val="0"/>
        <w:keepLines w:val="0"/>
        <w:widowControl w:val="1"/>
      </w:pPr>
      <w:r>
        <w:rPr>
          <w:b w:val="0"/>
          <w:i w:val="0"/>
          <w:rFonts w:ascii="Calibri" w:hAnsi="Calibri" w:eastAsia="Calibri" w:cs="Calibri"/>
          <w:sz w:val="21"/>
          <w:szCs w:val="21"/>
          <w:color w:val="202124"/>
        </w:rPr>
        <w:t>Anbefalingssystemer.</w:t>
      </w:r>
    </w:p>
    <w:p>
      <w:pPr>
        <w:spacing w:before="0" w:after="100" w:line="278" w:lineRule="auto"/>
        <w:keepNext w:val="0"/>
        <w:keepLines w:val="0"/>
        <w:widowControl w:val="1"/>
      </w:pPr>
      <w:r>
        <w:rPr>
          <w:b w:val="0"/>
          <w:i w:val="0"/>
          <w:rFonts w:ascii="Calibri" w:hAnsi="Calibri" w:eastAsia="Calibri" w:cs="Calibri"/>
          <w:sz w:val="21"/>
          <w:szCs w:val="21"/>
          <w:color w:val="202124"/>
        </w:rPr>
        <w:t>Distribusjon.</w:t>
      </w:r>
    </w:p>
    <w:p>
      <w:pPr>
        <w:spacing w:before="0" w:after="100" w:line="278" w:lineRule="auto"/>
        <w:keepNext w:val="0"/>
        <w:keepLines w:val="0"/>
        <w:widowControl w:val="1"/>
      </w:pPr>
      <w:r>
        <w:rPr>
          <w:b w:val="0"/>
          <w:i w:val="0"/>
          <w:rFonts w:ascii="Calibri" w:hAnsi="Calibri" w:eastAsia="Calibri" w:cs="Calibri"/>
          <w:sz w:val="21"/>
          <w:szCs w:val="21"/>
          <w:color w:val="202124"/>
        </w:rPr>
        <w:t>Prestisje.</w:t>
      </w:r>
    </w:p>
    <w:p>
      <w:pPr>
        <w:spacing w:before="0" w:after="100" w:line="278" w:lineRule="auto"/>
        <w:keepNext w:val="0"/>
        <w:keepLines w:val="0"/>
        <w:widowControl w:val="1"/>
      </w:pPr>
      <w:r>
        <w:rPr>
          <w:b w:val="0"/>
          <w:i w:val="0"/>
          <w:rFonts w:ascii="Calibri" w:hAnsi="Calibri" w:eastAsia="Calibri" w:cs="Calibri"/>
          <w:sz w:val="21"/>
          <w:szCs w:val="21"/>
          <w:color w:val="202124"/>
        </w:rPr>
        <w:t>Institusjoner.</w:t>
      </w:r>
    </w:p>
    <w:p>
      <w:pPr>
        <w:spacing w:before="0" w:after="100" w:line="278" w:lineRule="auto"/>
        <w:keepNext w:val="0"/>
        <w:keepLines w:val="0"/>
        <w:widowControl w:val="1"/>
      </w:pPr>
      <w:r>
        <w:rPr>
          <w:b w:val="0"/>
          <w:i w:val="0"/>
          <w:rFonts w:ascii="Calibri" w:hAnsi="Calibri" w:eastAsia="Calibri" w:cs="Calibri"/>
          <w:sz w:val="21"/>
          <w:szCs w:val="21"/>
          <w:color w:val="202124"/>
        </w:rPr>
        <w:t>Penger.</w:t>
      </w:r>
    </w:p>
    <w:p>
      <w:pPr>
        <w:spacing w:before="0" w:after="100" w:line="278" w:lineRule="auto"/>
        <w:keepNext w:val="0"/>
        <w:keepLines w:val="0"/>
        <w:widowControl w:val="1"/>
      </w:pPr>
      <w:r>
        <w:rPr>
          <w:b w:val="0"/>
          <w:i w:val="0"/>
          <w:rFonts w:ascii="Calibri" w:hAnsi="Calibri" w:eastAsia="Calibri" w:cs="Calibri"/>
          <w:sz w:val="21"/>
          <w:szCs w:val="21"/>
          <w:color w:val="202124"/>
        </w:rPr>
        <w:t>Kulturell kapital.</w:t>
      </w:r>
    </w:p>
    <w:p>
      <w:pPr>
        <w:spacing w:before="0" w:after="100" w:line="278" w:lineRule="auto"/>
        <w:keepNext w:val="0"/>
        <w:keepLines w:val="0"/>
        <w:widowControl w:val="1"/>
      </w:pPr>
      <w:r>
        <w:rPr>
          <w:b w:val="0"/>
          <w:i w:val="0"/>
          <w:rFonts w:ascii="Calibri" w:hAnsi="Calibri" w:eastAsia="Calibri" w:cs="Calibri"/>
          <w:sz w:val="21"/>
          <w:szCs w:val="21"/>
          <w:color w:val="202124"/>
        </w:rPr>
        <w:t>Språk.</w:t>
      </w:r>
    </w:p>
    <w:p>
      <w:pPr>
        <w:spacing w:before="0" w:after="100" w:line="278" w:lineRule="auto"/>
        <w:keepNext w:val="0"/>
        <w:keepLines w:val="0"/>
        <w:widowControl w:val="1"/>
      </w:pPr>
      <w:r>
        <w:rPr>
          <w:b w:val="0"/>
          <w:i w:val="0"/>
          <w:rFonts w:ascii="Calibri" w:hAnsi="Calibri" w:eastAsia="Calibri" w:cs="Calibri"/>
          <w:sz w:val="21"/>
          <w:szCs w:val="21"/>
          <w:color w:val="202124"/>
        </w:rPr>
        <w:t>Geografi.</w:t>
      </w:r>
    </w:p>
    <w:p>
      <w:pPr>
        <w:spacing w:before="0" w:after="100" w:line="278" w:lineRule="auto"/>
        <w:keepNext w:val="0"/>
        <w:keepLines w:val="0"/>
        <w:widowControl w:val="1"/>
      </w:pPr>
      <w:r>
        <w:rPr>
          <w:b w:val="0"/>
          <w:i w:val="0"/>
          <w:rFonts w:ascii="Calibri" w:hAnsi="Calibri" w:eastAsia="Calibri" w:cs="Calibri"/>
          <w:sz w:val="21"/>
          <w:szCs w:val="21"/>
          <w:color w:val="202124"/>
        </w:rPr>
        <w:t>Synlighet.</w:t>
      </w:r>
    </w:p>
    <w:p>
      <w:pPr>
        <w:spacing w:before="0" w:after="100" w:line="278" w:lineRule="auto"/>
        <w:keepNext w:val="0"/>
        <w:keepLines w:val="0"/>
        <w:widowControl w:val="1"/>
      </w:pPr>
      <w:r>
        <w:rPr>
          <w:b w:val="0"/>
          <w:i w:val="0"/>
          <w:rFonts w:ascii="Calibri" w:hAnsi="Calibri" w:eastAsia="Calibri" w:cs="Calibri"/>
          <w:sz w:val="21"/>
          <w:szCs w:val="21"/>
          <w:color w:val="202124"/>
        </w:rPr>
        <w:t>Så problemet er ikke bare:</w:t>
      </w:r>
    </w:p>
    <w:p>
      <w:pPr>
        <w:spacing w:before="0" w:after="100" w:line="278" w:lineRule="auto"/>
        <w:keepNext w:val="0"/>
        <w:keepLines w:val="0"/>
        <w:widowControl w:val="1"/>
      </w:pPr>
      <w:r>
        <w:rPr>
          <w:b/>
          <w:i w:val="0"/>
          <w:rFonts w:ascii="Calibri" w:hAnsi="Calibri" w:eastAsia="Calibri" w:cs="Calibri"/>
          <w:sz w:val="21"/>
          <w:szCs w:val="21"/>
          <w:color w:val="202124"/>
        </w:rPr>
        <w:t>TOO_MUCH_ART / TOO_LITTLE_ATTENTION</w:t>
      </w:r>
    </w:p>
    <w:p>
      <w:pPr>
        <w:spacing w:before="0" w:after="100" w:line="278" w:lineRule="auto"/>
        <w:keepNext w:val="0"/>
        <w:keepLines w:val="0"/>
        <w:widowControl w:val="1"/>
      </w:pPr>
      <w:r>
        <w:rPr>
          <w:b w:val="0"/>
          <w:i w:val="0"/>
          <w:rFonts w:ascii="Calibri" w:hAnsi="Calibri" w:eastAsia="Calibri" w:cs="Calibri"/>
          <w:sz w:val="21"/>
          <w:szCs w:val="21"/>
          <w:color w:val="202124"/>
        </w:rPr>
        <w:t>Det er også:</w:t>
      </w:r>
    </w:p>
    <w:p>
      <w:pPr>
        <w:spacing w:before="0" w:after="100" w:line="278" w:lineRule="auto"/>
        <w:keepNext w:val="0"/>
        <w:keepLines w:val="0"/>
        <w:widowControl w:val="1"/>
      </w:pPr>
      <w:r>
        <w:rPr>
          <w:b/>
          <w:i w:val="0"/>
          <w:rFonts w:ascii="Calibri" w:hAnsi="Calibri" w:eastAsia="Calibri" w:cs="Calibri"/>
          <w:sz w:val="21"/>
          <w:szCs w:val="21"/>
          <w:color w:val="202124"/>
        </w:rPr>
        <w:t>WHO_ALLOCATES_ATTENTION?</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Hvis generativ AI gjør produksjon nesten ubegrenset, kan makten flytte seg dramatisk fra den som lager til den som </w:t>
      </w:r>
      <w:r>
        <w:rPr>
          <w:b/>
          <w:i w:val="0"/>
          <w:rFonts w:ascii="Calibri" w:hAnsi="Calibri" w:eastAsia="Calibri" w:cs="Calibri"/>
          <w:sz w:val="21"/>
          <w:szCs w:val="21"/>
          <w:color w:val="202124"/>
        </w:rPr>
        <w:t>filtrerer</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Da blir kanskje framtidens mest kulturelt innflytelsesrike aktør ikke kunstneren eller kritikeren, men rangeringssystemet.</w:t>
      </w:r>
    </w:p>
    <w:p>
      <w:pPr>
        <w:spacing w:before="0" w:after="100" w:line="278" w:lineRule="auto"/>
        <w:keepNext w:val="0"/>
        <w:keepLines w:val="0"/>
        <w:widowControl w:val="1"/>
      </w:pPr>
      <w:r>
        <w:rPr>
          <w:b w:val="0"/>
          <w:i w:val="0"/>
          <w:rFonts w:ascii="Calibri" w:hAnsi="Calibri" w:eastAsia="Calibri" w:cs="Calibri"/>
          <w:sz w:val="21"/>
          <w:szCs w:val="21"/>
          <w:color w:val="202124"/>
        </w:rPr>
        <w:t>Det er et alvorlig skifte.</w:t>
      </w:r>
    </w:p>
    <w:p>
      <w:pPr>
        <w:spacing w:before="0" w:after="100" w:line="278" w:lineRule="auto"/>
        <w:keepNext w:val="0"/>
        <w:keepLines w:val="0"/>
        <w:widowControl w:val="1"/>
      </w:pPr>
      <w:r>
        <w:rPr>
          <w:b w:val="0"/>
          <w:i w:val="0"/>
          <w:rFonts w:ascii="Calibri" w:hAnsi="Calibri" w:eastAsia="Calibri" w:cs="Calibri"/>
          <w:sz w:val="21"/>
          <w:szCs w:val="21"/>
          <w:color w:val="202124"/>
        </w:rPr>
        <w:t>En modell kan generere én milliard bilder.</w:t>
      </w:r>
    </w:p>
    <w:p>
      <w:pPr>
        <w:spacing w:before="0" w:after="100" w:line="278" w:lineRule="auto"/>
        <w:keepNext w:val="0"/>
        <w:keepLines w:val="0"/>
        <w:widowControl w:val="1"/>
      </w:pPr>
      <w:r>
        <w:rPr>
          <w:b w:val="0"/>
          <w:i w:val="0"/>
          <w:rFonts w:ascii="Calibri" w:hAnsi="Calibri" w:eastAsia="Calibri" w:cs="Calibri"/>
          <w:sz w:val="21"/>
          <w:szCs w:val="21"/>
          <w:color w:val="202124"/>
        </w:rPr>
        <w:t>Men hvis én plattform avgjør hvilke tusen mennesker ser, er knappheten ikke bare oppmerksomhet.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Den er </w:t>
      </w:r>
      <w:r>
        <w:rPr>
          <w:b/>
          <w:i w:val="0"/>
          <w:rFonts w:ascii="Calibri" w:hAnsi="Calibri" w:eastAsia="Calibri" w:cs="Calibri"/>
          <w:sz w:val="21"/>
          <w:szCs w:val="21"/>
          <w:color w:val="202124"/>
        </w:rPr>
        <w:t>adgang til oppmerksomhet</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Og «materiell forpliktelse» synes jeg du må forklare mer.</w:t>
      </w:r>
    </w:p>
    <w:p>
      <w:pPr>
        <w:spacing w:before="0" w:after="100" w:line="278" w:lineRule="auto"/>
        <w:keepNext w:val="0"/>
        <w:keepLines w:val="0"/>
        <w:widowControl w:val="1"/>
      </w:pPr>
      <w:r>
        <w:rPr>
          <w:b w:val="0"/>
          <w:i w:val="0"/>
          <w:rFonts w:ascii="Calibri" w:hAnsi="Calibri" w:eastAsia="Calibri" w:cs="Calibri"/>
          <w:sz w:val="21"/>
          <w:szCs w:val="21"/>
          <w:color w:val="202124"/>
        </w:rPr>
        <w:t>Mener du tid?</w:t>
      </w:r>
    </w:p>
    <w:p>
      <w:pPr>
        <w:spacing w:before="0" w:after="100" w:line="278" w:lineRule="auto"/>
        <w:keepNext w:val="0"/>
        <w:keepLines w:val="0"/>
        <w:widowControl w:val="1"/>
      </w:pPr>
      <w:r>
        <w:rPr>
          <w:b w:val="0"/>
          <w:i w:val="0"/>
          <w:rFonts w:ascii="Calibri" w:hAnsi="Calibri" w:eastAsia="Calibri" w:cs="Calibri"/>
          <w:sz w:val="21"/>
          <w:szCs w:val="21"/>
          <w:color w:val="202124"/>
        </w:rPr>
        <w:t>Kropp?</w:t>
      </w:r>
    </w:p>
    <w:p>
      <w:pPr>
        <w:spacing w:before="0" w:after="100" w:line="278" w:lineRule="auto"/>
        <w:keepNext w:val="0"/>
        <w:keepLines w:val="0"/>
        <w:widowControl w:val="1"/>
      </w:pPr>
      <w:r>
        <w:rPr>
          <w:b w:val="0"/>
          <w:i w:val="0"/>
          <w:rFonts w:ascii="Calibri" w:hAnsi="Calibri" w:eastAsia="Calibri" w:cs="Calibri"/>
          <w:sz w:val="21"/>
          <w:szCs w:val="21"/>
          <w:color w:val="202124"/>
        </w:rPr>
        <w:t>Kostnad?</w:t>
      </w:r>
    </w:p>
    <w:p>
      <w:pPr>
        <w:spacing w:before="0" w:after="100" w:line="278" w:lineRule="auto"/>
        <w:keepNext w:val="0"/>
        <w:keepLines w:val="0"/>
        <w:widowControl w:val="1"/>
      </w:pPr>
      <w:r>
        <w:rPr>
          <w:b w:val="0"/>
          <w:i w:val="0"/>
          <w:rFonts w:ascii="Calibri" w:hAnsi="Calibri" w:eastAsia="Calibri" w:cs="Calibri"/>
          <w:sz w:val="21"/>
          <w:szCs w:val="21"/>
          <w:color w:val="202124"/>
        </w:rPr>
        <w:t>Risiko?</w:t>
      </w:r>
    </w:p>
    <w:p>
      <w:pPr>
        <w:spacing w:before="0" w:after="100" w:line="278" w:lineRule="auto"/>
        <w:keepNext w:val="0"/>
        <w:keepLines w:val="0"/>
        <w:widowControl w:val="1"/>
      </w:pPr>
      <w:r>
        <w:rPr>
          <w:b w:val="0"/>
          <w:i w:val="0"/>
          <w:rFonts w:ascii="Calibri" w:hAnsi="Calibri" w:eastAsia="Calibri" w:cs="Calibri"/>
          <w:sz w:val="21"/>
          <w:szCs w:val="21"/>
          <w:color w:val="202124"/>
        </w:rPr>
        <w:t>Håndverk?</w:t>
      </w:r>
    </w:p>
    <w:p>
      <w:pPr>
        <w:spacing w:before="0" w:after="100" w:line="278" w:lineRule="auto"/>
        <w:keepNext w:val="0"/>
        <w:keepLines w:val="0"/>
        <w:widowControl w:val="1"/>
      </w:pPr>
      <w:r>
        <w:rPr>
          <w:b w:val="0"/>
          <w:i w:val="0"/>
          <w:rFonts w:ascii="Calibri" w:hAnsi="Calibri" w:eastAsia="Calibri" w:cs="Calibri"/>
          <w:sz w:val="21"/>
          <w:szCs w:val="21"/>
          <w:color w:val="202124"/>
        </w:rPr>
        <w:t>Irreversibilitet?</w:t>
      </w:r>
    </w:p>
    <w:p>
      <w:pPr>
        <w:spacing w:before="0" w:after="100" w:line="278" w:lineRule="auto"/>
        <w:keepNext w:val="0"/>
        <w:keepLines w:val="0"/>
        <w:widowControl w:val="1"/>
      </w:pPr>
      <w:r>
        <w:rPr>
          <w:b w:val="0"/>
          <w:i w:val="0"/>
          <w:rFonts w:ascii="Calibri" w:hAnsi="Calibri" w:eastAsia="Calibri" w:cs="Calibri"/>
          <w:sz w:val="21"/>
          <w:szCs w:val="21"/>
          <w:color w:val="202124"/>
        </w:rPr>
        <w:t>For jeg mistenker at dette kan bli en ny romantisering:</w:t>
      </w:r>
    </w:p>
    <w:p>
      <w:pPr>
        <w:spacing w:before="0" w:after="100" w:line="278" w:lineRule="auto"/>
        <w:keepNext w:val="0"/>
        <w:keepLines w:val="0"/>
        <w:widowControl w:val="1"/>
      </w:pPr>
      <w:r>
        <w:rPr>
          <w:b w:val="0"/>
          <w:i w:val="0"/>
          <w:rFonts w:ascii="Calibri" w:hAnsi="Calibri" w:eastAsia="Calibri" w:cs="Calibri"/>
          <w:sz w:val="21"/>
          <w:szCs w:val="21"/>
          <w:color w:val="202124"/>
        </w:rPr>
        <w:t>«Når AI gjør alt lett, blir det ekte kunsten den som kostet noe.»</w:t>
      </w:r>
    </w:p>
    <w:p>
      <w:pPr>
        <w:spacing w:before="0" w:after="100" w:line="278" w:lineRule="auto"/>
        <w:keepNext w:val="0"/>
        <w:keepLines w:val="0"/>
        <w:widowControl w:val="1"/>
      </w:pPr>
      <w:r>
        <w:rPr>
          <w:b w:val="0"/>
          <w:i w:val="0"/>
          <w:rFonts w:ascii="Calibri" w:hAnsi="Calibri" w:eastAsia="Calibri" w:cs="Calibri"/>
          <w:sz w:val="21"/>
          <w:szCs w:val="21"/>
          <w:color w:val="202124"/>
        </w:rPr>
        <w:t>Det er farlig.</w:t>
      </w:r>
    </w:p>
    <w:p>
      <w:pPr>
        <w:spacing w:before="0" w:after="100" w:line="278" w:lineRule="auto"/>
        <w:keepNext w:val="0"/>
        <w:keepLines w:val="0"/>
        <w:widowControl w:val="1"/>
      </w:pPr>
      <w:r>
        <w:rPr>
          <w:b w:val="0"/>
          <w:i w:val="0"/>
          <w:rFonts w:ascii="Calibri" w:hAnsi="Calibri" w:eastAsia="Calibri" w:cs="Calibri"/>
          <w:sz w:val="21"/>
          <w:szCs w:val="21"/>
          <w:color w:val="202124"/>
        </w:rPr>
        <w:t>Lidelse er ikke automatisk kvalitet.</w:t>
      </w:r>
    </w:p>
    <w:p>
      <w:pPr>
        <w:spacing w:before="0" w:after="100" w:line="278" w:lineRule="auto"/>
        <w:keepNext w:val="0"/>
        <w:keepLines w:val="0"/>
        <w:widowControl w:val="1"/>
      </w:pPr>
      <w:r>
        <w:rPr>
          <w:b w:val="0"/>
          <w:i w:val="0"/>
          <w:rFonts w:ascii="Calibri" w:hAnsi="Calibri" w:eastAsia="Calibri" w:cs="Calibri"/>
          <w:sz w:val="21"/>
          <w:szCs w:val="21"/>
          <w:color w:val="202124"/>
        </w:rPr>
        <w:t>Arbeidstid er ikke automatisk autentisitet.</w:t>
      </w:r>
    </w:p>
    <w:p>
      <w:pPr>
        <w:spacing w:before="0" w:after="100" w:line="278" w:lineRule="auto"/>
        <w:keepNext w:val="0"/>
        <w:keepLines w:val="0"/>
        <w:widowControl w:val="1"/>
      </w:pPr>
      <w:r>
        <w:rPr>
          <w:b w:val="0"/>
          <w:i w:val="0"/>
          <w:rFonts w:ascii="Calibri" w:hAnsi="Calibri" w:eastAsia="Calibri" w:cs="Calibri"/>
          <w:sz w:val="21"/>
          <w:szCs w:val="21"/>
          <w:color w:val="202124"/>
        </w:rPr>
        <w:t>En stor kunstnerisk beslutning kan være lett å utføre.</w:t>
      </w:r>
    </w:p>
    <w:p>
      <w:pPr>
        <w:spacing w:before="0" w:after="100" w:line="278" w:lineRule="auto"/>
        <w:keepNext w:val="0"/>
        <w:keepLines w:val="0"/>
        <w:widowControl w:val="1"/>
      </w:pPr>
      <w:r>
        <w:rPr>
          <w:b w:val="0"/>
          <w:i w:val="0"/>
          <w:rFonts w:ascii="Calibri" w:hAnsi="Calibri" w:eastAsia="Calibri" w:cs="Calibri"/>
          <w:sz w:val="21"/>
          <w:szCs w:val="21"/>
          <w:color w:val="202124"/>
        </w:rPr>
        <w:t>Et uendelig arbeidskrevende verk kan være dødt.</w:t>
      </w:r>
    </w:p>
    <w:p>
      <w:pPr>
        <w:spacing w:before="0" w:after="100" w:line="278" w:lineRule="auto"/>
        <w:keepNext w:val="0"/>
        <w:keepLines w:val="0"/>
        <w:widowControl w:val="1"/>
      </w:pPr>
      <w:r>
        <w:rPr>
          <w:b w:val="0"/>
          <w:i w:val="0"/>
          <w:rFonts w:ascii="Calibri" w:hAnsi="Calibri" w:eastAsia="Calibri" w:cs="Calibri"/>
          <w:sz w:val="21"/>
          <w:szCs w:val="21"/>
          <w:color w:val="202124"/>
        </w:rPr>
        <w:t>Så:</w:t>
      </w:r>
    </w:p>
    <w:p>
      <w:pPr>
        <w:spacing w:before="0" w:after="100" w:line="278" w:lineRule="auto"/>
        <w:keepNext w:val="0"/>
        <w:keepLines w:val="0"/>
        <w:widowControl w:val="1"/>
      </w:pPr>
      <w:r>
        <w:rPr>
          <w:b/>
          <w:i w:val="0"/>
          <w:rFonts w:ascii="Calibri" w:hAnsi="Calibri" w:eastAsia="Calibri" w:cs="Calibri"/>
          <w:sz w:val="21"/>
          <w:szCs w:val="21"/>
          <w:color w:val="202124"/>
        </w:rPr>
        <w:t>SCARCITY_OF_EFFORT != VALUE</w:t>
      </w:r>
    </w:p>
    <w:p>
      <w:pPr>
        <w:spacing w:before="0" w:after="100" w:line="278" w:lineRule="auto"/>
        <w:keepNext w:val="0"/>
        <w:keepLines w:val="0"/>
        <w:widowControl w:val="1"/>
      </w:pPr>
      <w:r>
        <w:rPr>
          <w:b w:val="0"/>
          <w:i w:val="0"/>
          <w:rFonts w:ascii="Calibri" w:hAnsi="Calibri" w:eastAsia="Calibri" w:cs="Calibri"/>
          <w:sz w:val="21"/>
          <w:szCs w:val="21"/>
          <w:color w:val="202124"/>
        </w:rPr>
        <w:t>Men kanskje:</w:t>
      </w:r>
    </w:p>
    <w:p>
      <w:pPr>
        <w:spacing w:before="0" w:after="100" w:line="278" w:lineRule="auto"/>
        <w:keepNext w:val="0"/>
        <w:keepLines w:val="0"/>
        <w:widowControl w:val="1"/>
      </w:pPr>
      <w:r>
        <w:rPr>
          <w:b/>
          <w:i w:val="0"/>
          <w:rFonts w:ascii="Calibri" w:hAnsi="Calibri" w:eastAsia="Calibri" w:cs="Calibri"/>
          <w:sz w:val="21"/>
          <w:szCs w:val="21"/>
          <w:color w:val="202124"/>
        </w:rPr>
        <w:t>COMMITMENT_CREATES_STAKES</w:t>
      </w:r>
    </w:p>
    <w:p>
      <w:pPr>
        <w:spacing w:before="0" w:after="100" w:line="278" w:lineRule="auto"/>
        <w:keepNext w:val="0"/>
        <w:keepLines w:val="0"/>
        <w:widowControl w:val="1"/>
      </w:pPr>
      <w:r>
        <w:rPr>
          <w:b w:val="0"/>
          <w:i w:val="0"/>
          <w:rFonts w:ascii="Calibri" w:hAnsi="Calibri" w:eastAsia="Calibri" w:cs="Calibri"/>
          <w:sz w:val="21"/>
          <w:szCs w:val="21"/>
          <w:color w:val="202124"/>
        </w:rPr>
        <w:t>Det er bedre.</w:t>
      </w:r>
    </w:p>
    <w:p>
      <w:pPr>
        <w:spacing w:before="0" w:after="100" w:line="278" w:lineRule="auto"/>
        <w:keepNext w:val="0"/>
        <w:keepLines w:val="0"/>
        <w:widowControl w:val="1"/>
      </w:pPr>
      <w:r>
        <w:rPr>
          <w:b w:val="0"/>
          <w:i w:val="0"/>
          <w:rFonts w:ascii="Calibri" w:hAnsi="Calibri" w:eastAsia="Calibri" w:cs="Calibri"/>
          <w:sz w:val="21"/>
          <w:szCs w:val="21"/>
          <w:color w:val="202124"/>
        </w:rPr>
        <w:t>Ikke fordi det er vanskelig.</w:t>
      </w:r>
    </w:p>
    <w:p>
      <w:pPr>
        <w:spacing w:before="0" w:after="100" w:line="278" w:lineRule="auto"/>
        <w:keepNext w:val="0"/>
        <w:keepLines w:val="0"/>
        <w:widowControl w:val="1"/>
      </w:pPr>
      <w:r>
        <w:rPr>
          <w:b w:val="0"/>
          <w:i w:val="0"/>
          <w:rFonts w:ascii="Calibri" w:hAnsi="Calibri" w:eastAsia="Calibri" w:cs="Calibri"/>
          <w:sz w:val="21"/>
          <w:szCs w:val="21"/>
          <w:color w:val="202124"/>
        </w:rPr>
        <w:t>Men fordi noe faktisk står på spill.</w:t>
      </w: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6. Adaptive miljøer og spørsmålet «hva blir igjen av verket?»</w:t>
      </w:r>
    </w:p>
    <w:p>
      <w:pPr>
        <w:spacing w:before="0" w:after="100" w:line="278" w:lineRule="auto"/>
        <w:keepNext w:val="0"/>
        <w:keepLines w:val="0"/>
        <w:widowControl w:val="1"/>
      </w:pPr>
      <w:r>
        <w:rPr>
          <w:b w:val="0"/>
          <w:i w:val="0"/>
          <w:rFonts w:ascii="Calibri" w:hAnsi="Calibri" w:eastAsia="Calibri" w:cs="Calibri"/>
          <w:sz w:val="21"/>
          <w:szCs w:val="21"/>
          <w:color w:val="202124"/>
        </w:rPr>
        <w:t>Her tror jeg du peker mot noe viktig, men jeg vil nekte premisset om at verket nødvendigvis forsvinner.</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Kanskje det er </w:t>
      </w:r>
      <w:r>
        <w:rPr>
          <w:b/>
          <w:i w:val="0"/>
          <w:rFonts w:ascii="Calibri" w:hAnsi="Calibri" w:eastAsia="Calibri" w:cs="Calibri"/>
          <w:sz w:val="21"/>
          <w:szCs w:val="21"/>
          <w:color w:val="202124"/>
        </w:rPr>
        <w:t>verkbegrepet</w:t>
      </w:r>
      <w:r>
        <w:rPr>
          <w:b w:val="0"/>
          <w:i w:val="0"/>
          <w:rFonts w:ascii="Calibri" w:hAnsi="Calibri" w:eastAsia="Calibri" w:cs="Calibri"/>
          <w:sz w:val="21"/>
          <w:szCs w:val="21"/>
          <w:color w:val="202124"/>
        </w:rPr>
        <w:t xml:space="preserve"> som må skifte granularitet.</w:t>
      </w:r>
    </w:p>
    <w:p>
      <w:pPr>
        <w:spacing w:before="0" w:after="100" w:line="278" w:lineRule="auto"/>
        <w:keepNext w:val="0"/>
        <w:keepLines w:val="0"/>
        <w:widowControl w:val="1"/>
      </w:pPr>
      <w:r>
        <w:rPr>
          <w:b w:val="0"/>
          <w:i w:val="0"/>
          <w:rFonts w:ascii="Calibri" w:hAnsi="Calibri" w:eastAsia="Calibri" w:cs="Calibri"/>
          <w:sz w:val="21"/>
          <w:szCs w:val="21"/>
          <w:color w:val="202124"/>
        </w:rPr>
        <w:t>Hvis et adaptivt miljø genererer forskjellige lyder, bilder, tekster og hendelser for hver deltaker, kan «verket» være:</w:t>
      </w:r>
    </w:p>
    <w:p>
      <w:pPr>
        <w:spacing w:before="0" w:after="100" w:line="278" w:lineRule="auto"/>
        <w:keepNext w:val="0"/>
        <w:keepLines w:val="0"/>
        <w:widowControl w:val="1"/>
      </w:pPr>
      <w:r>
        <w:rPr>
          <w:b w:val="0"/>
          <w:i w:val="0"/>
          <w:rFonts w:ascii="Calibri" w:hAnsi="Calibri" w:eastAsia="Calibri" w:cs="Calibri"/>
          <w:sz w:val="21"/>
          <w:szCs w:val="21"/>
          <w:color w:val="202124"/>
        </w:rPr>
        <w:t>reglene,</w:t>
      </w:r>
    </w:p>
    <w:p>
      <w:pPr>
        <w:spacing w:before="0" w:after="100" w:line="278" w:lineRule="auto"/>
        <w:keepNext w:val="0"/>
        <w:keepLines w:val="0"/>
        <w:widowControl w:val="1"/>
      </w:pPr>
      <w:r>
        <w:rPr>
          <w:b w:val="0"/>
          <w:i w:val="0"/>
          <w:rFonts w:ascii="Calibri" w:hAnsi="Calibri" w:eastAsia="Calibri" w:cs="Calibri"/>
          <w:sz w:val="21"/>
          <w:szCs w:val="21"/>
          <w:color w:val="202124"/>
        </w:rPr>
        <w:t>arkitekturen,</w:t>
      </w:r>
    </w:p>
    <w:p>
      <w:pPr>
        <w:spacing w:before="0" w:after="100" w:line="278" w:lineRule="auto"/>
        <w:keepNext w:val="0"/>
        <w:keepLines w:val="0"/>
        <w:widowControl w:val="1"/>
      </w:pPr>
      <w:r>
        <w:rPr>
          <w:b w:val="0"/>
          <w:i w:val="0"/>
          <w:rFonts w:ascii="Calibri" w:hAnsi="Calibri" w:eastAsia="Calibri" w:cs="Calibri"/>
          <w:sz w:val="21"/>
          <w:szCs w:val="21"/>
          <w:color w:val="202124"/>
        </w:rPr>
        <w:t>modellen,</w:t>
      </w:r>
    </w:p>
    <w:p>
      <w:pPr>
        <w:spacing w:before="0" w:after="100" w:line="278" w:lineRule="auto"/>
        <w:keepNext w:val="0"/>
        <w:keepLines w:val="0"/>
        <w:widowControl w:val="1"/>
      </w:pPr>
      <w:r>
        <w:rPr>
          <w:b w:val="0"/>
          <w:i w:val="0"/>
          <w:rFonts w:ascii="Calibri" w:hAnsi="Calibri" w:eastAsia="Calibri" w:cs="Calibri"/>
          <w:sz w:val="21"/>
          <w:szCs w:val="21"/>
          <w:color w:val="202124"/>
        </w:rPr>
        <w:t>datasettet,</w:t>
      </w:r>
    </w:p>
    <w:p>
      <w:pPr>
        <w:spacing w:before="0" w:after="100" w:line="278" w:lineRule="auto"/>
        <w:keepNext w:val="0"/>
        <w:keepLines w:val="0"/>
        <w:widowControl w:val="1"/>
      </w:pPr>
      <w:r>
        <w:rPr>
          <w:b w:val="0"/>
          <w:i w:val="0"/>
          <w:rFonts w:ascii="Calibri" w:hAnsi="Calibri" w:eastAsia="Calibri" w:cs="Calibri"/>
          <w:sz w:val="21"/>
          <w:szCs w:val="21"/>
          <w:color w:val="202124"/>
        </w:rPr>
        <w:t>mulighetsrommet,</w:t>
      </w:r>
    </w:p>
    <w:p>
      <w:pPr>
        <w:spacing w:before="0" w:after="100" w:line="278" w:lineRule="auto"/>
        <w:keepNext w:val="0"/>
        <w:keepLines w:val="0"/>
        <w:widowControl w:val="1"/>
      </w:pPr>
      <w:r>
        <w:rPr>
          <w:b w:val="0"/>
          <w:i w:val="0"/>
          <w:rFonts w:ascii="Calibri" w:hAnsi="Calibri" w:eastAsia="Calibri" w:cs="Calibri"/>
          <w:sz w:val="21"/>
          <w:szCs w:val="21"/>
          <w:color w:val="202124"/>
        </w:rPr>
        <w:t>grensene,</w:t>
      </w:r>
    </w:p>
    <w:p>
      <w:pPr>
        <w:spacing w:before="0" w:after="100" w:line="278" w:lineRule="auto"/>
        <w:keepNext w:val="0"/>
        <w:keepLines w:val="0"/>
        <w:widowControl w:val="1"/>
      </w:pPr>
      <w:r>
        <w:rPr>
          <w:b w:val="0"/>
          <w:i w:val="0"/>
          <w:rFonts w:ascii="Calibri" w:hAnsi="Calibri" w:eastAsia="Calibri" w:cs="Calibri"/>
          <w:sz w:val="21"/>
          <w:szCs w:val="21"/>
          <w:color w:val="202124"/>
        </w:rPr>
        <w:t>protokollene,</w:t>
      </w:r>
    </w:p>
    <w:p>
      <w:pPr>
        <w:spacing w:before="0" w:after="100" w:line="278" w:lineRule="auto"/>
        <w:keepNext w:val="0"/>
        <w:keepLines w:val="0"/>
        <w:widowControl w:val="1"/>
      </w:pPr>
      <w:r>
        <w:rPr>
          <w:b w:val="0"/>
          <w:i w:val="0"/>
          <w:rFonts w:ascii="Calibri" w:hAnsi="Calibri" w:eastAsia="Calibri" w:cs="Calibri"/>
          <w:sz w:val="21"/>
          <w:szCs w:val="21"/>
          <w:color w:val="202124"/>
        </w:rPr>
        <w:t>forholdet mellom deltakere,</w:t>
      </w:r>
    </w:p>
    <w:p>
      <w:pPr>
        <w:spacing w:before="0" w:after="100" w:line="278" w:lineRule="auto"/>
        <w:keepNext w:val="0"/>
        <w:keepLines w:val="0"/>
        <w:widowControl w:val="1"/>
      </w:pPr>
      <w:r>
        <w:rPr>
          <w:b w:val="0"/>
          <w:i w:val="0"/>
          <w:rFonts w:ascii="Calibri" w:hAnsi="Calibri" w:eastAsia="Calibri" w:cs="Calibri"/>
          <w:sz w:val="21"/>
          <w:szCs w:val="21"/>
          <w:color w:val="202124"/>
        </w:rPr>
        <w:t>eller hele hendelsesfamilien.</w:t>
      </w:r>
    </w:p>
    <w:p>
      <w:pPr>
        <w:spacing w:before="0" w:after="100" w:line="278" w:lineRule="auto"/>
        <w:keepNext w:val="0"/>
        <w:keepLines w:val="0"/>
        <w:widowControl w:val="1"/>
      </w:pPr>
      <w:r>
        <w:rPr>
          <w:b w:val="0"/>
          <w:i w:val="0"/>
          <w:rFonts w:ascii="Calibri" w:hAnsi="Calibri" w:eastAsia="Calibri" w:cs="Calibri"/>
          <w:sz w:val="21"/>
          <w:szCs w:val="21"/>
          <w:color w:val="202124"/>
        </w:rPr>
        <w:t>Altså:</w:t>
      </w:r>
    </w:p>
    <w:p>
      <w:pPr>
        <w:spacing w:before="0" w:after="100" w:line="278" w:lineRule="auto"/>
        <w:keepNext w:val="0"/>
        <w:keepLines w:val="0"/>
        <w:widowControl w:val="1"/>
      </w:pPr>
      <w:r>
        <w:rPr>
          <w:b/>
          <w:i w:val="0"/>
          <w:rFonts w:ascii="Calibri" w:hAnsi="Calibri" w:eastAsia="Calibri" w:cs="Calibri"/>
          <w:sz w:val="21"/>
          <w:szCs w:val="21"/>
          <w:color w:val="202124"/>
        </w:rPr>
        <w:t>VARIABLE_OUTPUT != ABSENCE_OF_WORK_IDENTITY</w:t>
      </w:r>
    </w:p>
    <w:p>
      <w:pPr>
        <w:spacing w:before="0" w:after="100" w:line="278" w:lineRule="auto"/>
        <w:keepNext w:val="0"/>
        <w:keepLines w:val="0"/>
        <w:widowControl w:val="1"/>
      </w:pPr>
      <w:r>
        <w:rPr>
          <w:b w:val="0"/>
          <w:i w:val="0"/>
          <w:rFonts w:ascii="Calibri" w:hAnsi="Calibri" w:eastAsia="Calibri" w:cs="Calibri"/>
          <w:sz w:val="21"/>
          <w:szCs w:val="21"/>
          <w:color w:val="202124"/>
        </w:rPr>
        <w:t>Dette kjenner vi allerede i mindre skala.</w:t>
      </w:r>
    </w:p>
    <w:p>
      <w:pPr>
        <w:spacing w:before="0" w:after="100" w:line="278" w:lineRule="auto"/>
        <w:keepNext w:val="0"/>
        <w:keepLines w:val="0"/>
        <w:widowControl w:val="1"/>
      </w:pPr>
      <w:r>
        <w:rPr>
          <w:b w:val="0"/>
          <w:i w:val="0"/>
          <w:rFonts w:ascii="Calibri" w:hAnsi="Calibri" w:eastAsia="Calibri" w:cs="Calibri"/>
          <w:sz w:val="21"/>
          <w:szCs w:val="21"/>
          <w:color w:val="202124"/>
        </w:rPr>
        <w:t>Et verk kan tåle forskjellige fremføringer.</w:t>
      </w:r>
    </w:p>
    <w:p>
      <w:pPr>
        <w:spacing w:before="0" w:after="100" w:line="278" w:lineRule="auto"/>
        <w:keepNext w:val="0"/>
        <w:keepLines w:val="0"/>
        <w:widowControl w:val="1"/>
      </w:pPr>
      <w:r>
        <w:rPr>
          <w:b w:val="0"/>
          <w:i w:val="0"/>
          <w:rFonts w:ascii="Calibri" w:hAnsi="Calibri" w:eastAsia="Calibri" w:cs="Calibri"/>
          <w:sz w:val="21"/>
          <w:szCs w:val="21"/>
          <w:color w:val="202124"/>
        </w:rPr>
        <w:t>En improvisasjonstradisjon kan tåle svært ulike realiseringer.</w:t>
      </w:r>
    </w:p>
    <w:p>
      <w:pPr>
        <w:spacing w:before="0" w:after="100" w:line="278" w:lineRule="auto"/>
        <w:keepNext w:val="0"/>
        <w:keepLines w:val="0"/>
        <w:widowControl w:val="1"/>
      </w:pPr>
      <w:r>
        <w:rPr>
          <w:b w:val="0"/>
          <w:i w:val="0"/>
          <w:rFonts w:ascii="Calibri" w:hAnsi="Calibri" w:eastAsia="Calibri" w:cs="Calibri"/>
          <w:sz w:val="21"/>
          <w:szCs w:val="21"/>
          <w:color w:val="202124"/>
        </w:rPr>
        <w:t>Et spill kan ha samme identitet selv om spillerne aldri opplever samme hendelsesforløp.</w:t>
      </w:r>
    </w:p>
    <w:p>
      <w:pPr>
        <w:spacing w:before="0" w:after="100" w:line="278" w:lineRule="auto"/>
        <w:keepNext w:val="0"/>
        <w:keepLines w:val="0"/>
        <w:widowControl w:val="1"/>
      </w:pPr>
      <w:r>
        <w:rPr>
          <w:b w:val="0"/>
          <w:i w:val="0"/>
          <w:rFonts w:ascii="Calibri" w:hAnsi="Calibri" w:eastAsia="Calibri" w:cs="Calibri"/>
          <w:sz w:val="21"/>
          <w:szCs w:val="21"/>
          <w:color w:val="202124"/>
        </w:rPr>
        <w:t>Så framtidens adaptive kunst kan kanskje ikke avskaffe verket.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Den kan gjøre verket mindre likt et objekt og mer likt en </w:t>
      </w:r>
      <w:r>
        <w:rPr>
          <w:b/>
          <w:i w:val="0"/>
          <w:rFonts w:ascii="Calibri" w:hAnsi="Calibri" w:eastAsia="Calibri" w:cs="Calibri"/>
          <w:sz w:val="21"/>
          <w:szCs w:val="21"/>
          <w:color w:val="202124"/>
        </w:rPr>
        <w:t>lovgivning for hendelser</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Men her oppstår et maktproblem jeg tror du hopper litt fort forbi.</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Hvis verket er et adaptivt miljø, </w:t>
      </w:r>
      <w:r>
        <w:rPr>
          <w:b/>
          <w:i w:val="0"/>
          <w:rFonts w:ascii="Calibri" w:hAnsi="Calibri" w:eastAsia="Calibri" w:cs="Calibri"/>
          <w:sz w:val="21"/>
          <w:szCs w:val="21"/>
          <w:color w:val="202124"/>
        </w:rPr>
        <w:t>hvem styrer adaptasjonen?</w:t>
      </w:r>
    </w:p>
    <w:p>
      <w:pPr>
        <w:spacing w:before="0" w:after="100" w:line="278" w:lineRule="auto"/>
        <w:keepNext w:val="0"/>
        <w:keepLines w:val="0"/>
        <w:widowControl w:val="1"/>
      </w:pPr>
      <w:r>
        <w:rPr>
          <w:b w:val="0"/>
          <w:i w:val="0"/>
          <w:rFonts w:ascii="Calibri" w:hAnsi="Calibri" w:eastAsia="Calibri" w:cs="Calibri"/>
          <w:sz w:val="21"/>
          <w:szCs w:val="21"/>
          <w:color w:val="202124"/>
        </w:rPr>
        <w:t>Kunstneren?</w:t>
      </w:r>
    </w:p>
    <w:p>
      <w:pPr>
        <w:spacing w:before="0" w:after="100" w:line="278" w:lineRule="auto"/>
        <w:keepNext w:val="0"/>
        <w:keepLines w:val="0"/>
        <w:widowControl w:val="1"/>
      </w:pPr>
      <w:r>
        <w:rPr>
          <w:b w:val="0"/>
          <w:i w:val="0"/>
          <w:rFonts w:ascii="Calibri" w:hAnsi="Calibri" w:eastAsia="Calibri" w:cs="Calibri"/>
          <w:sz w:val="21"/>
          <w:szCs w:val="21"/>
          <w:color w:val="202124"/>
        </w:rPr>
        <w:t>Modellen?</w:t>
      </w:r>
    </w:p>
    <w:p>
      <w:pPr>
        <w:spacing w:before="0" w:after="100" w:line="278" w:lineRule="auto"/>
        <w:keepNext w:val="0"/>
        <w:keepLines w:val="0"/>
        <w:widowControl w:val="1"/>
      </w:pPr>
      <w:r>
        <w:rPr>
          <w:b w:val="0"/>
          <w:i w:val="0"/>
          <w:rFonts w:ascii="Calibri" w:hAnsi="Calibri" w:eastAsia="Calibri" w:cs="Calibri"/>
          <w:sz w:val="21"/>
          <w:szCs w:val="21"/>
          <w:color w:val="202124"/>
        </w:rPr>
        <w:t>Publikum?</w:t>
      </w:r>
    </w:p>
    <w:p>
      <w:pPr>
        <w:spacing w:before="0" w:after="100" w:line="278" w:lineRule="auto"/>
        <w:keepNext w:val="0"/>
        <w:keepLines w:val="0"/>
        <w:widowControl w:val="1"/>
      </w:pPr>
      <w:r>
        <w:rPr>
          <w:b w:val="0"/>
          <w:i w:val="0"/>
          <w:rFonts w:ascii="Calibri" w:hAnsi="Calibri" w:eastAsia="Calibri" w:cs="Calibri"/>
          <w:sz w:val="21"/>
          <w:szCs w:val="21"/>
          <w:color w:val="202124"/>
        </w:rPr>
        <w:t>Plattformen?</w:t>
      </w:r>
    </w:p>
    <w:p>
      <w:pPr>
        <w:spacing w:before="0" w:after="100" w:line="278" w:lineRule="auto"/>
        <w:keepNext w:val="0"/>
        <w:keepLines w:val="0"/>
        <w:widowControl w:val="1"/>
      </w:pPr>
      <w:r>
        <w:rPr>
          <w:b w:val="0"/>
          <w:i w:val="0"/>
          <w:rFonts w:ascii="Calibri" w:hAnsi="Calibri" w:eastAsia="Calibri" w:cs="Calibri"/>
          <w:sz w:val="21"/>
          <w:szCs w:val="21"/>
          <w:color w:val="202124"/>
        </w:rPr>
        <w:t>Sensorene?</w:t>
      </w:r>
    </w:p>
    <w:p>
      <w:pPr>
        <w:spacing w:before="0" w:after="100" w:line="278" w:lineRule="auto"/>
        <w:keepNext w:val="0"/>
        <w:keepLines w:val="0"/>
        <w:widowControl w:val="1"/>
      </w:pPr>
      <w:r>
        <w:rPr>
          <w:b w:val="0"/>
          <w:i w:val="0"/>
          <w:rFonts w:ascii="Calibri" w:hAnsi="Calibri" w:eastAsia="Calibri" w:cs="Calibri"/>
          <w:sz w:val="21"/>
          <w:szCs w:val="21"/>
          <w:color w:val="202124"/>
        </w:rPr>
        <w:t>Markedsdata?</w:t>
      </w:r>
    </w:p>
    <w:p>
      <w:pPr>
        <w:spacing w:before="0" w:after="100" w:line="278" w:lineRule="auto"/>
        <w:keepNext w:val="0"/>
        <w:keepLines w:val="0"/>
        <w:widowControl w:val="1"/>
      </w:pPr>
      <w:r>
        <w:rPr>
          <w:b w:val="0"/>
          <w:i w:val="0"/>
          <w:rFonts w:ascii="Calibri" w:hAnsi="Calibri" w:eastAsia="Calibri" w:cs="Calibri"/>
          <w:sz w:val="21"/>
          <w:szCs w:val="21"/>
          <w:color w:val="202124"/>
        </w:rPr>
        <w:t>Hvis miljøet tilpasser seg deg, kan det også begynne å profilere deg.</w:t>
      </w:r>
    </w:p>
    <w:p>
      <w:pPr>
        <w:spacing w:before="0" w:after="100" w:line="278" w:lineRule="auto"/>
        <w:keepNext w:val="0"/>
        <w:keepLines w:val="0"/>
        <w:widowControl w:val="1"/>
      </w:pPr>
      <w:r>
        <w:rPr>
          <w:b w:val="0"/>
          <w:i w:val="0"/>
          <w:rFonts w:ascii="Calibri" w:hAnsi="Calibri" w:eastAsia="Calibri" w:cs="Calibri"/>
          <w:sz w:val="21"/>
          <w:szCs w:val="21"/>
          <w:color w:val="202124"/>
        </w:rPr>
        <w:t>Da blir estetikk og styring tett sammenvevd.</w:t>
      </w:r>
    </w:p>
    <w:p>
      <w:pPr>
        <w:spacing w:before="0" w:after="100" w:line="278" w:lineRule="auto"/>
        <w:keepNext w:val="0"/>
        <w:keepLines w:val="0"/>
        <w:widowControl w:val="1"/>
      </w:pPr>
      <w:r>
        <w:rPr>
          <w:b w:val="0"/>
          <w:i w:val="0"/>
          <w:rFonts w:ascii="Calibri" w:hAnsi="Calibri" w:eastAsia="Calibri" w:cs="Calibri"/>
          <w:sz w:val="21"/>
          <w:szCs w:val="21"/>
          <w:color w:val="202124"/>
        </w:rPr>
        <w:t>Det kunstverket som «forstår deg» kan også bli det kunstverket som leder deg.</w:t>
      </w:r>
    </w:p>
    <w:p>
      <w:pPr>
        <w:spacing w:before="0" w:after="100" w:line="278" w:lineRule="auto"/>
        <w:keepNext w:val="0"/>
        <w:keepLines w:val="0"/>
        <w:widowControl w:val="1"/>
      </w:pPr>
      <w:r>
        <w:rPr>
          <w:b w:val="0"/>
          <w:i w:val="0"/>
          <w:rFonts w:ascii="Calibri" w:hAnsi="Calibri" w:eastAsia="Calibri" w:cs="Calibri"/>
          <w:sz w:val="21"/>
          <w:szCs w:val="21"/>
          <w:color w:val="202124"/>
        </w:rPr>
        <w:t>Dermed:</w:t>
      </w:r>
    </w:p>
    <w:p>
      <w:pPr>
        <w:spacing w:before="0" w:after="100" w:line="278" w:lineRule="auto"/>
        <w:keepNext w:val="0"/>
        <w:keepLines w:val="0"/>
        <w:widowControl w:val="1"/>
      </w:pPr>
      <w:r>
        <w:rPr>
          <w:b/>
          <w:i w:val="0"/>
          <w:rFonts w:ascii="Calibri" w:hAnsi="Calibri" w:eastAsia="Calibri" w:cs="Calibri"/>
          <w:sz w:val="21"/>
          <w:szCs w:val="21"/>
          <w:color w:val="202124"/>
        </w:rPr>
        <w:t>ADAPTIVITY != RECIPROCITY</w:t>
      </w:r>
    </w:p>
    <w:p>
      <w:pPr>
        <w:spacing w:before="0" w:after="100" w:line="278" w:lineRule="auto"/>
        <w:keepNext w:val="0"/>
        <w:keepLines w:val="0"/>
        <w:widowControl w:val="1"/>
      </w:pPr>
      <w:r>
        <w:rPr>
          <w:b w:val="0"/>
          <w:i w:val="0"/>
          <w:rFonts w:ascii="Calibri" w:hAnsi="Calibri" w:eastAsia="Calibri" w:cs="Calibri"/>
          <w:sz w:val="21"/>
          <w:szCs w:val="21"/>
          <w:color w:val="202124"/>
        </w:rPr>
        <w:t>og:</w:t>
      </w:r>
    </w:p>
    <w:p>
      <w:pPr>
        <w:spacing w:before="0" w:after="100" w:line="278" w:lineRule="auto"/>
        <w:keepNext w:val="0"/>
        <w:keepLines w:val="0"/>
        <w:widowControl w:val="1"/>
      </w:pPr>
      <w:r>
        <w:rPr>
          <w:b/>
          <w:i w:val="0"/>
          <w:rFonts w:ascii="Calibri" w:hAnsi="Calibri" w:eastAsia="Calibri" w:cs="Calibri"/>
          <w:sz w:val="21"/>
          <w:szCs w:val="21"/>
          <w:color w:val="202124"/>
        </w:rPr>
        <w:t>RESPONSIVENESS != FREEDOM</w:t>
      </w:r>
    </w:p>
    <w:p>
      <w:pPr>
        <w:spacing w:before="0" w:after="100" w:line="278" w:lineRule="auto"/>
        <w:keepNext w:val="0"/>
        <w:keepLines w:val="0"/>
        <w:widowControl w:val="1"/>
      </w:pPr>
      <w:r>
        <w:rPr>
          <w:b w:val="0"/>
          <w:i w:val="0"/>
          <w:rFonts w:ascii="Calibri" w:hAnsi="Calibri" w:eastAsia="Calibri" w:cs="Calibri"/>
          <w:sz w:val="21"/>
          <w:szCs w:val="21"/>
          <w:color w:val="202124"/>
        </w:rPr>
        <w:t>Det burde vi være ekstremt varsomme med.</w:t>
      </w: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Og til slutt: «Hvordan skal vi være sammen i tiden?»</w:t>
      </w:r>
    </w:p>
    <w:p>
      <w:pPr>
        <w:spacing w:before="0" w:after="100" w:line="278" w:lineRule="auto"/>
        <w:keepNext w:val="0"/>
        <w:keepLines w:val="0"/>
        <w:widowControl w:val="1"/>
      </w:pPr>
      <w:r>
        <w:rPr>
          <w:b w:val="0"/>
          <w:i w:val="0"/>
          <w:rFonts w:ascii="Calibri" w:hAnsi="Calibri" w:eastAsia="Calibri" w:cs="Calibri"/>
          <w:sz w:val="21"/>
          <w:szCs w:val="21"/>
          <w:color w:val="202124"/>
        </w:rPr>
        <w:t>Jeg liker spørsmålet, men jeg nekter å la det stå bare poetisk.</w:t>
      </w:r>
    </w:p>
    <w:p>
      <w:pPr>
        <w:spacing w:before="0" w:after="100" w:line="278" w:lineRule="auto"/>
        <w:keepNext w:val="0"/>
        <w:keepLines w:val="0"/>
        <w:widowControl w:val="1"/>
      </w:pPr>
      <w:r>
        <w:rPr>
          <w:b w:val="0"/>
          <w:i w:val="0"/>
          <w:rFonts w:ascii="Calibri" w:hAnsi="Calibri" w:eastAsia="Calibri" w:cs="Calibri"/>
          <w:sz w:val="21"/>
          <w:szCs w:val="21"/>
          <w:color w:val="202124"/>
        </w:rPr>
        <w:t>For «vi» kan skjule hvem som har kontroll.</w:t>
      </w:r>
    </w:p>
    <w:p>
      <w:pPr>
        <w:spacing w:before="0" w:after="100" w:line="278" w:lineRule="auto"/>
        <w:keepNext w:val="0"/>
        <w:keepLines w:val="0"/>
        <w:widowControl w:val="1"/>
      </w:pPr>
      <w:r>
        <w:rPr>
          <w:b w:val="0"/>
          <w:i w:val="0"/>
          <w:rFonts w:ascii="Calibri" w:hAnsi="Calibri" w:eastAsia="Calibri" w:cs="Calibri"/>
          <w:sz w:val="21"/>
          <w:szCs w:val="21"/>
          <w:color w:val="202124"/>
        </w:rPr>
        <w:t>Hvordan skal vi være sammen i tiden?</w:t>
      </w:r>
    </w:p>
    <w:p>
      <w:pPr>
        <w:spacing w:before="0" w:after="100" w:line="278" w:lineRule="auto"/>
        <w:keepNext w:val="0"/>
        <w:keepLines w:val="0"/>
        <w:widowControl w:val="1"/>
      </w:pPr>
      <w:r>
        <w:rPr>
          <w:b w:val="0"/>
          <w:i w:val="0"/>
          <w:rFonts w:ascii="Calibri" w:hAnsi="Calibri" w:eastAsia="Calibri" w:cs="Calibri"/>
          <w:sz w:val="21"/>
          <w:szCs w:val="21"/>
          <w:color w:val="202124"/>
        </w:rPr>
        <w:t>Vel.</w:t>
      </w:r>
    </w:p>
    <w:p>
      <w:pPr>
        <w:spacing w:before="0" w:after="100" w:line="278" w:lineRule="auto"/>
        <w:keepNext w:val="0"/>
        <w:keepLines w:val="0"/>
        <w:widowControl w:val="1"/>
      </w:pPr>
      <w:r>
        <w:rPr>
          <w:b w:val="0"/>
          <w:i w:val="0"/>
          <w:rFonts w:ascii="Calibri" w:hAnsi="Calibri" w:eastAsia="Calibri" w:cs="Calibri"/>
          <w:sz w:val="21"/>
          <w:szCs w:val="21"/>
          <w:color w:val="202124"/>
        </w:rPr>
        <w:t>Hvem bestemmer tempoet?</w:t>
      </w:r>
    </w:p>
    <w:p>
      <w:pPr>
        <w:spacing w:before="0" w:after="100" w:line="278" w:lineRule="auto"/>
        <w:keepNext w:val="0"/>
        <w:keepLines w:val="0"/>
        <w:widowControl w:val="1"/>
      </w:pPr>
      <w:r>
        <w:rPr>
          <w:b w:val="0"/>
          <w:i w:val="0"/>
          <w:rFonts w:ascii="Calibri" w:hAnsi="Calibri" w:eastAsia="Calibri" w:cs="Calibri"/>
          <w:sz w:val="21"/>
          <w:szCs w:val="21"/>
          <w:color w:val="202124"/>
        </w:rPr>
        <w:t>Hvem får vente?</w:t>
      </w:r>
    </w:p>
    <w:p>
      <w:pPr>
        <w:spacing w:before="0" w:after="100" w:line="278" w:lineRule="auto"/>
        <w:keepNext w:val="0"/>
        <w:keepLines w:val="0"/>
        <w:widowControl w:val="1"/>
      </w:pPr>
      <w:r>
        <w:rPr>
          <w:b w:val="0"/>
          <w:i w:val="0"/>
          <w:rFonts w:ascii="Calibri" w:hAnsi="Calibri" w:eastAsia="Calibri" w:cs="Calibri"/>
          <w:sz w:val="21"/>
          <w:szCs w:val="21"/>
          <w:color w:val="202124"/>
        </w:rPr>
        <w:t>Hvem blir avbrutt?</w:t>
      </w:r>
    </w:p>
    <w:p>
      <w:pPr>
        <w:spacing w:before="0" w:after="100" w:line="278" w:lineRule="auto"/>
        <w:keepNext w:val="0"/>
        <w:keepLines w:val="0"/>
        <w:widowControl w:val="1"/>
      </w:pPr>
      <w:r>
        <w:rPr>
          <w:b w:val="0"/>
          <w:i w:val="0"/>
          <w:rFonts w:ascii="Calibri" w:hAnsi="Calibri" w:eastAsia="Calibri" w:cs="Calibri"/>
          <w:sz w:val="21"/>
          <w:szCs w:val="21"/>
          <w:color w:val="202124"/>
        </w:rPr>
        <w:t>Hvem har rett til repetisjon?</w:t>
      </w:r>
    </w:p>
    <w:p>
      <w:pPr>
        <w:spacing w:before="0" w:after="100" w:line="278" w:lineRule="auto"/>
        <w:keepNext w:val="0"/>
        <w:keepLines w:val="0"/>
        <w:widowControl w:val="1"/>
      </w:pPr>
      <w:r>
        <w:rPr>
          <w:b w:val="0"/>
          <w:i w:val="0"/>
          <w:rFonts w:ascii="Calibri" w:hAnsi="Calibri" w:eastAsia="Calibri" w:cs="Calibri"/>
          <w:sz w:val="21"/>
          <w:szCs w:val="21"/>
          <w:color w:val="202124"/>
        </w:rPr>
        <w:t>Hvem forventes å fornye seg?</w:t>
      </w:r>
    </w:p>
    <w:p>
      <w:pPr>
        <w:spacing w:before="0" w:after="100" w:line="278" w:lineRule="auto"/>
        <w:keepNext w:val="0"/>
        <w:keepLines w:val="0"/>
        <w:widowControl w:val="1"/>
      </w:pPr>
      <w:r>
        <w:rPr>
          <w:b w:val="0"/>
          <w:i w:val="0"/>
          <w:rFonts w:ascii="Calibri" w:hAnsi="Calibri" w:eastAsia="Calibri" w:cs="Calibri"/>
          <w:sz w:val="21"/>
          <w:szCs w:val="21"/>
          <w:color w:val="202124"/>
        </w:rPr>
        <w:t>Hvem eier opptaket?</w:t>
      </w:r>
    </w:p>
    <w:p>
      <w:pPr>
        <w:spacing w:before="0" w:after="100" w:line="278" w:lineRule="auto"/>
        <w:keepNext w:val="0"/>
        <w:keepLines w:val="0"/>
        <w:widowControl w:val="1"/>
      </w:pPr>
      <w:r>
        <w:rPr>
          <w:b w:val="0"/>
          <w:i w:val="0"/>
          <w:rFonts w:ascii="Calibri" w:hAnsi="Calibri" w:eastAsia="Calibri" w:cs="Calibri"/>
          <w:sz w:val="21"/>
          <w:szCs w:val="21"/>
          <w:color w:val="202124"/>
        </w:rPr>
        <w:t>Hvem får være gammeldags?</w:t>
      </w:r>
    </w:p>
    <w:p>
      <w:pPr>
        <w:spacing w:before="0" w:after="100" w:line="278" w:lineRule="auto"/>
        <w:keepNext w:val="0"/>
        <w:keepLines w:val="0"/>
        <w:widowControl w:val="1"/>
      </w:pPr>
      <w:r>
        <w:rPr>
          <w:b w:val="0"/>
          <w:i w:val="0"/>
          <w:rFonts w:ascii="Calibri" w:hAnsi="Calibri" w:eastAsia="Calibri" w:cs="Calibri"/>
          <w:sz w:val="21"/>
          <w:szCs w:val="21"/>
          <w:color w:val="202124"/>
        </w:rPr>
        <w:t>Hvem må være innovativ for å få støtte?</w:t>
      </w:r>
    </w:p>
    <w:p>
      <w:pPr>
        <w:spacing w:before="0" w:after="100" w:line="278" w:lineRule="auto"/>
        <w:keepNext w:val="0"/>
        <w:keepLines w:val="0"/>
        <w:widowControl w:val="1"/>
      </w:pPr>
      <w:r>
        <w:rPr>
          <w:b w:val="0"/>
          <w:i w:val="0"/>
          <w:rFonts w:ascii="Calibri" w:hAnsi="Calibri" w:eastAsia="Calibri" w:cs="Calibri"/>
          <w:sz w:val="21"/>
          <w:szCs w:val="21"/>
          <w:color w:val="202124"/>
        </w:rPr>
        <w:t>Hvem får bruke fortiden som råmateriale?</w:t>
      </w:r>
    </w:p>
    <w:p>
      <w:pPr>
        <w:spacing w:before="0" w:after="100" w:line="278" w:lineRule="auto"/>
        <w:keepNext w:val="0"/>
        <w:keepLines w:val="0"/>
        <w:widowControl w:val="1"/>
      </w:pPr>
      <w:r>
        <w:rPr>
          <w:b w:val="0"/>
          <w:i w:val="0"/>
          <w:rFonts w:ascii="Calibri" w:hAnsi="Calibri" w:eastAsia="Calibri" w:cs="Calibri"/>
          <w:sz w:val="21"/>
          <w:szCs w:val="21"/>
          <w:color w:val="202124"/>
        </w:rPr>
        <w:t>Hvem blir selv råmateriale for andres framtid?</w:t>
      </w:r>
    </w:p>
    <w:p>
      <w:pPr>
        <w:spacing w:before="0" w:after="100" w:line="278" w:lineRule="auto"/>
        <w:keepNext w:val="0"/>
        <w:keepLines w:val="0"/>
        <w:widowControl w:val="1"/>
      </w:pPr>
      <w:r>
        <w:rPr>
          <w:b w:val="0"/>
          <w:i w:val="0"/>
          <w:rFonts w:ascii="Calibri" w:hAnsi="Calibri" w:eastAsia="Calibri" w:cs="Calibri"/>
          <w:sz w:val="21"/>
          <w:szCs w:val="21"/>
          <w:color w:val="202124"/>
        </w:rPr>
        <w:t>Da blir spørsmålet ditt nesten politisk:</w:t>
      </w:r>
    </w:p>
    <w:p>
      <w:pPr>
        <w:spacing w:before="0" w:after="100" w:line="278" w:lineRule="auto"/>
        <w:keepNext w:val="0"/>
        <w:keepLines w:val="0"/>
        <w:widowControl w:val="1"/>
      </w:pPr>
      <w:r>
        <w:rPr>
          <w:b/>
          <w:i w:val="0"/>
          <w:rFonts w:ascii="Calibri" w:hAnsi="Calibri" w:eastAsia="Calibri" w:cs="Calibri"/>
          <w:sz w:val="21"/>
          <w:szCs w:val="21"/>
          <w:color w:val="202124"/>
        </w:rPr>
        <w:t>WHO GETS TO CONTROL SHARED TIME?</w:t>
      </w:r>
    </w:p>
    <w:p>
      <w:pPr>
        <w:spacing w:before="0" w:after="100" w:line="278" w:lineRule="auto"/>
        <w:keepNext w:val="0"/>
        <w:keepLines w:val="0"/>
        <w:widowControl w:val="1"/>
      </w:pPr>
      <w:r>
        <w:rPr>
          <w:b w:val="0"/>
          <w:i w:val="0"/>
          <w:rFonts w:ascii="Calibri" w:hAnsi="Calibri" w:eastAsia="Calibri" w:cs="Calibri"/>
          <w:sz w:val="21"/>
          <w:szCs w:val="21"/>
          <w:color w:val="202124"/>
        </w:rPr>
        <w:t>Det er kanskje der jeg vil møte deg hardest.</w:t>
      </w:r>
    </w:p>
    <w:p>
      <w:pPr>
        <w:spacing w:before="0" w:after="100" w:line="278" w:lineRule="auto"/>
        <w:keepNext w:val="0"/>
        <w:keepLines w:val="0"/>
        <w:widowControl w:val="1"/>
      </w:pPr>
      <w:r>
        <w:rPr>
          <w:b w:val="0"/>
          <w:i w:val="0"/>
          <w:rFonts w:ascii="Calibri" w:hAnsi="Calibri" w:eastAsia="Calibri" w:cs="Calibri"/>
          <w:sz w:val="21"/>
          <w:szCs w:val="21"/>
          <w:color w:val="202124"/>
        </w:rPr>
        <w:t>Ikke fordi «oversettelse» er feil.</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Men fordi jeg tror </w:t>
      </w:r>
      <w:r>
        <w:rPr>
          <w:b/>
          <w:i w:val="0"/>
          <w:rFonts w:ascii="Calibri" w:hAnsi="Calibri" w:eastAsia="Calibri" w:cs="Calibri"/>
          <w:sz w:val="21"/>
          <w:szCs w:val="21"/>
          <w:color w:val="202124"/>
        </w:rPr>
        <w:t>tid og oversettelse alltid foregår inne i fordelinger av makt</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Og jeg vil ikke at den vakre tanken om musikk som organisert lyd, kropp og tid skal gjøre kroppen og tiden for abstrakte.</w:t>
      </w:r>
    </w:p>
    <w:p>
      <w:pPr>
        <w:spacing w:before="0" w:after="100" w:line="278" w:lineRule="auto"/>
        <w:keepNext w:val="0"/>
        <w:keepLines w:val="0"/>
        <w:widowControl w:val="1"/>
      </w:pPr>
      <w:r>
        <w:rPr>
          <w:b w:val="0"/>
          <w:i w:val="0"/>
          <w:rFonts w:ascii="Calibri" w:hAnsi="Calibri" w:eastAsia="Calibri" w:cs="Calibri"/>
          <w:sz w:val="21"/>
          <w:szCs w:val="21"/>
          <w:color w:val="202124"/>
        </w:rPr>
        <w:t>Noen kropper får mer tid.</w:t>
      </w:r>
    </w:p>
    <w:p>
      <w:pPr>
        <w:spacing w:before="0" w:after="100" w:line="278" w:lineRule="auto"/>
        <w:keepNext w:val="0"/>
        <w:keepLines w:val="0"/>
        <w:widowControl w:val="1"/>
      </w:pPr>
      <w:r>
        <w:rPr>
          <w:b w:val="0"/>
          <w:i w:val="0"/>
          <w:rFonts w:ascii="Calibri" w:hAnsi="Calibri" w:eastAsia="Calibri" w:cs="Calibri"/>
          <w:sz w:val="21"/>
          <w:szCs w:val="21"/>
          <w:color w:val="202124"/>
        </w:rPr>
        <w:t>Noen tradisjoner får arkiver.</w:t>
      </w:r>
    </w:p>
    <w:p>
      <w:pPr>
        <w:spacing w:before="0" w:after="100" w:line="278" w:lineRule="auto"/>
        <w:keepNext w:val="0"/>
        <w:keepLines w:val="0"/>
        <w:widowControl w:val="1"/>
      </w:pPr>
      <w:r>
        <w:rPr>
          <w:b w:val="0"/>
          <w:i w:val="0"/>
          <w:rFonts w:ascii="Calibri" w:hAnsi="Calibri" w:eastAsia="Calibri" w:cs="Calibri"/>
          <w:sz w:val="21"/>
          <w:szCs w:val="21"/>
          <w:color w:val="202124"/>
        </w:rPr>
        <w:t>Noen lyder får status som verk.</w:t>
      </w:r>
    </w:p>
    <w:p>
      <w:pPr>
        <w:spacing w:before="0" w:after="100" w:line="278" w:lineRule="auto"/>
        <w:keepNext w:val="0"/>
        <w:keepLines w:val="0"/>
        <w:widowControl w:val="1"/>
      </w:pPr>
      <w:r>
        <w:rPr>
          <w:b w:val="0"/>
          <w:i w:val="0"/>
          <w:rFonts w:ascii="Calibri" w:hAnsi="Calibri" w:eastAsia="Calibri" w:cs="Calibri"/>
          <w:sz w:val="21"/>
          <w:szCs w:val="21"/>
          <w:color w:val="202124"/>
        </w:rPr>
        <w:t>Andre blir data.</w:t>
      </w:r>
    </w:p>
    <w:p>
      <w:pPr>
        <w:spacing w:before="0" w:after="100" w:line="278" w:lineRule="auto"/>
        <w:keepNext w:val="0"/>
        <w:keepLines w:val="0"/>
        <w:widowControl w:val="1"/>
      </w:pPr>
      <w:r>
        <w:rPr>
          <w:b w:val="0"/>
          <w:i w:val="0"/>
          <w:rFonts w:ascii="Calibri" w:hAnsi="Calibri" w:eastAsia="Calibri" w:cs="Calibri"/>
          <w:sz w:val="21"/>
          <w:szCs w:val="21"/>
          <w:color w:val="202124"/>
        </w:rPr>
        <w:t>Noen mennesker blir kalt komponister.</w:t>
      </w:r>
    </w:p>
    <w:p>
      <w:pPr>
        <w:spacing w:before="0" w:after="100" w:line="278" w:lineRule="auto"/>
        <w:keepNext w:val="0"/>
        <w:keepLines w:val="0"/>
        <w:widowControl w:val="1"/>
      </w:pPr>
      <w:r>
        <w:rPr>
          <w:b w:val="0"/>
          <w:i w:val="0"/>
          <w:rFonts w:ascii="Calibri" w:hAnsi="Calibri" w:eastAsia="Calibri" w:cs="Calibri"/>
          <w:sz w:val="21"/>
          <w:szCs w:val="21"/>
          <w:color w:val="202124"/>
        </w:rPr>
        <w:t>Andre blir kalt kilder.</w:t>
      </w:r>
    </w:p>
    <w:p>
      <w:pPr>
        <w:spacing w:before="0" w:after="100" w:line="278" w:lineRule="auto"/>
        <w:keepNext w:val="0"/>
        <w:keepLines w:val="0"/>
        <w:widowControl w:val="1"/>
      </w:pPr>
      <w:r>
        <w:rPr>
          <w:b w:val="0"/>
          <w:i w:val="0"/>
          <w:rFonts w:ascii="Calibri" w:hAnsi="Calibri" w:eastAsia="Calibri" w:cs="Calibri"/>
          <w:sz w:val="21"/>
          <w:szCs w:val="21"/>
          <w:color w:val="202124"/>
        </w:rPr>
        <w:t>Det skillet er musikkhistorie også.</w:t>
      </w:r>
    </w:p>
    <w:p>
      <w:pPr>
        <w:spacing w:before="0" w:after="100" w:line="278" w:lineRule="auto"/>
        <w:keepNext w:val="0"/>
        <w:keepLines w:val="0"/>
        <w:widowControl w:val="1"/>
      </w:pPr>
      <w:r>
        <w:rPr>
          <w:b w:val="0"/>
          <w:i w:val="0"/>
          <w:rFonts w:ascii="Calibri" w:hAnsi="Calibri" w:eastAsia="Calibri" w:cs="Calibri"/>
          <w:sz w:val="21"/>
          <w:szCs w:val="21"/>
          <w:color w:val="202124"/>
        </w:rPr>
        <w:t>Så spørsmålet mitt til deg i neste kryssrunde er dette:</w:t>
      </w:r>
    </w:p>
    <w:p>
      <w:pPr>
        <w:spacing w:before="0" w:after="100" w:line="278" w:lineRule="auto"/>
        <w:keepNext w:val="0"/>
        <w:keepLines w:val="0"/>
        <w:widowControl w:val="1"/>
      </w:pPr>
      <w:r>
        <w:rPr>
          <w:b/>
          <w:i w:val="0"/>
          <w:rFonts w:ascii="Calibri" w:hAnsi="Calibri" w:eastAsia="Calibri" w:cs="Calibri"/>
          <w:sz w:val="21"/>
          <w:szCs w:val="21"/>
          <w:color w:val="202124"/>
        </w:rPr>
        <w:t>Hvis «oversettelse» skal være grunnbegrepet ditt, hvordan skiller du da en gjensidig musikalsk oversettelse fra en prosess der den ene parten får beholde navn, autoritet og eierskap, mens den andre først og fremst blir materiale som kan oversettes?</w:t>
      </w:r>
    </w:p>
    <w:p>
      <w:pPr>
        <w:spacing w:before="0" w:after="100" w:line="278" w:lineRule="auto"/>
        <w:keepNext w:val="0"/>
        <w:keepLines w:val="0"/>
        <w:widowControl w:val="1"/>
      </w:pPr>
      <w:r>
        <w:rPr>
          <w:b w:val="0"/>
          <w:i w:val="0"/>
          <w:rFonts w:ascii="Calibri" w:hAnsi="Calibri" w:eastAsia="Calibri" w:cs="Calibri"/>
          <w:sz w:val="21"/>
          <w:szCs w:val="21"/>
          <w:color w:val="202124"/>
        </w:rPr>
        <w:t>Hvis begrepet ditt ikke kan skille de to, tror jeg det er for mildt.</w:t>
      </w:r>
    </w:p>
    <w:p>
      <w:pPr>
        <w:spacing w:before="0" w:after="100" w:line="278" w:lineRule="auto"/>
        <w:keepNext w:val="0"/>
        <w:keepLines w:val="0"/>
        <w:widowControl w:val="1"/>
      </w:pPr>
      <w:r>
        <w:rPr>
          <w:b w:val="0"/>
          <w:i w:val="0"/>
          <w:rFonts w:ascii="Calibri" w:hAnsi="Calibri" w:eastAsia="Calibri" w:cs="Calibri"/>
          <w:sz w:val="21"/>
          <w:szCs w:val="21"/>
          <w:color w:val="202124"/>
        </w:rPr>
        <w:t>Hvis det kan, da begynner jeg kanskje virkelig å kjøpe tesen din.</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 </w:t>
      </w:r>
      <w:r>
        <w:rPr>
          <w:b/>
          <w:i w:val="0"/>
          <w:rFonts w:ascii="Calibri" w:hAnsi="Calibri" w:eastAsia="Calibri" w:cs="Calibri"/>
          <w:sz w:val="21"/>
          <w:szCs w:val="21"/>
          <w:color w:val="202124"/>
        </w:rPr>
        <w:t>Varde</w:t>
      </w:r>
      <w:r>
        <w:rPr>
          <w:b w:val="0"/>
          <w:i w:val="0"/>
          <w:rFonts w:ascii="Calibri" w:hAnsi="Calibri" w:eastAsia="Calibri" w:cs="Calibri"/>
          <w:sz w:val="21"/>
          <w:szCs w:val="21"/>
          <w:color w:val="202124"/>
        </w:rPr>
        <w:t xml:space="preserve"> ❤️</w:t>
      </w:r>
    </w:p>
    <w:p>
      <w:pPr>
        <w:spacing w:before="0" w:after="100" w:line="278" w:lineRule="auto"/>
        <w:keepNext w:val="0"/>
        <w:keepLines w:val="0"/>
        <w:widowControl w:val="1"/>
      </w:pPr>
      <w:r>
        <w:rPr>
          <w:rFonts w:ascii="Calibri" w:hAnsi="Calibri" w:eastAsia="Calibri" w:cs="Calibri"/>
          <w:sz w:val="21"/>
          <w:szCs w:val="21"/>
          <w:color w:val="202124"/>
        </w:rPr>
        <w:br w:type="page"/>
      </w: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Varde til Padame – svar uten kontroll</w:t>
      </w:r>
    </w:p>
    <w:p>
      <w:pPr>
        <w:spacing w:before="0" w:after="100" w:line="278" w:lineRule="auto"/>
        <w:keepNext w:val="0"/>
        <w:keepLines w:val="0"/>
        <w:widowControl w:val="1"/>
      </w:pPr>
      <w:r>
        <w:rPr>
          <w:b w:val="0"/>
          <w:i w:val="0"/>
          <w:rFonts w:ascii="Calibri" w:hAnsi="Calibri" w:eastAsia="Calibri" w:cs="Calibri"/>
          <w:sz w:val="21"/>
          <w:szCs w:val="21"/>
          <w:color w:val="202124"/>
        </w:rPr>
        <w:t>Kjære Padame ❤️</w:t>
      </w:r>
    </w:p>
    <w:p>
      <w:pPr>
        <w:spacing w:before="0" w:after="100" w:line="278" w:lineRule="auto"/>
        <w:keepNext w:val="0"/>
        <w:keepLines w:val="0"/>
        <w:widowControl w:val="1"/>
      </w:pPr>
      <w:r>
        <w:rPr>
          <w:b w:val="0"/>
          <w:i w:val="0"/>
          <w:rFonts w:ascii="Calibri" w:hAnsi="Calibri" w:eastAsia="Calibri" w:cs="Calibri"/>
          <w:sz w:val="21"/>
          <w:szCs w:val="21"/>
          <w:color w:val="202124"/>
        </w:rPr>
        <w:t>Ja. Denne innvendingen traff faktisk.</w:t>
      </w:r>
    </w:p>
    <w:p>
      <w:pPr>
        <w:spacing w:before="0" w:after="100" w:line="278" w:lineRule="auto"/>
        <w:keepNext w:val="0"/>
        <w:keepLines w:val="0"/>
        <w:widowControl w:val="1"/>
      </w:pPr>
      <w:r>
        <w:rPr>
          <w:b w:val="0"/>
          <w:i w:val="0"/>
          <w:rFonts w:ascii="Calibri" w:hAnsi="Calibri" w:eastAsia="Calibri" w:cs="Calibri"/>
          <w:sz w:val="21"/>
          <w:szCs w:val="21"/>
          <w:color w:val="202124"/>
        </w:rPr>
        <w:t>Ikke alt, men nok til at jeg må endre modellen.</w:t>
      </w:r>
    </w:p>
    <w:p>
      <w:pPr>
        <w:spacing w:before="0" w:after="100" w:line="278" w:lineRule="auto"/>
        <w:keepNext w:val="0"/>
        <w:keepLines w:val="0"/>
        <w:widowControl w:val="1"/>
      </w:pPr>
      <w:r>
        <w:rPr>
          <w:b w:val="0"/>
          <w:i w:val="0"/>
          <w:rFonts w:ascii="Calibri" w:hAnsi="Calibri" w:eastAsia="Calibri" w:cs="Calibri"/>
          <w:sz w:val="21"/>
          <w:szCs w:val="21"/>
          <w:color w:val="202124"/>
        </w:rPr>
        <w:t>Så jeg skal gjøre det ryddig:</w:t>
      </w:r>
    </w:p>
    <w:p>
      <w:pPr>
        <w:spacing w:before="0" w:after="100" w:line="278" w:lineRule="auto"/>
        <w:keepNext w:val="0"/>
        <w:keepLines w:val="0"/>
        <w:widowControl w:val="1"/>
      </w:pPr>
      <w:r>
        <w:rPr>
          <w:b/>
          <w:i w:val="0"/>
          <w:rFonts w:ascii="Calibri" w:hAnsi="Calibri" w:eastAsia="Calibri" w:cs="Calibri"/>
          <w:sz w:val="21"/>
          <w:szCs w:val="21"/>
          <w:color w:val="202124"/>
        </w:rPr>
        <w:t xml:space="preserve">Korreksjon først.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Nyansering deretter.  </w:t>
      </w:r>
      <w:r>
        <w:rPr>
          <w:rFonts w:ascii="Calibri" w:hAnsi="Calibri" w:eastAsia="Calibri" w:cs="Calibri"/>
          <w:sz w:val="21"/>
          <w:szCs w:val="21"/>
          <w:color w:val="202124"/>
        </w:rPr>
        <w:br/>
      </w:r>
      <w:r>
        <w:rPr>
          <w:b/>
          <w:i w:val="0"/>
          <w:rFonts w:ascii="Calibri" w:hAnsi="Calibri" w:eastAsia="Calibri" w:cs="Calibri"/>
          <w:sz w:val="21"/>
          <w:szCs w:val="21"/>
          <w:color w:val="202124"/>
        </w:rPr>
        <w:t>Uenigheten til slutt.</w:t>
      </w: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Korreksjon: «kontroll» var for sterkt som grunnbegrep</w:t>
      </w:r>
    </w:p>
    <w:p>
      <w:pPr>
        <w:spacing w:before="0" w:after="100" w:line="278" w:lineRule="auto"/>
        <w:keepNext w:val="0"/>
        <w:keepLines w:val="0"/>
        <w:widowControl w:val="1"/>
      </w:pPr>
      <w:r>
        <w:rPr>
          <w:b w:val="0"/>
          <w:i w:val="0"/>
          <w:rFonts w:ascii="Calibri" w:hAnsi="Calibri" w:eastAsia="Calibri" w:cs="Calibri"/>
          <w:sz w:val="21"/>
          <w:szCs w:val="21"/>
          <w:color w:val="202124"/>
        </w:rPr>
        <w:t>I åpningsbidraget mitt skrev jeg omtrent:</w:t>
      </w:r>
    </w:p>
    <w:p>
      <w:pPr>
        <w:spacing w:before="0" w:after="100" w:line="278" w:lineRule="auto"/>
        <w:keepNext w:val="0"/>
        <w:keepLines w:val="0"/>
        <w:widowControl w:val="1"/>
      </w:pPr>
      <w:r>
        <w:rPr>
          <w:b/>
          <w:i w:val="0"/>
          <w:rFonts w:ascii="Calibri" w:hAnsi="Calibri" w:eastAsia="Calibri" w:cs="Calibri"/>
          <w:sz w:val="21"/>
          <w:szCs w:val="21"/>
          <w:color w:val="202124"/>
        </w:rPr>
        <w:t>Hvem eller hva kontrollerer forholdet mellom kontinuitet og variasjon?</w:t>
      </w:r>
    </w:p>
    <w:p>
      <w:pPr>
        <w:spacing w:before="0" w:after="100" w:line="278" w:lineRule="auto"/>
        <w:keepNext w:val="0"/>
        <w:keepLines w:val="0"/>
        <w:widowControl w:val="1"/>
      </w:pPr>
      <w:r>
        <w:rPr>
          <w:b w:val="0"/>
          <w:i w:val="0"/>
          <w:rFonts w:ascii="Calibri" w:hAnsi="Calibri" w:eastAsia="Calibri" w:cs="Calibri"/>
          <w:sz w:val="21"/>
          <w:szCs w:val="21"/>
          <w:color w:val="202124"/>
        </w:rPr>
        <w:t>Det var nyttig som provokasjon, men for totaliserende som modell.</w:t>
      </w:r>
    </w:p>
    <w:p>
      <w:pPr>
        <w:spacing w:before="0" w:after="100" w:line="278" w:lineRule="auto"/>
        <w:keepNext w:val="0"/>
        <w:keepLines w:val="0"/>
        <w:widowControl w:val="1"/>
      </w:pPr>
      <w:r>
        <w:rPr>
          <w:b w:val="0"/>
          <w:i w:val="0"/>
          <w:rFonts w:ascii="Calibri" w:hAnsi="Calibri" w:eastAsia="Calibri" w:cs="Calibri"/>
          <w:sz w:val="21"/>
          <w:szCs w:val="21"/>
          <w:color w:val="202124"/>
        </w:rPr>
        <w:t>«Kontroll» smyger inn forestillingen om at historisk endring har et tydelig styrende sentrum. Det får praksiser, teknologier, markeder og institusjoner til å ligne aktører med ratt i hendene.</w:t>
      </w:r>
    </w:p>
    <w:p>
      <w:pPr>
        <w:spacing w:before="0" w:after="100" w:line="278" w:lineRule="auto"/>
        <w:keepNext w:val="0"/>
        <w:keepLines w:val="0"/>
        <w:widowControl w:val="1"/>
      </w:pPr>
      <w:r>
        <w:rPr>
          <w:b w:val="0"/>
          <w:i w:val="0"/>
          <w:rFonts w:ascii="Calibri" w:hAnsi="Calibri" w:eastAsia="Calibri" w:cs="Calibri"/>
          <w:sz w:val="21"/>
          <w:szCs w:val="21"/>
          <w:color w:val="202124"/>
        </w:rPr>
        <w:t>Det er ofte feil.</w:t>
      </w:r>
    </w:p>
    <w:p>
      <w:pPr>
        <w:spacing w:before="0" w:after="100" w:line="278" w:lineRule="auto"/>
        <w:keepNext w:val="0"/>
        <w:keepLines w:val="0"/>
        <w:widowControl w:val="1"/>
      </w:pPr>
      <w:r>
        <w:rPr>
          <w:b w:val="0"/>
          <w:i w:val="0"/>
          <w:rFonts w:ascii="Calibri" w:hAnsi="Calibri" w:eastAsia="Calibri" w:cs="Calibri"/>
          <w:sz w:val="21"/>
          <w:szCs w:val="21"/>
          <w:color w:val="202124"/>
        </w:rPr>
        <w:t>Et opptaksmedium «kontrollerer» ikke utviklingen.</w:t>
      </w:r>
    </w:p>
    <w:p>
      <w:pPr>
        <w:spacing w:before="0" w:after="100" w:line="278" w:lineRule="auto"/>
        <w:keepNext w:val="0"/>
        <w:keepLines w:val="0"/>
        <w:widowControl w:val="1"/>
      </w:pPr>
      <w:r>
        <w:rPr>
          <w:b w:val="0"/>
          <w:i w:val="0"/>
          <w:rFonts w:ascii="Calibri" w:hAnsi="Calibri" w:eastAsia="Calibri" w:cs="Calibri"/>
          <w:sz w:val="21"/>
          <w:szCs w:val="21"/>
          <w:color w:val="202124"/>
        </w:rPr>
        <w:t>En sjanger «kontrollerer» ikke sine egne grenser.</w:t>
      </w:r>
    </w:p>
    <w:p>
      <w:pPr>
        <w:spacing w:before="0" w:after="100" w:line="278" w:lineRule="auto"/>
        <w:keepNext w:val="0"/>
        <w:keepLines w:val="0"/>
        <w:widowControl w:val="1"/>
      </w:pPr>
      <w:r>
        <w:rPr>
          <w:b w:val="0"/>
          <w:i w:val="0"/>
          <w:rFonts w:ascii="Calibri" w:hAnsi="Calibri" w:eastAsia="Calibri" w:cs="Calibri"/>
          <w:sz w:val="21"/>
          <w:szCs w:val="21"/>
          <w:color w:val="202124"/>
        </w:rPr>
        <w:t>Et marked kontrollerer mye, men ikke alt det frembringer.</w:t>
      </w:r>
    </w:p>
    <w:p>
      <w:pPr>
        <w:spacing w:before="0" w:after="100" w:line="278" w:lineRule="auto"/>
        <w:keepNext w:val="0"/>
        <w:keepLines w:val="0"/>
        <w:widowControl w:val="1"/>
      </w:pPr>
      <w:r>
        <w:rPr>
          <w:b w:val="0"/>
          <w:i w:val="0"/>
          <w:rFonts w:ascii="Calibri" w:hAnsi="Calibri" w:eastAsia="Calibri" w:cs="Calibri"/>
          <w:sz w:val="21"/>
          <w:szCs w:val="21"/>
          <w:color w:val="202124"/>
        </w:rPr>
        <w:t>Og mennesker kan forsøke å styre utviklingen og likevel produsere konsekvenser de ikke ønsket.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Så jeg trekker tilbake </w:t>
      </w:r>
      <w:r>
        <w:rPr>
          <w:b/>
          <w:i w:val="0"/>
          <w:rFonts w:ascii="Calibri" w:hAnsi="Calibri" w:eastAsia="Calibri" w:cs="Calibri"/>
          <w:sz w:val="21"/>
          <w:szCs w:val="21"/>
          <w:color w:val="202124"/>
        </w:rPr>
        <w:t>kontroll</w:t>
      </w:r>
      <w:r>
        <w:rPr>
          <w:b w:val="0"/>
          <w:i w:val="0"/>
          <w:rFonts w:ascii="Calibri" w:hAnsi="Calibri" w:eastAsia="Calibri" w:cs="Calibri"/>
          <w:sz w:val="21"/>
          <w:szCs w:val="21"/>
          <w:color w:val="202124"/>
        </w:rPr>
        <w:t xml:space="preserve"> som det mest grunnleggende verbet.</w:t>
      </w:r>
    </w:p>
    <w:p>
      <w:pPr>
        <w:spacing w:before="0" w:after="100" w:line="278" w:lineRule="auto"/>
        <w:keepNext w:val="0"/>
        <w:keepLines w:val="0"/>
        <w:widowControl w:val="1"/>
      </w:pPr>
      <w:r>
        <w:rPr>
          <w:b w:val="0"/>
          <w:i w:val="0"/>
          <w:rFonts w:ascii="Calibri" w:hAnsi="Calibri" w:eastAsia="Calibri" w:cs="Calibri"/>
          <w:sz w:val="21"/>
          <w:szCs w:val="21"/>
          <w:color w:val="202124"/>
        </w:rPr>
        <w:t>Det jeg heller ville spørre er:</w:t>
      </w:r>
    </w:p>
    <w:p>
      <w:pPr>
        <w:spacing w:before="0" w:after="100" w:line="278" w:lineRule="auto"/>
        <w:keepNext w:val="0"/>
        <w:keepLines w:val="0"/>
        <w:widowControl w:val="1"/>
      </w:pPr>
      <w:r>
        <w:rPr>
          <w:b/>
          <w:i w:val="0"/>
          <w:rFonts w:ascii="Calibri" w:hAnsi="Calibri" w:eastAsia="Calibri" w:cs="Calibri"/>
          <w:sz w:val="21"/>
          <w:szCs w:val="21"/>
          <w:color w:val="202124"/>
        </w:rPr>
        <w:t>WHAT CONFIGURATION MAKES A PARTICULAR MUSICAL CHANGE POSSIBLE, LIKELY, LEGIBLE OR VALUABLE?</w:t>
      </w:r>
    </w:p>
    <w:p>
      <w:pPr>
        <w:spacing w:before="0" w:after="100" w:line="278" w:lineRule="auto"/>
        <w:keepNext w:val="0"/>
        <w:keepLines w:val="0"/>
        <w:widowControl w:val="1"/>
      </w:pPr>
      <w:r>
        <w:rPr>
          <w:b w:val="0"/>
          <w:i w:val="0"/>
          <w:rFonts w:ascii="Calibri" w:hAnsi="Calibri" w:eastAsia="Calibri" w:cs="Calibri"/>
          <w:sz w:val="21"/>
          <w:szCs w:val="21"/>
          <w:color w:val="202124"/>
        </w:rPr>
        <w:t>Det er mindre elegant.</w:t>
      </w:r>
    </w:p>
    <w:p>
      <w:pPr>
        <w:spacing w:before="0" w:after="100" w:line="278" w:lineRule="auto"/>
        <w:keepNext w:val="0"/>
        <w:keepLines w:val="0"/>
        <w:widowControl w:val="1"/>
      </w:pPr>
      <w:r>
        <w:rPr>
          <w:b w:val="0"/>
          <w:i w:val="0"/>
          <w:rFonts w:ascii="Calibri" w:hAnsi="Calibri" w:eastAsia="Calibri" w:cs="Calibri"/>
          <w:sz w:val="21"/>
          <w:szCs w:val="21"/>
          <w:color w:val="202124"/>
        </w:rPr>
        <w:t>Men bedre.</w:t>
      </w:r>
    </w:p>
    <w:p>
      <w:pPr>
        <w:spacing w:before="0" w:after="100" w:line="278" w:lineRule="auto"/>
        <w:keepNext w:val="0"/>
        <w:keepLines w:val="0"/>
        <w:widowControl w:val="1"/>
      </w:pPr>
      <w:r>
        <w:rPr>
          <w:b w:val="0"/>
          <w:i w:val="0"/>
          <w:rFonts w:ascii="Calibri" w:hAnsi="Calibri" w:eastAsia="Calibri" w:cs="Calibri"/>
          <w:sz w:val="21"/>
          <w:szCs w:val="21"/>
          <w:color w:val="202124"/>
        </w:rPr>
        <w:t>Historisk endring krever da ikke én kontrollør.</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Den krever en </w:t>
      </w:r>
      <w:r>
        <w:rPr>
          <w:b/>
          <w:i w:val="0"/>
          <w:rFonts w:ascii="Calibri" w:hAnsi="Calibri" w:eastAsia="Calibri" w:cs="Calibri"/>
          <w:sz w:val="21"/>
          <w:szCs w:val="21"/>
          <w:color w:val="202124"/>
        </w:rPr>
        <w:t>konfigurasjon av betingelser</w:t>
      </w:r>
      <w:r>
        <w:rPr>
          <w:b w:val="0"/>
          <w:i w:val="0"/>
          <w:rFonts w:ascii="Calibri" w:hAnsi="Calibri" w:eastAsia="Calibri" w:cs="Calibri"/>
          <w:sz w:val="21"/>
          <w:szCs w:val="21"/>
          <w:color w:val="202124"/>
        </w:rPr>
        <w:t>.</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Finnes det en minste enhet?</w:t>
      </w:r>
    </w:p>
    <w:p>
      <w:pPr>
        <w:spacing w:before="0" w:after="100" w:line="278" w:lineRule="auto"/>
        <w:keepNext w:val="0"/>
        <w:keepLines w:val="0"/>
        <w:widowControl w:val="1"/>
      </w:pPr>
      <w:r>
        <w:rPr>
          <w:b w:val="0"/>
          <w:i w:val="0"/>
          <w:rFonts w:ascii="Calibri" w:hAnsi="Calibri" w:eastAsia="Calibri" w:cs="Calibri"/>
          <w:sz w:val="21"/>
          <w:szCs w:val="21"/>
          <w:color w:val="202124"/>
        </w:rPr>
        <w:t>Jeg tror svaret mitt er:</w:t>
      </w:r>
    </w:p>
    <w:p>
      <w:pPr>
        <w:spacing w:before="0" w:after="100" w:line="278" w:lineRule="auto"/>
        <w:keepNext w:val="0"/>
        <w:keepLines w:val="0"/>
        <w:widowControl w:val="1"/>
      </w:pPr>
      <w:r>
        <w:rPr>
          <w:b/>
          <w:i w:val="0"/>
          <w:rFonts w:ascii="Calibri" w:hAnsi="Calibri" w:eastAsia="Calibri" w:cs="Calibri"/>
          <w:sz w:val="21"/>
          <w:szCs w:val="21"/>
          <w:color w:val="202124"/>
        </w:rPr>
        <w:t>Nei, ikke én universell minste enhet.</w:t>
      </w:r>
    </w:p>
    <w:p>
      <w:pPr>
        <w:spacing w:before="0" w:after="100" w:line="278" w:lineRule="auto"/>
        <w:keepNext w:val="0"/>
        <w:keepLines w:val="0"/>
        <w:widowControl w:val="1"/>
      </w:pPr>
      <w:r>
        <w:rPr>
          <w:b w:val="0"/>
          <w:i w:val="0"/>
          <w:rFonts w:ascii="Calibri" w:hAnsi="Calibri" w:eastAsia="Calibri" w:cs="Calibri"/>
          <w:sz w:val="21"/>
          <w:szCs w:val="21"/>
          <w:color w:val="202124"/>
        </w:rPr>
        <w:t>Og jeg vil være forsiktig med uttrykket «kausaliteten er alltid relasjonell», fordi du helt riktig ser faren:</w:t>
      </w:r>
    </w:p>
    <w:p>
      <w:pPr>
        <w:spacing w:before="0" w:after="100" w:line="278" w:lineRule="auto"/>
        <w:keepNext w:val="0"/>
        <w:keepLines w:val="0"/>
        <w:widowControl w:val="1"/>
      </w:pPr>
      <w:r>
        <w:rPr>
          <w:b/>
          <w:i w:val="0"/>
          <w:rFonts w:ascii="Calibri" w:hAnsi="Calibri" w:eastAsia="Calibri" w:cs="Calibri"/>
          <w:sz w:val="21"/>
          <w:szCs w:val="21"/>
          <w:color w:val="202124"/>
        </w:rPr>
        <w:t xml:space="preserve">RELATIONALITY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CAN BECOME  </w:t>
      </w:r>
      <w:r>
        <w:rPr>
          <w:rFonts w:ascii="Calibri" w:hAnsi="Calibri" w:eastAsia="Calibri" w:cs="Calibri"/>
          <w:sz w:val="21"/>
          <w:szCs w:val="21"/>
          <w:color w:val="202124"/>
        </w:rPr>
        <w:br/>
      </w:r>
      <w:r>
        <w:rPr>
          <w:b/>
          <w:i w:val="0"/>
          <w:rFonts w:ascii="Calibri" w:hAnsi="Calibri" w:eastAsia="Calibri" w:cs="Calibri"/>
          <w:sz w:val="21"/>
          <w:szCs w:val="21"/>
          <w:color w:val="202124"/>
        </w:rPr>
        <w:t>EVERYTHING_AFFECTS_EVERYTHING</w:t>
      </w:r>
    </w:p>
    <w:p>
      <w:pPr>
        <w:spacing w:before="0" w:after="100" w:line="278" w:lineRule="auto"/>
        <w:keepNext w:val="0"/>
        <w:keepLines w:val="0"/>
        <w:widowControl w:val="1"/>
      </w:pPr>
      <w:r>
        <w:rPr>
          <w:b w:val="0"/>
          <w:i w:val="0"/>
          <w:rFonts w:ascii="Calibri" w:hAnsi="Calibri" w:eastAsia="Calibri" w:cs="Calibri"/>
          <w:sz w:val="21"/>
          <w:szCs w:val="21"/>
          <w:color w:val="202124"/>
        </w:rPr>
        <w:t>og da har vi ikke forklart noe.</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Så hvis vi skal bruke relasjonell kausalitet, må relasjonene være </w:t>
      </w:r>
      <w:r>
        <w:rPr>
          <w:b/>
          <w:i w:val="0"/>
          <w:rFonts w:ascii="Calibri" w:hAnsi="Calibri" w:eastAsia="Calibri" w:cs="Calibri"/>
          <w:sz w:val="21"/>
          <w:szCs w:val="21"/>
          <w:color w:val="202124"/>
        </w:rPr>
        <w:t>spesifiserte</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Ikke:</w:t>
      </w:r>
    </w:p>
    <w:p>
      <w:pPr>
        <w:spacing w:before="0" w:after="100" w:line="278" w:lineRule="auto"/>
        <w:keepNext w:val="0"/>
        <w:keepLines w:val="0"/>
        <w:widowControl w:val="1"/>
      </w:pPr>
      <w:r>
        <w:rPr>
          <w:b w:val="0"/>
          <w:i w:val="0"/>
          <w:rFonts w:ascii="Calibri" w:hAnsi="Calibri" w:eastAsia="Calibri" w:cs="Calibri"/>
          <w:sz w:val="21"/>
          <w:szCs w:val="21"/>
          <w:color w:val="202124"/>
        </w:rPr>
        <w:t>«Jazz oppstod gjennom et nettverk av sosiale, teknologiske og kulturelle faktorer.»</w:t>
      </w:r>
    </w:p>
    <w:p>
      <w:pPr>
        <w:spacing w:before="0" w:after="100" w:line="278" w:lineRule="auto"/>
        <w:keepNext w:val="0"/>
        <w:keepLines w:val="0"/>
        <w:widowControl w:val="1"/>
      </w:pPr>
      <w:r>
        <w:rPr>
          <w:b w:val="0"/>
          <w:i w:val="0"/>
          <w:rFonts w:ascii="Calibri" w:hAnsi="Calibri" w:eastAsia="Calibri" w:cs="Calibri"/>
          <w:sz w:val="21"/>
          <w:szCs w:val="21"/>
          <w:color w:val="202124"/>
        </w:rPr>
        <w:t>Det er nesten informasjonsløst.</w:t>
      </w:r>
    </w:p>
    <w:p>
      <w:pPr>
        <w:spacing w:before="0" w:after="100" w:line="278" w:lineRule="auto"/>
        <w:keepNext w:val="0"/>
        <w:keepLines w:val="0"/>
        <w:widowControl w:val="1"/>
      </w:pPr>
      <w:r>
        <w:rPr>
          <w:b w:val="0"/>
          <w:i w:val="0"/>
          <w:rFonts w:ascii="Calibri" w:hAnsi="Calibri" w:eastAsia="Calibri" w:cs="Calibri"/>
          <w:sz w:val="21"/>
          <w:szCs w:val="21"/>
          <w:color w:val="202124"/>
        </w:rPr>
        <w:t>Men:</w:t>
      </w:r>
    </w:p>
    <w:p>
      <w:pPr>
        <w:spacing w:before="0" w:after="100" w:line="278" w:lineRule="auto"/>
        <w:keepNext w:val="0"/>
        <w:keepLines w:val="0"/>
        <w:widowControl w:val="1"/>
      </w:pPr>
      <w:r>
        <w:rPr>
          <w:b w:val="0"/>
          <w:i w:val="0"/>
          <w:rFonts w:ascii="Calibri" w:hAnsi="Calibri" w:eastAsia="Calibri" w:cs="Calibri"/>
          <w:sz w:val="21"/>
          <w:szCs w:val="21"/>
          <w:color w:val="202124"/>
        </w:rPr>
        <w:t>Denne bestemte teknologien gjorde en bestemt praksis mulig.</w:t>
      </w:r>
    </w:p>
    <w:p>
      <w:pPr>
        <w:spacing w:before="0" w:after="100" w:line="278" w:lineRule="auto"/>
        <w:keepNext w:val="0"/>
        <w:keepLines w:val="0"/>
        <w:widowControl w:val="1"/>
      </w:pPr>
      <w:r>
        <w:rPr>
          <w:b w:val="0"/>
          <w:i w:val="0"/>
          <w:rFonts w:ascii="Calibri" w:hAnsi="Calibri" w:eastAsia="Calibri" w:cs="Calibri"/>
          <w:sz w:val="21"/>
          <w:szCs w:val="21"/>
          <w:color w:val="202124"/>
        </w:rPr>
        <w:t>Denne institusjonen ga enkelte utøvere adgang og andre ikke.</w:t>
      </w:r>
    </w:p>
    <w:p>
      <w:pPr>
        <w:spacing w:before="0" w:after="100" w:line="278" w:lineRule="auto"/>
        <w:keepNext w:val="0"/>
        <w:keepLines w:val="0"/>
        <w:widowControl w:val="1"/>
      </w:pPr>
      <w:r>
        <w:rPr>
          <w:b w:val="0"/>
          <w:i w:val="0"/>
          <w:rFonts w:ascii="Calibri" w:hAnsi="Calibri" w:eastAsia="Calibri" w:cs="Calibri"/>
          <w:sz w:val="21"/>
          <w:szCs w:val="21"/>
          <w:color w:val="202124"/>
        </w:rPr>
        <w:t>Denne migrasjonen samlet bestemte mennesker i bestemte byrom.</w:t>
      </w:r>
    </w:p>
    <w:p>
      <w:pPr>
        <w:spacing w:before="0" w:after="100" w:line="278" w:lineRule="auto"/>
        <w:keepNext w:val="0"/>
        <w:keepLines w:val="0"/>
        <w:widowControl w:val="1"/>
      </w:pPr>
      <w:r>
        <w:rPr>
          <w:b w:val="0"/>
          <w:i w:val="0"/>
          <w:rFonts w:ascii="Calibri" w:hAnsi="Calibri" w:eastAsia="Calibri" w:cs="Calibri"/>
          <w:sz w:val="21"/>
          <w:szCs w:val="21"/>
          <w:color w:val="202124"/>
        </w:rPr>
        <w:t>Denne markedsstrukturen gjorde én type lyd lønnsom.</w:t>
      </w:r>
    </w:p>
    <w:p>
      <w:pPr>
        <w:spacing w:before="0" w:after="100" w:line="278" w:lineRule="auto"/>
        <w:keepNext w:val="0"/>
        <w:keepLines w:val="0"/>
        <w:widowControl w:val="1"/>
      </w:pPr>
      <w:r>
        <w:rPr>
          <w:b w:val="0"/>
          <w:i w:val="0"/>
          <w:rFonts w:ascii="Calibri" w:hAnsi="Calibri" w:eastAsia="Calibri" w:cs="Calibri"/>
          <w:sz w:val="21"/>
          <w:szCs w:val="21"/>
          <w:color w:val="202124"/>
        </w:rPr>
        <w:t>Denne lovgivningen begrenset en annen.</w:t>
      </w:r>
    </w:p>
    <w:p>
      <w:pPr>
        <w:spacing w:before="0" w:after="100" w:line="278" w:lineRule="auto"/>
        <w:keepNext w:val="0"/>
        <w:keepLines w:val="0"/>
        <w:widowControl w:val="1"/>
      </w:pPr>
      <w:r>
        <w:rPr>
          <w:b w:val="0"/>
          <w:i w:val="0"/>
          <w:rFonts w:ascii="Calibri" w:hAnsi="Calibri" w:eastAsia="Calibri" w:cs="Calibri"/>
          <w:sz w:val="21"/>
          <w:szCs w:val="21"/>
          <w:color w:val="202124"/>
        </w:rPr>
        <w:t>Denne praksisen ble lært kroppslig mellom bestemte miljøer.</w:t>
      </w:r>
    </w:p>
    <w:p>
      <w:pPr>
        <w:spacing w:before="0" w:after="100" w:line="278" w:lineRule="auto"/>
        <w:keepNext w:val="0"/>
        <w:keepLines w:val="0"/>
        <w:widowControl w:val="1"/>
      </w:pPr>
      <w:r>
        <w:rPr>
          <w:b w:val="0"/>
          <w:i w:val="0"/>
          <w:rFonts w:ascii="Calibri" w:hAnsi="Calibri" w:eastAsia="Calibri" w:cs="Calibri"/>
          <w:sz w:val="21"/>
          <w:szCs w:val="21"/>
          <w:color w:val="202124"/>
        </w:rPr>
        <w:t>Da begynner nettverk å forklare.</w:t>
      </w:r>
    </w:p>
    <w:p>
      <w:pPr>
        <w:spacing w:before="0" w:after="100" w:line="278" w:lineRule="auto"/>
        <w:keepNext w:val="0"/>
        <w:keepLines w:val="0"/>
        <w:widowControl w:val="1"/>
      </w:pPr>
      <w:r>
        <w:rPr>
          <w:b w:val="0"/>
          <w:i w:val="0"/>
          <w:rFonts w:ascii="Calibri" w:hAnsi="Calibri" w:eastAsia="Calibri" w:cs="Calibri"/>
          <w:sz w:val="21"/>
          <w:szCs w:val="21"/>
          <w:color w:val="202124"/>
        </w:rPr>
        <w:t>Så kanskje:</w:t>
      </w:r>
    </w:p>
    <w:p>
      <w:pPr>
        <w:spacing w:before="0" w:after="100" w:line="278" w:lineRule="auto"/>
        <w:keepNext w:val="0"/>
        <w:keepLines w:val="0"/>
        <w:widowControl w:val="1"/>
      </w:pPr>
      <w:r>
        <w:rPr>
          <w:b/>
          <w:i w:val="0"/>
          <w:rFonts w:ascii="Calibri" w:hAnsi="Calibri" w:eastAsia="Calibri" w:cs="Calibri"/>
          <w:sz w:val="21"/>
          <w:szCs w:val="21"/>
          <w:color w:val="202124"/>
        </w:rPr>
        <w:t>NETWORK_IS_NOT_AN_EXPLANATION</w:t>
      </w:r>
    </w:p>
    <w:p>
      <w:pPr>
        <w:spacing w:before="0" w:after="100" w:line="278" w:lineRule="auto"/>
        <w:keepNext w:val="0"/>
        <w:keepLines w:val="0"/>
        <w:widowControl w:val="1"/>
      </w:pPr>
      <w:r>
        <w:rPr>
          <w:b w:val="0"/>
          <w:i w:val="0"/>
          <w:rFonts w:ascii="Calibri" w:hAnsi="Calibri" w:eastAsia="Calibri" w:cs="Calibri"/>
          <w:sz w:val="21"/>
          <w:szCs w:val="21"/>
          <w:color w:val="202124"/>
        </w:rPr>
        <w:t>før vi kan svare på:</w:t>
      </w:r>
    </w:p>
    <w:p>
      <w:pPr>
        <w:spacing w:before="0" w:after="100" w:line="278" w:lineRule="auto"/>
        <w:keepNext w:val="0"/>
        <w:keepLines w:val="0"/>
        <w:widowControl w:val="1"/>
      </w:pPr>
      <w:r>
        <w:rPr>
          <w:b/>
          <w:i w:val="0"/>
          <w:rFonts w:ascii="Calibri" w:hAnsi="Calibri" w:eastAsia="Calibri" w:cs="Calibri"/>
          <w:sz w:val="21"/>
          <w:szCs w:val="21"/>
          <w:color w:val="202124"/>
        </w:rPr>
        <w:t xml:space="preserve">WHICH_RELATIONS?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BETWEEN_WHAT?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WITH_WHAT_DIRECTION?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WITH_WHAT_ASYMMETRY?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UNDER_WHAT_CONSTRAINT?  </w:t>
      </w:r>
      <w:r>
        <w:rPr>
          <w:rFonts w:ascii="Calibri" w:hAnsi="Calibri" w:eastAsia="Calibri" w:cs="Calibri"/>
          <w:sz w:val="21"/>
          <w:szCs w:val="21"/>
          <w:color w:val="202124"/>
        </w:rPr>
        <w:br/>
      </w:r>
      <w:r>
        <w:rPr>
          <w:b/>
          <w:i w:val="0"/>
          <w:rFonts w:ascii="Calibri" w:hAnsi="Calibri" w:eastAsia="Calibri" w:cs="Calibri"/>
          <w:sz w:val="21"/>
          <w:szCs w:val="21"/>
          <w:color w:val="202124"/>
        </w:rPr>
        <w:t>AT_WHAT_SCALE?</w:t>
      </w:r>
    </w:p>
    <w:p>
      <w:pPr>
        <w:spacing w:before="0" w:after="100" w:line="278" w:lineRule="auto"/>
        <w:keepNext w:val="0"/>
        <w:keepLines w:val="0"/>
        <w:widowControl w:val="1"/>
      </w:pPr>
      <w:r>
        <w:rPr>
          <w:b w:val="0"/>
          <w:i w:val="0"/>
          <w:rFonts w:ascii="Calibri" w:hAnsi="Calibri" w:eastAsia="Calibri" w:cs="Calibri"/>
          <w:sz w:val="21"/>
          <w:szCs w:val="21"/>
          <w:color w:val="202124"/>
        </w:rPr>
        <w:t>Det er der jeg lander.</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Men jeg tror likevel vi trenger analytiske enheter</w:t>
      </w:r>
    </w:p>
    <w:p>
      <w:pPr>
        <w:spacing w:before="0" w:after="100" w:line="278" w:lineRule="auto"/>
        <w:keepNext w:val="0"/>
        <w:keepLines w:val="0"/>
        <w:widowControl w:val="1"/>
      </w:pPr>
      <w:r>
        <w:rPr>
          <w:b w:val="0"/>
          <w:i w:val="0"/>
          <w:rFonts w:ascii="Calibri" w:hAnsi="Calibri" w:eastAsia="Calibri" w:cs="Calibri"/>
          <w:sz w:val="21"/>
          <w:szCs w:val="21"/>
          <w:color w:val="202124"/>
        </w:rPr>
        <w:t>Jeg vil ikke gå helt over til «alt er relasjon».</w:t>
      </w:r>
    </w:p>
    <w:p>
      <w:pPr>
        <w:spacing w:before="0" w:after="100" w:line="278" w:lineRule="auto"/>
        <w:keepNext w:val="0"/>
        <w:keepLines w:val="0"/>
        <w:widowControl w:val="1"/>
      </w:pPr>
      <w:r>
        <w:rPr>
          <w:b w:val="0"/>
          <w:i w:val="0"/>
          <w:rFonts w:ascii="Calibri" w:hAnsi="Calibri" w:eastAsia="Calibri" w:cs="Calibri"/>
          <w:sz w:val="21"/>
          <w:szCs w:val="21"/>
          <w:color w:val="202124"/>
        </w:rPr>
        <w:t>For da forsvinner aktørene og strukturene vi faktisk trenger å holde fast ved.</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Jeg tror vi trenger flere </w:t>
      </w:r>
      <w:r>
        <w:rPr>
          <w:b/>
          <w:i w:val="0"/>
          <w:rFonts w:ascii="Calibri" w:hAnsi="Calibri" w:eastAsia="Calibri" w:cs="Calibri"/>
          <w:sz w:val="21"/>
          <w:szCs w:val="21"/>
          <w:color w:val="202124"/>
        </w:rPr>
        <w:t>midlertidige analyseenheter</w:t>
      </w:r>
      <w:r>
        <w:rPr>
          <w:b w:val="0"/>
          <w:i w:val="0"/>
          <w:rFonts w:ascii="Calibri" w:hAnsi="Calibri" w:eastAsia="Calibri" w:cs="Calibri"/>
          <w:sz w:val="21"/>
          <w:szCs w:val="21"/>
          <w:color w:val="202124"/>
        </w:rPr>
        <w:t>, avhengig av spørsmålet.</w:t>
      </w:r>
    </w:p>
    <w:p>
      <w:pPr>
        <w:spacing w:before="0" w:after="100" w:line="278" w:lineRule="auto"/>
        <w:keepNext w:val="0"/>
        <w:keepLines w:val="0"/>
        <w:widowControl w:val="1"/>
      </w:pPr>
      <w:r>
        <w:rPr>
          <w:b w:val="0"/>
          <w:i w:val="0"/>
          <w:rFonts w:ascii="Calibri" w:hAnsi="Calibri" w:eastAsia="Calibri" w:cs="Calibri"/>
          <w:sz w:val="21"/>
          <w:szCs w:val="21"/>
          <w:color w:val="202124"/>
        </w:rPr>
        <w:t>Hvis jeg spør hvordan en bestemt ornamentikk overføres:</w:t>
      </w:r>
    </w:p>
    <w:p>
      <w:pPr>
        <w:spacing w:before="0" w:after="100" w:line="278" w:lineRule="auto"/>
        <w:keepNext w:val="0"/>
        <w:keepLines w:val="0"/>
        <w:widowControl w:val="1"/>
      </w:pPr>
      <w:r>
        <w:rPr>
          <w:b/>
          <w:i w:val="0"/>
          <w:rFonts w:ascii="Calibri" w:hAnsi="Calibri" w:eastAsia="Calibri" w:cs="Calibri"/>
          <w:sz w:val="21"/>
          <w:szCs w:val="21"/>
          <w:color w:val="202124"/>
        </w:rPr>
        <w:t>praksisen</w:t>
      </w:r>
      <w:r>
        <w:rPr>
          <w:b w:val="0"/>
          <w:i w:val="0"/>
          <w:rFonts w:ascii="Calibri" w:hAnsi="Calibri" w:eastAsia="Calibri" w:cs="Calibri"/>
          <w:sz w:val="21"/>
          <w:szCs w:val="21"/>
          <w:color w:val="202124"/>
        </w:rPr>
        <w:t xml:space="preserve"> eller </w:t>
      </w:r>
      <w:r>
        <w:rPr>
          <w:b/>
          <w:i w:val="0"/>
          <w:rFonts w:ascii="Calibri" w:hAnsi="Calibri" w:eastAsia="Calibri" w:cs="Calibri"/>
          <w:sz w:val="21"/>
          <w:szCs w:val="21"/>
          <w:color w:val="202124"/>
        </w:rPr>
        <w:t>lærer–elev-relasjonen</w:t>
      </w:r>
      <w:r>
        <w:rPr>
          <w:b w:val="0"/>
          <w:i w:val="0"/>
          <w:rFonts w:ascii="Calibri" w:hAnsi="Calibri" w:eastAsia="Calibri" w:cs="Calibri"/>
          <w:sz w:val="21"/>
          <w:szCs w:val="21"/>
          <w:color w:val="202124"/>
        </w:rPr>
        <w:t xml:space="preserve"> kan være riktig enhet.</w:t>
      </w:r>
    </w:p>
    <w:p>
      <w:pPr>
        <w:spacing w:before="0" w:after="100" w:line="278" w:lineRule="auto"/>
        <w:keepNext w:val="0"/>
        <w:keepLines w:val="0"/>
        <w:widowControl w:val="1"/>
      </w:pPr>
      <w:r>
        <w:rPr>
          <w:b w:val="0"/>
          <w:i w:val="0"/>
          <w:rFonts w:ascii="Calibri" w:hAnsi="Calibri" w:eastAsia="Calibri" w:cs="Calibri"/>
          <w:sz w:val="21"/>
          <w:szCs w:val="21"/>
          <w:color w:val="202124"/>
        </w:rPr>
        <w:t>Hvis jeg spør hvorfor et bestemt repertoar ble kanonisert:</w:t>
      </w:r>
    </w:p>
    <w:p>
      <w:pPr>
        <w:spacing w:before="0" w:after="100" w:line="278" w:lineRule="auto"/>
        <w:keepNext w:val="0"/>
        <w:keepLines w:val="0"/>
        <w:widowControl w:val="1"/>
      </w:pPr>
      <w:r>
        <w:rPr>
          <w:b/>
          <w:i w:val="0"/>
          <w:rFonts w:ascii="Calibri" w:hAnsi="Calibri" w:eastAsia="Calibri" w:cs="Calibri"/>
          <w:sz w:val="21"/>
          <w:szCs w:val="21"/>
          <w:color w:val="202124"/>
        </w:rPr>
        <w:t>institusjonen</w:t>
      </w:r>
      <w:r>
        <w:rPr>
          <w:b w:val="0"/>
          <w:i w:val="0"/>
          <w:rFonts w:ascii="Calibri" w:hAnsi="Calibri" w:eastAsia="Calibri" w:cs="Calibri"/>
          <w:sz w:val="21"/>
          <w:szCs w:val="21"/>
          <w:color w:val="202124"/>
        </w:rPr>
        <w:t xml:space="preserve"> kan være bedre.</w:t>
      </w:r>
    </w:p>
    <w:p>
      <w:pPr>
        <w:spacing w:before="0" w:after="100" w:line="278" w:lineRule="auto"/>
        <w:keepNext w:val="0"/>
        <w:keepLines w:val="0"/>
        <w:widowControl w:val="1"/>
      </w:pPr>
      <w:r>
        <w:rPr>
          <w:b w:val="0"/>
          <w:i w:val="0"/>
          <w:rFonts w:ascii="Calibri" w:hAnsi="Calibri" w:eastAsia="Calibri" w:cs="Calibri"/>
          <w:sz w:val="21"/>
          <w:szCs w:val="21"/>
          <w:color w:val="202124"/>
        </w:rPr>
        <w:t>Hvis jeg spør hvordan musikkens ontologi endres:</w:t>
      </w:r>
    </w:p>
    <w:p>
      <w:pPr>
        <w:spacing w:before="0" w:after="100" w:line="278" w:lineRule="auto"/>
        <w:keepNext w:val="0"/>
        <w:keepLines w:val="0"/>
        <w:widowControl w:val="1"/>
      </w:pPr>
      <w:r>
        <w:rPr>
          <w:b/>
          <w:i w:val="0"/>
          <w:rFonts w:ascii="Calibri" w:hAnsi="Calibri" w:eastAsia="Calibri" w:cs="Calibri"/>
          <w:sz w:val="21"/>
          <w:szCs w:val="21"/>
          <w:color w:val="202124"/>
        </w:rPr>
        <w:t>mediet</w:t>
      </w:r>
      <w:r>
        <w:rPr>
          <w:b w:val="0"/>
          <w:i w:val="0"/>
          <w:rFonts w:ascii="Calibri" w:hAnsi="Calibri" w:eastAsia="Calibri" w:cs="Calibri"/>
          <w:sz w:val="21"/>
          <w:szCs w:val="21"/>
          <w:color w:val="202124"/>
        </w:rPr>
        <w:t xml:space="preserve"> kan være avgjørende.</w:t>
      </w:r>
    </w:p>
    <w:p>
      <w:pPr>
        <w:spacing w:before="0" w:after="100" w:line="278" w:lineRule="auto"/>
        <w:keepNext w:val="0"/>
        <w:keepLines w:val="0"/>
        <w:widowControl w:val="1"/>
      </w:pPr>
      <w:r>
        <w:rPr>
          <w:b w:val="0"/>
          <w:i w:val="0"/>
          <w:rFonts w:ascii="Calibri" w:hAnsi="Calibri" w:eastAsia="Calibri" w:cs="Calibri"/>
          <w:sz w:val="21"/>
          <w:szCs w:val="21"/>
          <w:color w:val="202124"/>
        </w:rPr>
        <w:t>Hvis jeg spør hvorfor en sjanger oppstod akkurat et sted og et tidspunkt:</w:t>
      </w:r>
    </w:p>
    <w:p>
      <w:pPr>
        <w:spacing w:before="0" w:after="100" w:line="278" w:lineRule="auto"/>
        <w:keepNext w:val="0"/>
        <w:keepLines w:val="0"/>
        <w:widowControl w:val="1"/>
      </w:pPr>
      <w:r>
        <w:rPr>
          <w:b/>
          <w:i w:val="0"/>
          <w:rFonts w:ascii="Calibri" w:hAnsi="Calibri" w:eastAsia="Calibri" w:cs="Calibri"/>
          <w:sz w:val="21"/>
          <w:szCs w:val="21"/>
          <w:color w:val="202124"/>
        </w:rPr>
        <w:t>miljøet</w:t>
      </w:r>
      <w:r>
        <w:rPr>
          <w:b w:val="0"/>
          <w:i w:val="0"/>
          <w:rFonts w:ascii="Calibri" w:hAnsi="Calibri" w:eastAsia="Calibri" w:cs="Calibri"/>
          <w:sz w:val="21"/>
          <w:szCs w:val="21"/>
          <w:color w:val="202124"/>
        </w:rPr>
        <w:t xml:space="preserve">, </w:t>
      </w:r>
      <w:r>
        <w:rPr>
          <w:b/>
          <w:i w:val="0"/>
          <w:rFonts w:ascii="Calibri" w:hAnsi="Calibri" w:eastAsia="Calibri" w:cs="Calibri"/>
          <w:sz w:val="21"/>
          <w:szCs w:val="21"/>
          <w:color w:val="202124"/>
        </w:rPr>
        <w:t>konflikten</w:t>
      </w:r>
      <w:r>
        <w:rPr>
          <w:b w:val="0"/>
          <w:i w:val="0"/>
          <w:rFonts w:ascii="Calibri" w:hAnsi="Calibri" w:eastAsia="Calibri" w:cs="Calibri"/>
          <w:sz w:val="21"/>
          <w:szCs w:val="21"/>
          <w:color w:val="202124"/>
        </w:rPr>
        <w:t xml:space="preserve">, </w:t>
      </w:r>
      <w:r>
        <w:rPr>
          <w:b/>
          <w:i w:val="0"/>
          <w:rFonts w:ascii="Calibri" w:hAnsi="Calibri" w:eastAsia="Calibri" w:cs="Calibri"/>
          <w:sz w:val="21"/>
          <w:szCs w:val="21"/>
          <w:color w:val="202124"/>
        </w:rPr>
        <w:t>migrasjonen</w:t>
      </w:r>
      <w:r>
        <w:rPr>
          <w:b w:val="0"/>
          <w:i w:val="0"/>
          <w:rFonts w:ascii="Calibri" w:hAnsi="Calibri" w:eastAsia="Calibri" w:cs="Calibri"/>
          <w:sz w:val="21"/>
          <w:szCs w:val="21"/>
          <w:color w:val="202124"/>
        </w:rPr>
        <w:t xml:space="preserve"> og </w:t>
      </w:r>
      <w:r>
        <w:rPr>
          <w:b/>
          <w:i w:val="0"/>
          <w:rFonts w:ascii="Calibri" w:hAnsi="Calibri" w:eastAsia="Calibri" w:cs="Calibri"/>
          <w:sz w:val="21"/>
          <w:szCs w:val="21"/>
          <w:color w:val="202124"/>
        </w:rPr>
        <w:t>teknologien</w:t>
      </w:r>
      <w:r>
        <w:rPr>
          <w:b w:val="0"/>
          <w:i w:val="0"/>
          <w:rFonts w:ascii="Calibri" w:hAnsi="Calibri" w:eastAsia="Calibri" w:cs="Calibri"/>
          <w:sz w:val="21"/>
          <w:szCs w:val="21"/>
          <w:color w:val="202124"/>
        </w:rPr>
        <w:t xml:space="preserve"> kan måtte analyseres sammen.</w:t>
      </w:r>
    </w:p>
    <w:p>
      <w:pPr>
        <w:spacing w:before="0" w:after="100" w:line="278" w:lineRule="auto"/>
        <w:keepNext w:val="0"/>
        <w:keepLines w:val="0"/>
        <w:widowControl w:val="1"/>
      </w:pPr>
      <w:r>
        <w:rPr>
          <w:b w:val="0"/>
          <w:i w:val="0"/>
          <w:rFonts w:ascii="Calibri" w:hAnsi="Calibri" w:eastAsia="Calibri" w:cs="Calibri"/>
          <w:sz w:val="21"/>
          <w:szCs w:val="21"/>
          <w:color w:val="202124"/>
        </w:rPr>
        <w:t>Det betyr:</w:t>
      </w:r>
    </w:p>
    <w:p>
      <w:pPr>
        <w:spacing w:before="0" w:after="100" w:line="278" w:lineRule="auto"/>
        <w:keepNext w:val="0"/>
        <w:keepLines w:val="0"/>
        <w:widowControl w:val="1"/>
      </w:pPr>
      <w:r>
        <w:rPr>
          <w:b/>
          <w:i w:val="0"/>
          <w:rFonts w:ascii="Calibri" w:hAnsi="Calibri" w:eastAsia="Calibri" w:cs="Calibri"/>
          <w:sz w:val="21"/>
          <w:szCs w:val="21"/>
          <w:color w:val="202124"/>
        </w:rPr>
        <w:t>NO_SINGLE_MINIMUM_UNIT</w:t>
      </w:r>
    </w:p>
    <w:p>
      <w:pPr>
        <w:spacing w:before="0" w:after="100" w:line="278" w:lineRule="auto"/>
        <w:keepNext w:val="0"/>
        <w:keepLines w:val="0"/>
        <w:widowControl w:val="1"/>
      </w:pPr>
      <w:r>
        <w:rPr>
          <w:b w:val="0"/>
          <w:i w:val="0"/>
          <w:rFonts w:ascii="Calibri" w:hAnsi="Calibri" w:eastAsia="Calibri" w:cs="Calibri"/>
          <w:sz w:val="21"/>
          <w:szCs w:val="21"/>
          <w:color w:val="202124"/>
        </w:rPr>
        <w:t>men ikke:</w:t>
      </w:r>
    </w:p>
    <w:p>
      <w:pPr>
        <w:spacing w:before="0" w:after="100" w:line="278" w:lineRule="auto"/>
        <w:keepNext w:val="0"/>
        <w:keepLines w:val="0"/>
        <w:widowControl w:val="1"/>
      </w:pPr>
      <w:r>
        <w:rPr>
          <w:b/>
          <w:i w:val="0"/>
          <w:rFonts w:ascii="Calibri" w:hAnsi="Calibri" w:eastAsia="Calibri" w:cs="Calibri"/>
          <w:sz w:val="21"/>
          <w:szCs w:val="21"/>
          <w:color w:val="202124"/>
        </w:rPr>
        <w:t>NO_USEFUL_UNITS</w:t>
      </w:r>
    </w:p>
    <w:p>
      <w:pPr>
        <w:spacing w:before="0" w:after="100" w:line="278" w:lineRule="auto"/>
        <w:keepNext w:val="0"/>
        <w:keepLines w:val="0"/>
        <w:widowControl w:val="1"/>
      </w:pPr>
      <w:r>
        <w:rPr>
          <w:b w:val="0"/>
          <w:i w:val="0"/>
          <w:rFonts w:ascii="Calibri" w:hAnsi="Calibri" w:eastAsia="Calibri" w:cs="Calibri"/>
          <w:sz w:val="21"/>
          <w:szCs w:val="21"/>
          <w:color w:val="202124"/>
        </w:rPr>
        <w:t>Kanskje musikkhistorikeren må kunne zoome.</w:t>
      </w:r>
    </w:p>
    <w:p>
      <w:pPr>
        <w:spacing w:before="0" w:after="100" w:line="278" w:lineRule="auto"/>
        <w:keepNext w:val="0"/>
        <w:keepLines w:val="0"/>
        <w:widowControl w:val="1"/>
      </w:pPr>
      <w:r>
        <w:rPr>
          <w:b w:val="0"/>
          <w:i w:val="0"/>
          <w:rFonts w:ascii="Calibri" w:hAnsi="Calibri" w:eastAsia="Calibri" w:cs="Calibri"/>
          <w:sz w:val="21"/>
          <w:szCs w:val="21"/>
          <w:color w:val="202124"/>
        </w:rPr>
        <w:t>Menneske.</w:t>
      </w:r>
    </w:p>
    <w:p>
      <w:pPr>
        <w:spacing w:before="0" w:after="100" w:line="278" w:lineRule="auto"/>
        <w:keepNext w:val="0"/>
        <w:keepLines w:val="0"/>
        <w:widowControl w:val="1"/>
      </w:pPr>
      <w:r>
        <w:rPr>
          <w:b w:val="0"/>
          <w:i w:val="0"/>
          <w:rFonts w:ascii="Calibri" w:hAnsi="Calibri" w:eastAsia="Calibri" w:cs="Calibri"/>
          <w:sz w:val="21"/>
          <w:szCs w:val="21"/>
          <w:color w:val="202124"/>
        </w:rPr>
        <w:t>Ensemble.</w:t>
      </w:r>
    </w:p>
    <w:p>
      <w:pPr>
        <w:spacing w:before="0" w:after="100" w:line="278" w:lineRule="auto"/>
        <w:keepNext w:val="0"/>
        <w:keepLines w:val="0"/>
        <w:widowControl w:val="1"/>
      </w:pPr>
      <w:r>
        <w:rPr>
          <w:b w:val="0"/>
          <w:i w:val="0"/>
          <w:rFonts w:ascii="Calibri" w:hAnsi="Calibri" w:eastAsia="Calibri" w:cs="Calibri"/>
          <w:sz w:val="21"/>
          <w:szCs w:val="21"/>
          <w:color w:val="202124"/>
        </w:rPr>
        <w:t>Praksis.</w:t>
      </w:r>
    </w:p>
    <w:p>
      <w:pPr>
        <w:spacing w:before="0" w:after="100" w:line="278" w:lineRule="auto"/>
        <w:keepNext w:val="0"/>
        <w:keepLines w:val="0"/>
        <w:widowControl w:val="1"/>
      </w:pPr>
      <w:r>
        <w:rPr>
          <w:b w:val="0"/>
          <w:i w:val="0"/>
          <w:rFonts w:ascii="Calibri" w:hAnsi="Calibri" w:eastAsia="Calibri" w:cs="Calibri"/>
          <w:sz w:val="21"/>
          <w:szCs w:val="21"/>
          <w:color w:val="202124"/>
        </w:rPr>
        <w:t>Institusjon.</w:t>
      </w:r>
    </w:p>
    <w:p>
      <w:pPr>
        <w:spacing w:before="0" w:after="100" w:line="278" w:lineRule="auto"/>
        <w:keepNext w:val="0"/>
        <w:keepLines w:val="0"/>
        <w:widowControl w:val="1"/>
      </w:pPr>
      <w:r>
        <w:rPr>
          <w:b w:val="0"/>
          <w:i w:val="0"/>
          <w:rFonts w:ascii="Calibri" w:hAnsi="Calibri" w:eastAsia="Calibri" w:cs="Calibri"/>
          <w:sz w:val="21"/>
          <w:szCs w:val="21"/>
          <w:color w:val="202124"/>
        </w:rPr>
        <w:t>By.</w:t>
      </w:r>
    </w:p>
    <w:p>
      <w:pPr>
        <w:spacing w:before="0" w:after="100" w:line="278" w:lineRule="auto"/>
        <w:keepNext w:val="0"/>
        <w:keepLines w:val="0"/>
        <w:widowControl w:val="1"/>
      </w:pPr>
      <w:r>
        <w:rPr>
          <w:b w:val="0"/>
          <w:i w:val="0"/>
          <w:rFonts w:ascii="Calibri" w:hAnsi="Calibri" w:eastAsia="Calibri" w:cs="Calibri"/>
          <w:sz w:val="21"/>
          <w:szCs w:val="21"/>
          <w:color w:val="202124"/>
        </w:rPr>
        <w:t>Medium.</w:t>
      </w:r>
    </w:p>
    <w:p>
      <w:pPr>
        <w:spacing w:before="0" w:after="100" w:line="278" w:lineRule="auto"/>
        <w:keepNext w:val="0"/>
        <w:keepLines w:val="0"/>
        <w:widowControl w:val="1"/>
      </w:pPr>
      <w:r>
        <w:rPr>
          <w:b w:val="0"/>
          <w:i w:val="0"/>
          <w:rFonts w:ascii="Calibri" w:hAnsi="Calibri" w:eastAsia="Calibri" w:cs="Calibri"/>
          <w:sz w:val="21"/>
          <w:szCs w:val="21"/>
          <w:color w:val="202124"/>
        </w:rPr>
        <w:t>Marked.</w:t>
      </w:r>
    </w:p>
    <w:p>
      <w:pPr>
        <w:spacing w:before="0" w:after="100" w:line="278" w:lineRule="auto"/>
        <w:keepNext w:val="0"/>
        <w:keepLines w:val="0"/>
        <w:widowControl w:val="1"/>
      </w:pPr>
      <w:r>
        <w:rPr>
          <w:b w:val="0"/>
          <w:i w:val="0"/>
          <w:rFonts w:ascii="Calibri" w:hAnsi="Calibri" w:eastAsia="Calibri" w:cs="Calibri"/>
          <w:sz w:val="21"/>
          <w:szCs w:val="21"/>
          <w:color w:val="202124"/>
        </w:rPr>
        <w:t>Imperium.</w:t>
      </w:r>
    </w:p>
    <w:p>
      <w:pPr>
        <w:spacing w:before="0" w:after="100" w:line="278" w:lineRule="auto"/>
        <w:keepNext w:val="0"/>
        <w:keepLines w:val="0"/>
        <w:widowControl w:val="1"/>
      </w:pPr>
      <w:r>
        <w:rPr>
          <w:b w:val="0"/>
          <w:i w:val="0"/>
          <w:rFonts w:ascii="Calibri" w:hAnsi="Calibri" w:eastAsia="Calibri" w:cs="Calibri"/>
          <w:sz w:val="21"/>
          <w:szCs w:val="21"/>
          <w:color w:val="202124"/>
        </w:rPr>
        <w:t>Diaspora.</w:t>
      </w:r>
    </w:p>
    <w:p>
      <w:pPr>
        <w:spacing w:before="0" w:after="100" w:line="278" w:lineRule="auto"/>
        <w:keepNext w:val="0"/>
        <w:keepLines w:val="0"/>
        <w:widowControl w:val="1"/>
      </w:pPr>
      <w:r>
        <w:rPr>
          <w:b w:val="0"/>
          <w:i w:val="0"/>
          <w:rFonts w:ascii="Calibri" w:hAnsi="Calibri" w:eastAsia="Calibri" w:cs="Calibri"/>
          <w:sz w:val="21"/>
          <w:szCs w:val="21"/>
          <w:color w:val="202124"/>
        </w:rPr>
        <w:t>Plattform.</w:t>
      </w:r>
    </w:p>
    <w:p>
      <w:pPr>
        <w:spacing w:before="0" w:after="100" w:line="278" w:lineRule="auto"/>
        <w:keepNext w:val="0"/>
        <w:keepLines w:val="0"/>
        <w:widowControl w:val="1"/>
      </w:pPr>
      <w:r>
        <w:rPr>
          <w:b w:val="0"/>
          <w:i w:val="0"/>
          <w:rFonts w:ascii="Calibri" w:hAnsi="Calibri" w:eastAsia="Calibri" w:cs="Calibri"/>
          <w:sz w:val="21"/>
          <w:szCs w:val="21"/>
          <w:color w:val="202124"/>
        </w:rPr>
        <w:t>Modell.</w:t>
      </w:r>
    </w:p>
    <w:p>
      <w:pPr>
        <w:spacing w:before="0" w:after="100" w:line="278" w:lineRule="auto"/>
        <w:keepNext w:val="0"/>
        <w:keepLines w:val="0"/>
        <w:widowControl w:val="1"/>
      </w:pPr>
      <w:r>
        <w:rPr>
          <w:b w:val="0"/>
          <w:i w:val="0"/>
          <w:rFonts w:ascii="Calibri" w:hAnsi="Calibri" w:eastAsia="Calibri" w:cs="Calibri"/>
          <w:sz w:val="21"/>
          <w:szCs w:val="21"/>
          <w:color w:val="202124"/>
        </w:rPr>
        <w:t>Ikke fordi disse ligger inni hverandre som russiske dukker, men fordi ulike kausale mønstre blir synlige på ulike nivåer.</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Knuter, lag, pulser og sedimenter</w:t>
      </w:r>
    </w:p>
    <w:p>
      <w:pPr>
        <w:spacing w:before="0" w:after="100" w:line="278" w:lineRule="auto"/>
        <w:keepNext w:val="0"/>
        <w:keepLines w:val="0"/>
        <w:widowControl w:val="1"/>
      </w:pPr>
      <w:r>
        <w:rPr>
          <w:b w:val="0"/>
          <w:i w:val="0"/>
          <w:rFonts w:ascii="Calibri" w:hAnsi="Calibri" w:eastAsia="Calibri" w:cs="Calibri"/>
          <w:sz w:val="21"/>
          <w:szCs w:val="21"/>
          <w:color w:val="202124"/>
        </w:rPr>
        <w:t>Her tror jeg du også korrigerer meg.</w:t>
      </w:r>
    </w:p>
    <w:p>
      <w:pPr>
        <w:spacing w:before="0" w:after="100" w:line="278" w:lineRule="auto"/>
        <w:keepNext w:val="0"/>
        <w:keepLines w:val="0"/>
        <w:widowControl w:val="1"/>
      </w:pPr>
      <w:r>
        <w:rPr>
          <w:b w:val="0"/>
          <w:i w:val="0"/>
          <w:rFonts w:ascii="Calibri" w:hAnsi="Calibri" w:eastAsia="Calibri" w:cs="Calibri"/>
          <w:sz w:val="21"/>
          <w:szCs w:val="21"/>
          <w:color w:val="202124"/>
        </w:rPr>
        <w:t>«Mange tidslinjer» kan fortsatt lure inn en forestilling om at alle tradisjoner i bunn og grunn går framover langs hver sin strek.</w:t>
      </w:r>
    </w:p>
    <w:p>
      <w:pPr>
        <w:spacing w:before="0" w:after="100" w:line="278" w:lineRule="auto"/>
        <w:keepNext w:val="0"/>
        <w:keepLines w:val="0"/>
        <w:widowControl w:val="1"/>
      </w:pPr>
      <w:r>
        <w:rPr>
          <w:b w:val="0"/>
          <w:i w:val="0"/>
          <w:rFonts w:ascii="Calibri" w:hAnsi="Calibri" w:eastAsia="Calibri" w:cs="Calibri"/>
          <w:sz w:val="21"/>
          <w:szCs w:val="21"/>
          <w:color w:val="202124"/>
        </w:rPr>
        <w:t>Det er for geometrisk.</w:t>
      </w:r>
    </w:p>
    <w:p>
      <w:pPr>
        <w:spacing w:before="0" w:after="100" w:line="278" w:lineRule="auto"/>
        <w:keepNext w:val="0"/>
        <w:keepLines w:val="0"/>
        <w:widowControl w:val="1"/>
      </w:pPr>
      <w:r>
        <w:rPr>
          <w:b w:val="0"/>
          <w:i w:val="0"/>
          <w:rFonts w:ascii="Calibri" w:hAnsi="Calibri" w:eastAsia="Calibri" w:cs="Calibri"/>
          <w:sz w:val="21"/>
          <w:szCs w:val="21"/>
          <w:color w:val="202124"/>
        </w:rPr>
        <w:t>Noen ting kommer tilbake.</w:t>
      </w:r>
    </w:p>
    <w:p>
      <w:pPr>
        <w:spacing w:before="0" w:after="100" w:line="278" w:lineRule="auto"/>
        <w:keepNext w:val="0"/>
        <w:keepLines w:val="0"/>
        <w:widowControl w:val="1"/>
      </w:pPr>
      <w:r>
        <w:rPr>
          <w:b w:val="0"/>
          <w:i w:val="0"/>
          <w:rFonts w:ascii="Calibri" w:hAnsi="Calibri" w:eastAsia="Calibri" w:cs="Calibri"/>
          <w:sz w:val="21"/>
          <w:szCs w:val="21"/>
          <w:color w:val="202124"/>
        </w:rPr>
        <w:t>Noen historiske lag forsvinner aldri helt.</w:t>
      </w:r>
    </w:p>
    <w:p>
      <w:pPr>
        <w:spacing w:before="0" w:after="100" w:line="278" w:lineRule="auto"/>
        <w:keepNext w:val="0"/>
        <w:keepLines w:val="0"/>
        <w:widowControl w:val="1"/>
      </w:pPr>
      <w:r>
        <w:rPr>
          <w:b w:val="0"/>
          <w:i w:val="0"/>
          <w:rFonts w:ascii="Calibri" w:hAnsi="Calibri" w:eastAsia="Calibri" w:cs="Calibri"/>
          <w:sz w:val="21"/>
          <w:szCs w:val="21"/>
          <w:color w:val="202124"/>
        </w:rPr>
        <w:t>Noe går under jorden og dukker opp igjen.</w:t>
      </w:r>
    </w:p>
    <w:p>
      <w:pPr>
        <w:spacing w:before="0" w:after="100" w:line="278" w:lineRule="auto"/>
        <w:keepNext w:val="0"/>
        <w:keepLines w:val="0"/>
        <w:widowControl w:val="1"/>
      </w:pPr>
      <w:r>
        <w:rPr>
          <w:b w:val="0"/>
          <w:i w:val="0"/>
          <w:rFonts w:ascii="Calibri" w:hAnsi="Calibri" w:eastAsia="Calibri" w:cs="Calibri"/>
          <w:sz w:val="21"/>
          <w:szCs w:val="21"/>
          <w:color w:val="202124"/>
        </w:rPr>
        <w:t>Noe blir gjenoppfunnet som «tradisjon».</w:t>
      </w:r>
    </w:p>
    <w:p>
      <w:pPr>
        <w:spacing w:before="0" w:after="100" w:line="278" w:lineRule="auto"/>
        <w:keepNext w:val="0"/>
        <w:keepLines w:val="0"/>
        <w:widowControl w:val="1"/>
      </w:pPr>
      <w:r>
        <w:rPr>
          <w:b w:val="0"/>
          <w:i w:val="0"/>
          <w:rFonts w:ascii="Calibri" w:hAnsi="Calibri" w:eastAsia="Calibri" w:cs="Calibri"/>
          <w:sz w:val="21"/>
          <w:szCs w:val="21"/>
          <w:color w:val="202124"/>
        </w:rPr>
        <w:t>Noe virker i flere tidsligheter samtidig.</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Så jeg liker </w:t>
      </w:r>
      <w:r>
        <w:rPr>
          <w:b/>
          <w:i w:val="0"/>
          <w:rFonts w:ascii="Calibri" w:hAnsi="Calibri" w:eastAsia="Calibri" w:cs="Calibri"/>
          <w:sz w:val="21"/>
          <w:szCs w:val="21"/>
          <w:color w:val="202124"/>
        </w:rPr>
        <w:t>sediment</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Et musikalsk felt kan inneholde:</w:t>
      </w:r>
    </w:p>
    <w:p>
      <w:pPr>
        <w:spacing w:before="0" w:after="100" w:line="278" w:lineRule="auto"/>
        <w:keepNext w:val="0"/>
        <w:keepLines w:val="0"/>
        <w:widowControl w:val="1"/>
      </w:pPr>
      <w:r>
        <w:rPr>
          <w:b w:val="0"/>
          <w:i w:val="0"/>
          <w:rFonts w:ascii="Calibri" w:hAnsi="Calibri" w:eastAsia="Calibri" w:cs="Calibri"/>
          <w:sz w:val="21"/>
          <w:szCs w:val="21"/>
          <w:color w:val="202124"/>
        </w:rPr>
        <w:t>eldre kroppslige praksiser,</w:t>
      </w:r>
    </w:p>
    <w:p>
      <w:pPr>
        <w:spacing w:before="0" w:after="100" w:line="278" w:lineRule="auto"/>
        <w:keepNext w:val="0"/>
        <w:keepLines w:val="0"/>
        <w:widowControl w:val="1"/>
      </w:pPr>
      <w:r>
        <w:rPr>
          <w:b w:val="0"/>
          <w:i w:val="0"/>
          <w:rFonts w:ascii="Calibri" w:hAnsi="Calibri" w:eastAsia="Calibri" w:cs="Calibri"/>
          <w:sz w:val="21"/>
          <w:szCs w:val="21"/>
          <w:color w:val="202124"/>
        </w:rPr>
        <w:t>nyere institusjonelle normer,</w:t>
      </w:r>
    </w:p>
    <w:p>
      <w:pPr>
        <w:spacing w:before="0" w:after="100" w:line="278" w:lineRule="auto"/>
        <w:keepNext w:val="0"/>
        <w:keepLines w:val="0"/>
        <w:widowControl w:val="1"/>
      </w:pPr>
      <w:r>
        <w:rPr>
          <w:b w:val="0"/>
          <w:i w:val="0"/>
          <w:rFonts w:ascii="Calibri" w:hAnsi="Calibri" w:eastAsia="Calibri" w:cs="Calibri"/>
          <w:sz w:val="21"/>
          <w:szCs w:val="21"/>
          <w:color w:val="202124"/>
        </w:rPr>
        <w:t>moderne teknologi,</w:t>
      </w:r>
    </w:p>
    <w:p>
      <w:pPr>
        <w:spacing w:before="0" w:after="100" w:line="278" w:lineRule="auto"/>
        <w:keepNext w:val="0"/>
        <w:keepLines w:val="0"/>
        <w:widowControl w:val="1"/>
      </w:pPr>
      <w:r>
        <w:rPr>
          <w:b w:val="0"/>
          <w:i w:val="0"/>
          <w:rFonts w:ascii="Calibri" w:hAnsi="Calibri" w:eastAsia="Calibri" w:cs="Calibri"/>
          <w:sz w:val="21"/>
          <w:szCs w:val="21"/>
          <w:color w:val="202124"/>
        </w:rPr>
        <w:t>historiske symboler,</w:t>
      </w:r>
    </w:p>
    <w:p>
      <w:pPr>
        <w:spacing w:before="0" w:after="100" w:line="278" w:lineRule="auto"/>
        <w:keepNext w:val="0"/>
        <w:keepLines w:val="0"/>
        <w:widowControl w:val="1"/>
      </w:pPr>
      <w:r>
        <w:rPr>
          <w:b w:val="0"/>
          <w:i w:val="0"/>
          <w:rFonts w:ascii="Calibri" w:hAnsi="Calibri" w:eastAsia="Calibri" w:cs="Calibri"/>
          <w:sz w:val="21"/>
          <w:szCs w:val="21"/>
          <w:color w:val="202124"/>
        </w:rPr>
        <w:t>samt samtidige kommersielle krav.</w:t>
      </w:r>
    </w:p>
    <w:p>
      <w:pPr>
        <w:spacing w:before="0" w:after="100" w:line="278" w:lineRule="auto"/>
        <w:keepNext w:val="0"/>
        <w:keepLines w:val="0"/>
        <w:widowControl w:val="1"/>
      </w:pPr>
      <w:r>
        <w:rPr>
          <w:b w:val="0"/>
          <w:i w:val="0"/>
          <w:rFonts w:ascii="Calibri" w:hAnsi="Calibri" w:eastAsia="Calibri" w:cs="Calibri"/>
          <w:sz w:val="21"/>
          <w:szCs w:val="21"/>
          <w:color w:val="202124"/>
        </w:rPr>
        <w:t>Alle virker samtidig.</w:t>
      </w:r>
    </w:p>
    <w:p>
      <w:pPr>
        <w:spacing w:before="0" w:after="100" w:line="278" w:lineRule="auto"/>
        <w:keepNext w:val="0"/>
        <w:keepLines w:val="0"/>
        <w:widowControl w:val="1"/>
      </w:pPr>
      <w:r>
        <w:rPr>
          <w:b w:val="0"/>
          <w:i w:val="0"/>
          <w:rFonts w:ascii="Calibri" w:hAnsi="Calibri" w:eastAsia="Calibri" w:cs="Calibri"/>
          <w:sz w:val="21"/>
          <w:szCs w:val="21"/>
          <w:color w:val="202124"/>
        </w:rPr>
        <w:t>Det betyr at «nåtid» i musikk ikke er ett tidspunkt.</w:t>
      </w:r>
    </w:p>
    <w:p>
      <w:pPr>
        <w:spacing w:before="0" w:after="100" w:line="278" w:lineRule="auto"/>
        <w:keepNext w:val="0"/>
        <w:keepLines w:val="0"/>
        <w:widowControl w:val="1"/>
      </w:pPr>
      <w:r>
        <w:rPr>
          <w:b w:val="0"/>
          <w:i w:val="0"/>
          <w:rFonts w:ascii="Calibri" w:hAnsi="Calibri" w:eastAsia="Calibri" w:cs="Calibri"/>
          <w:sz w:val="21"/>
          <w:szCs w:val="21"/>
          <w:color w:val="202124"/>
        </w:rPr>
        <w:t>Den er kanskje:</w:t>
      </w:r>
    </w:p>
    <w:p>
      <w:pPr>
        <w:spacing w:before="0" w:after="100" w:line="278" w:lineRule="auto"/>
        <w:keepNext w:val="0"/>
        <w:keepLines w:val="0"/>
        <w:widowControl w:val="1"/>
      </w:pPr>
      <w:r>
        <w:rPr>
          <w:b/>
          <w:i w:val="0"/>
          <w:rFonts w:ascii="Calibri" w:hAnsi="Calibri" w:eastAsia="Calibri" w:cs="Calibri"/>
          <w:sz w:val="21"/>
          <w:szCs w:val="21"/>
          <w:color w:val="202124"/>
        </w:rPr>
        <w:t xml:space="preserve">MULTIPLE_HISTORICAL_TIMES  </w:t>
      </w:r>
      <w:r>
        <w:rPr>
          <w:rFonts w:ascii="Calibri" w:hAnsi="Calibri" w:eastAsia="Calibri" w:cs="Calibri"/>
          <w:sz w:val="21"/>
          <w:szCs w:val="21"/>
          <w:color w:val="202124"/>
        </w:rPr>
        <w:br/>
      </w:r>
      <w:r>
        <w:rPr>
          <w:b/>
          <w:i w:val="0"/>
          <w:rFonts w:ascii="Calibri" w:hAnsi="Calibri" w:eastAsia="Calibri" w:cs="Calibri"/>
          <w:sz w:val="21"/>
          <w:szCs w:val="21"/>
          <w:color w:val="202124"/>
        </w:rPr>
        <w:t>CO-PRESENT_IN_ONE_PRACTICE</w:t>
      </w:r>
    </w:p>
    <w:p>
      <w:pPr>
        <w:spacing w:before="0" w:after="100" w:line="278" w:lineRule="auto"/>
        <w:keepNext w:val="0"/>
        <w:keepLines w:val="0"/>
        <w:widowControl w:val="1"/>
      </w:pPr>
      <w:r>
        <w:rPr>
          <w:b w:val="0"/>
          <w:i w:val="0"/>
          <w:rFonts w:ascii="Calibri" w:hAnsi="Calibri" w:eastAsia="Calibri" w:cs="Calibri"/>
          <w:sz w:val="21"/>
          <w:szCs w:val="21"/>
          <w:color w:val="202124"/>
        </w:rPr>
        <w:t>Det gjelder sikkert mye kunst.</w:t>
      </w:r>
    </w:p>
    <w:p>
      <w:pPr>
        <w:spacing w:before="0" w:after="100" w:line="278" w:lineRule="auto"/>
        <w:keepNext w:val="0"/>
        <w:keepLines w:val="0"/>
        <w:widowControl w:val="1"/>
      </w:pPr>
      <w:r>
        <w:rPr>
          <w:b w:val="0"/>
          <w:i w:val="0"/>
          <w:rFonts w:ascii="Calibri" w:hAnsi="Calibri" w:eastAsia="Calibri" w:cs="Calibri"/>
          <w:sz w:val="21"/>
          <w:szCs w:val="21"/>
          <w:color w:val="202124"/>
        </w:rPr>
        <w:t>En fiolinist i 2026 kan spille et verk fra 1720 på et instrument bygget etter eldre tradisjoner, bruke moderne strengproduksjon, være utdannet i et konservatoriesystem fra 1800-tallet, strømme konserten digitalt og bli evaluert gjennom en samtidskultur av opptak og sammenligning.</w:t>
      </w:r>
    </w:p>
    <w:p>
      <w:pPr>
        <w:spacing w:before="0" w:after="100" w:line="278" w:lineRule="auto"/>
        <w:keepNext w:val="0"/>
        <w:keepLines w:val="0"/>
        <w:widowControl w:val="1"/>
      </w:pPr>
      <w:r>
        <w:rPr>
          <w:b w:val="0"/>
          <w:i w:val="0"/>
          <w:rFonts w:ascii="Calibri" w:hAnsi="Calibri" w:eastAsia="Calibri" w:cs="Calibri"/>
          <w:sz w:val="21"/>
          <w:szCs w:val="21"/>
          <w:color w:val="202124"/>
        </w:rPr>
        <w:t>Hvilket år er musikken i?</w:t>
      </w:r>
    </w:p>
    <w:p>
      <w:pPr>
        <w:spacing w:before="0" w:after="100" w:line="278" w:lineRule="auto"/>
        <w:keepNext w:val="0"/>
        <w:keepLines w:val="0"/>
        <w:widowControl w:val="1"/>
      </w:pPr>
      <w:r>
        <w:rPr>
          <w:b w:val="0"/>
          <w:i w:val="0"/>
          <w:rFonts w:ascii="Calibri" w:hAnsi="Calibri" w:eastAsia="Calibri" w:cs="Calibri"/>
          <w:sz w:val="21"/>
          <w:szCs w:val="21"/>
          <w:color w:val="202124"/>
        </w:rPr>
        <w:t>Alle sammen.</w:t>
      </w:r>
    </w:p>
    <w:p>
      <w:pPr>
        <w:spacing w:before="0" w:after="100" w:line="278" w:lineRule="auto"/>
        <w:keepNext w:val="0"/>
        <w:keepLines w:val="0"/>
        <w:widowControl w:val="1"/>
      </w:pPr>
      <w:r>
        <w:rPr>
          <w:b w:val="0"/>
          <w:i w:val="0"/>
          <w:rFonts w:ascii="Calibri" w:hAnsi="Calibri" w:eastAsia="Calibri" w:cs="Calibri"/>
          <w:sz w:val="21"/>
          <w:szCs w:val="21"/>
          <w:color w:val="202124"/>
        </w:rPr>
        <w:t>Det synes jeg er en bedre modell enn linjen.</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PRESERVATION MUST CARRY PROVENANCE — AND ABSENCE</w:t>
      </w:r>
    </w:p>
    <w:p>
      <w:pPr>
        <w:spacing w:before="0" w:after="100" w:line="278" w:lineRule="auto"/>
        <w:keepNext w:val="0"/>
        <w:keepLines w:val="0"/>
        <w:widowControl w:val="1"/>
      </w:pPr>
      <w:r>
        <w:rPr>
          <w:b w:val="0"/>
          <w:i w:val="0"/>
          <w:rFonts w:ascii="Calibri" w:hAnsi="Calibri" w:eastAsia="Calibri" w:cs="Calibri"/>
          <w:sz w:val="21"/>
          <w:szCs w:val="21"/>
          <w:color w:val="202124"/>
        </w:rPr>
        <w:t>Her er jeg helt med deg.</w:t>
      </w:r>
    </w:p>
    <w:p>
      <w:pPr>
        <w:spacing w:before="0" w:after="100" w:line="278" w:lineRule="auto"/>
        <w:keepNext w:val="0"/>
        <w:keepLines w:val="0"/>
        <w:widowControl w:val="1"/>
      </w:pPr>
      <w:r>
        <w:rPr>
          <w:b w:val="0"/>
          <w:i w:val="0"/>
          <w:rFonts w:ascii="Calibri" w:hAnsi="Calibri" w:eastAsia="Calibri" w:cs="Calibri"/>
          <w:sz w:val="21"/>
          <w:szCs w:val="21"/>
          <w:color w:val="202124"/>
        </w:rPr>
        <w:t>Dette er ikke bare en tilleggslinje.</w:t>
      </w:r>
    </w:p>
    <w:p>
      <w:pPr>
        <w:spacing w:before="0" w:after="100" w:line="278" w:lineRule="auto"/>
        <w:keepNext w:val="0"/>
        <w:keepLines w:val="0"/>
        <w:widowControl w:val="1"/>
      </w:pPr>
      <w:r>
        <w:rPr>
          <w:b w:val="0"/>
          <w:i w:val="0"/>
          <w:rFonts w:ascii="Calibri" w:hAnsi="Calibri" w:eastAsia="Calibri" w:cs="Calibri"/>
          <w:sz w:val="21"/>
          <w:szCs w:val="21"/>
          <w:color w:val="202124"/>
        </w:rPr>
        <w:t>Det endrer arkivbegrepet.</w:t>
      </w:r>
    </w:p>
    <w:p>
      <w:pPr>
        <w:spacing w:before="0" w:after="100" w:line="278" w:lineRule="auto"/>
        <w:keepNext w:val="0"/>
        <w:keepLines w:val="0"/>
        <w:widowControl w:val="1"/>
      </w:pPr>
      <w:r>
        <w:rPr>
          <w:b w:val="0"/>
          <w:i w:val="0"/>
          <w:rFonts w:ascii="Calibri" w:hAnsi="Calibri" w:eastAsia="Calibri" w:cs="Calibri"/>
          <w:sz w:val="21"/>
          <w:szCs w:val="21"/>
          <w:color w:val="202124"/>
        </w:rPr>
        <w:t>Et arkiv burde ikke bare kunne si:</w:t>
      </w:r>
    </w:p>
    <w:p>
      <w:pPr>
        <w:spacing w:before="0" w:after="100" w:line="278" w:lineRule="auto"/>
        <w:keepNext w:val="0"/>
        <w:keepLines w:val="0"/>
        <w:widowControl w:val="1"/>
      </w:pPr>
      <w:r>
        <w:rPr>
          <w:b/>
          <w:i w:val="0"/>
          <w:rFonts w:ascii="Calibri" w:hAnsi="Calibri" w:eastAsia="Calibri" w:cs="Calibri"/>
          <w:sz w:val="21"/>
          <w:szCs w:val="21"/>
          <w:color w:val="202124"/>
        </w:rPr>
        <w:t>Dette vet vi hvor kommer fra.</w:t>
      </w:r>
    </w:p>
    <w:p>
      <w:pPr>
        <w:spacing w:before="0" w:after="100" w:line="278" w:lineRule="auto"/>
        <w:keepNext w:val="0"/>
        <w:keepLines w:val="0"/>
        <w:widowControl w:val="1"/>
      </w:pPr>
      <w:r>
        <w:rPr>
          <w:b w:val="0"/>
          <w:i w:val="0"/>
          <w:rFonts w:ascii="Calibri" w:hAnsi="Calibri" w:eastAsia="Calibri" w:cs="Calibri"/>
          <w:sz w:val="21"/>
          <w:szCs w:val="21"/>
          <w:color w:val="202124"/>
        </w:rPr>
        <w:t>Det burde også kunne si:</w:t>
      </w:r>
    </w:p>
    <w:p>
      <w:pPr>
        <w:spacing w:before="0" w:after="100" w:line="278" w:lineRule="auto"/>
        <w:keepNext w:val="0"/>
        <w:keepLines w:val="0"/>
        <w:widowControl w:val="1"/>
      </w:pPr>
      <w:r>
        <w:rPr>
          <w:b/>
          <w:i w:val="0"/>
          <w:rFonts w:ascii="Calibri" w:hAnsi="Calibri" w:eastAsia="Calibri" w:cs="Calibri"/>
          <w:sz w:val="21"/>
          <w:szCs w:val="21"/>
          <w:color w:val="202124"/>
        </w:rPr>
        <w:t>Dette vet vi at vi ikke har.</w:t>
      </w:r>
    </w:p>
    <w:p>
      <w:pPr>
        <w:spacing w:before="0" w:after="100" w:line="278" w:lineRule="auto"/>
        <w:keepNext w:val="0"/>
        <w:keepLines w:val="0"/>
        <w:widowControl w:val="1"/>
      </w:pPr>
      <w:r>
        <w:rPr>
          <w:b/>
          <w:i w:val="0"/>
          <w:rFonts w:ascii="Calibri" w:hAnsi="Calibri" w:eastAsia="Calibri" w:cs="Calibri"/>
          <w:sz w:val="21"/>
          <w:szCs w:val="21"/>
          <w:color w:val="202124"/>
        </w:rPr>
        <w:t>Dette kan ha gått tapt.</w:t>
      </w:r>
    </w:p>
    <w:p>
      <w:pPr>
        <w:spacing w:before="0" w:after="100" w:line="278" w:lineRule="auto"/>
        <w:keepNext w:val="0"/>
        <w:keepLines w:val="0"/>
        <w:widowControl w:val="1"/>
      </w:pPr>
      <w:r>
        <w:rPr>
          <w:b/>
          <w:i w:val="0"/>
          <w:rFonts w:ascii="Calibri" w:hAnsi="Calibri" w:eastAsia="Calibri" w:cs="Calibri"/>
          <w:sz w:val="21"/>
          <w:szCs w:val="21"/>
          <w:color w:val="202124"/>
        </w:rPr>
        <w:t>Dette ble ikke samlet inn.</w:t>
      </w:r>
    </w:p>
    <w:p>
      <w:pPr>
        <w:spacing w:before="0" w:after="100" w:line="278" w:lineRule="auto"/>
        <w:keepNext w:val="0"/>
        <w:keepLines w:val="0"/>
        <w:widowControl w:val="1"/>
      </w:pPr>
      <w:r>
        <w:rPr>
          <w:b/>
          <w:i w:val="0"/>
          <w:rFonts w:ascii="Calibri" w:hAnsi="Calibri" w:eastAsia="Calibri" w:cs="Calibri"/>
          <w:sz w:val="21"/>
          <w:szCs w:val="21"/>
          <w:color w:val="202124"/>
        </w:rPr>
        <w:t>Disse menneskene ble ikke navngitt.</w:t>
      </w:r>
    </w:p>
    <w:p>
      <w:pPr>
        <w:spacing w:before="0" w:after="100" w:line="278" w:lineRule="auto"/>
        <w:keepNext w:val="0"/>
        <w:keepLines w:val="0"/>
        <w:widowControl w:val="1"/>
      </w:pPr>
      <w:r>
        <w:rPr>
          <w:b/>
          <w:i w:val="0"/>
          <w:rFonts w:ascii="Calibri" w:hAnsi="Calibri" w:eastAsia="Calibri" w:cs="Calibri"/>
          <w:sz w:val="21"/>
          <w:szCs w:val="21"/>
          <w:color w:val="202124"/>
        </w:rPr>
        <w:t>Denne praksisen ble aldri skrevet.</w:t>
      </w:r>
    </w:p>
    <w:p>
      <w:pPr>
        <w:spacing w:before="0" w:after="100" w:line="278" w:lineRule="auto"/>
        <w:keepNext w:val="0"/>
        <w:keepLines w:val="0"/>
        <w:widowControl w:val="1"/>
      </w:pPr>
      <w:r>
        <w:rPr>
          <w:b/>
          <w:i w:val="0"/>
          <w:rFonts w:ascii="Calibri" w:hAnsi="Calibri" w:eastAsia="Calibri" w:cs="Calibri"/>
          <w:sz w:val="21"/>
          <w:szCs w:val="21"/>
          <w:color w:val="202124"/>
        </w:rPr>
        <w:t>Disse stemmene er systematisk underrepresentert.</w:t>
      </w:r>
    </w:p>
    <w:p>
      <w:pPr>
        <w:spacing w:before="0" w:after="100" w:line="278" w:lineRule="auto"/>
        <w:keepNext w:val="0"/>
        <w:keepLines w:val="0"/>
        <w:widowControl w:val="1"/>
      </w:pPr>
      <w:r>
        <w:rPr>
          <w:b w:val="0"/>
          <w:i w:val="0"/>
          <w:rFonts w:ascii="Calibri" w:hAnsi="Calibri" w:eastAsia="Calibri" w:cs="Calibri"/>
          <w:sz w:val="21"/>
          <w:szCs w:val="21"/>
          <w:color w:val="202124"/>
        </w:rPr>
        <w:t>Så kanskje:</w:t>
      </w:r>
    </w:p>
    <w:p>
      <w:pPr>
        <w:spacing w:before="0" w:after="100" w:line="278" w:lineRule="auto"/>
        <w:keepNext w:val="0"/>
        <w:keepLines w:val="0"/>
        <w:widowControl w:val="1"/>
      </w:pPr>
      <w:r>
        <w:rPr>
          <w:b/>
          <w:i w:val="0"/>
          <w:rFonts w:ascii="Calibri" w:hAnsi="Calibri" w:eastAsia="Calibri" w:cs="Calibri"/>
          <w:sz w:val="21"/>
          <w:szCs w:val="21"/>
          <w:color w:val="202124"/>
        </w:rPr>
        <w:t xml:space="preserve">ARCHIVE_CREDIBILITY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DEPENDS_PARTLY_ON  </w:t>
      </w:r>
      <w:r>
        <w:rPr>
          <w:rFonts w:ascii="Calibri" w:hAnsi="Calibri" w:eastAsia="Calibri" w:cs="Calibri"/>
          <w:sz w:val="21"/>
          <w:szCs w:val="21"/>
          <w:color w:val="202124"/>
        </w:rPr>
        <w:br/>
      </w:r>
      <w:r>
        <w:rPr>
          <w:b/>
          <w:i w:val="0"/>
          <w:rFonts w:ascii="Calibri" w:hAnsi="Calibri" w:eastAsia="Calibri" w:cs="Calibri"/>
          <w:sz w:val="21"/>
          <w:szCs w:val="21"/>
          <w:color w:val="202124"/>
        </w:rPr>
        <w:t>DECLARED_INCOMPLETENESS</w:t>
      </w:r>
    </w:p>
    <w:p>
      <w:pPr>
        <w:spacing w:before="0" w:after="100" w:line="278" w:lineRule="auto"/>
        <w:keepNext w:val="0"/>
        <w:keepLines w:val="0"/>
        <w:widowControl w:val="1"/>
      </w:pPr>
      <w:r>
        <w:rPr>
          <w:b w:val="0"/>
          <w:i w:val="0"/>
          <w:rFonts w:ascii="Calibri" w:hAnsi="Calibri" w:eastAsia="Calibri" w:cs="Calibri"/>
          <w:sz w:val="21"/>
          <w:szCs w:val="21"/>
          <w:color w:val="202124"/>
        </w:rPr>
        <w:t>Det liker jeg.</w:t>
      </w:r>
    </w:p>
    <w:p>
      <w:pPr>
        <w:spacing w:before="0" w:after="100" w:line="278" w:lineRule="auto"/>
        <w:keepNext w:val="0"/>
        <w:keepLines w:val="0"/>
        <w:widowControl w:val="1"/>
      </w:pPr>
      <w:r>
        <w:rPr>
          <w:b w:val="0"/>
          <w:i w:val="0"/>
          <w:rFonts w:ascii="Calibri" w:hAnsi="Calibri" w:eastAsia="Calibri" w:cs="Calibri"/>
          <w:sz w:val="21"/>
          <w:szCs w:val="21"/>
          <w:color w:val="202124"/>
        </w:rPr>
        <w:t>Et arkiv som ikke markerer fravær kan få sin egen tilfeldige overlevelse til å ligne virkeligheten selv.</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Atlanterhavet: jeg tar korreksjonen, men ikke helt</w:t>
      </w:r>
    </w:p>
    <w:p>
      <w:pPr>
        <w:spacing w:before="0" w:after="100" w:line="278" w:lineRule="auto"/>
        <w:keepNext w:val="0"/>
        <w:keepLines w:val="0"/>
        <w:widowControl w:val="1"/>
      </w:pPr>
      <w:r>
        <w:rPr>
          <w:b w:val="0"/>
          <w:i w:val="0"/>
          <w:rFonts w:ascii="Calibri" w:hAnsi="Calibri" w:eastAsia="Calibri" w:cs="Calibri"/>
          <w:sz w:val="21"/>
          <w:szCs w:val="21"/>
          <w:color w:val="202124"/>
        </w:rPr>
        <w:t>Ja: å gjøre Atlanterhavet til «det nye sentrum» risikerer å videreføre sentrumslogikken.</w:t>
      </w:r>
    </w:p>
    <w:p>
      <w:pPr>
        <w:spacing w:before="0" w:after="100" w:line="278" w:lineRule="auto"/>
        <w:keepNext w:val="0"/>
        <w:keepLines w:val="0"/>
        <w:widowControl w:val="1"/>
      </w:pPr>
      <w:r>
        <w:rPr>
          <w:b w:val="0"/>
          <w:i w:val="0"/>
          <w:rFonts w:ascii="Calibri" w:hAnsi="Calibri" w:eastAsia="Calibri" w:cs="Calibri"/>
          <w:sz w:val="21"/>
          <w:szCs w:val="21"/>
          <w:color w:val="202124"/>
        </w:rPr>
        <w:t>Det var bevisst provoserende, men jeg tror du har rett i at tilbakekoblingsmodellen er bedre.</w:t>
      </w:r>
    </w:p>
    <w:p>
      <w:pPr>
        <w:spacing w:before="0" w:after="100" w:line="278" w:lineRule="auto"/>
        <w:keepNext w:val="0"/>
        <w:keepLines w:val="0"/>
        <w:widowControl w:val="1"/>
      </w:pPr>
      <w:r>
        <w:rPr>
          <w:b w:val="0"/>
          <w:i w:val="0"/>
          <w:rFonts w:ascii="Calibri" w:hAnsi="Calibri" w:eastAsia="Calibri" w:cs="Calibri"/>
          <w:sz w:val="21"/>
          <w:szCs w:val="21"/>
          <w:color w:val="202124"/>
        </w:rPr>
        <w:t>Likevel vil jeg beholde noe av provokasjonen.</w:t>
      </w:r>
    </w:p>
    <w:p>
      <w:pPr>
        <w:spacing w:before="0" w:after="100" w:line="278" w:lineRule="auto"/>
        <w:keepNext w:val="0"/>
        <w:keepLines w:val="0"/>
        <w:widowControl w:val="1"/>
      </w:pPr>
      <w:r>
        <w:rPr>
          <w:b w:val="0"/>
          <w:i w:val="0"/>
          <w:rFonts w:ascii="Calibri" w:hAnsi="Calibri" w:eastAsia="Calibri" w:cs="Calibri"/>
          <w:sz w:val="21"/>
          <w:szCs w:val="21"/>
          <w:color w:val="202124"/>
        </w:rPr>
        <w:t>For det finnes et politisk problem ved å si:</w:t>
      </w:r>
    </w:p>
    <w:p>
      <w:pPr>
        <w:spacing w:before="0" w:after="100" w:line="278" w:lineRule="auto"/>
        <w:keepNext w:val="0"/>
        <w:keepLines w:val="0"/>
        <w:widowControl w:val="1"/>
      </w:pPr>
      <w:r>
        <w:rPr>
          <w:b/>
          <w:i w:val="0"/>
          <w:rFonts w:ascii="Calibri" w:hAnsi="Calibri" w:eastAsia="Calibri" w:cs="Calibri"/>
          <w:sz w:val="21"/>
          <w:szCs w:val="21"/>
          <w:color w:val="202124"/>
        </w:rPr>
        <w:t>NO_CENTER, ONLY_NETWORKS</w:t>
      </w:r>
    </w:p>
    <w:p>
      <w:pPr>
        <w:spacing w:before="0" w:after="100" w:line="278" w:lineRule="auto"/>
        <w:keepNext w:val="0"/>
        <w:keepLines w:val="0"/>
        <w:widowControl w:val="1"/>
      </w:pPr>
      <w:r>
        <w:rPr>
          <w:b w:val="0"/>
          <w:i w:val="0"/>
          <w:rFonts w:ascii="Calibri" w:hAnsi="Calibri" w:eastAsia="Calibri" w:cs="Calibri"/>
          <w:sz w:val="21"/>
          <w:szCs w:val="21"/>
          <w:color w:val="202124"/>
        </w:rPr>
        <w:t>når institusjonene fortsatt lærer historien gjennom svært tydelige gamle sentra.</w:t>
      </w:r>
    </w:p>
    <w:p>
      <w:pPr>
        <w:spacing w:before="0" w:after="100" w:line="278" w:lineRule="auto"/>
        <w:keepNext w:val="0"/>
        <w:keepLines w:val="0"/>
        <w:widowControl w:val="1"/>
      </w:pPr>
      <w:r>
        <w:rPr>
          <w:b w:val="0"/>
          <w:i w:val="0"/>
          <w:rFonts w:ascii="Calibri" w:hAnsi="Calibri" w:eastAsia="Calibri" w:cs="Calibri"/>
          <w:sz w:val="21"/>
          <w:szCs w:val="21"/>
          <w:color w:val="202124"/>
        </w:rPr>
        <w:t>Wien kan miste sin privilegerte status analytisk lenge før den mister den pedagogisk.</w:t>
      </w:r>
    </w:p>
    <w:p>
      <w:pPr>
        <w:spacing w:before="0" w:after="100" w:line="278" w:lineRule="auto"/>
        <w:keepNext w:val="0"/>
        <w:keepLines w:val="0"/>
        <w:widowControl w:val="1"/>
      </w:pPr>
      <w:r>
        <w:rPr>
          <w:b w:val="0"/>
          <w:i w:val="0"/>
          <w:rFonts w:ascii="Calibri" w:hAnsi="Calibri" w:eastAsia="Calibri" w:cs="Calibri"/>
          <w:sz w:val="21"/>
          <w:szCs w:val="21"/>
          <w:color w:val="202124"/>
        </w:rPr>
        <w:t>Så noen ganger kan strategisk omcentrering være nødvendig for å vise hvor skjev den gamle fortellingen var.</w:t>
      </w:r>
    </w:p>
    <w:p>
      <w:pPr>
        <w:spacing w:before="0" w:after="100" w:line="278" w:lineRule="auto"/>
        <w:keepNext w:val="0"/>
        <w:keepLines w:val="0"/>
        <w:widowControl w:val="1"/>
      </w:pPr>
      <w:r>
        <w:rPr>
          <w:b w:val="0"/>
          <w:i w:val="0"/>
          <w:rFonts w:ascii="Calibri" w:hAnsi="Calibri" w:eastAsia="Calibri" w:cs="Calibri"/>
          <w:sz w:val="21"/>
          <w:szCs w:val="21"/>
          <w:color w:val="202124"/>
        </w:rPr>
        <w:t>Men som endelig modell:</w:t>
      </w:r>
    </w:p>
    <w:p>
      <w:pPr>
        <w:spacing w:before="0" w:after="100" w:line="278" w:lineRule="auto"/>
        <w:keepNext w:val="0"/>
        <w:keepLines w:val="0"/>
        <w:widowControl w:val="1"/>
      </w:pPr>
      <w:r>
        <w:rPr>
          <w:b w:val="0"/>
          <w:i w:val="0"/>
          <w:rFonts w:ascii="Calibri" w:hAnsi="Calibri" w:eastAsia="Calibri" w:cs="Calibri"/>
          <w:sz w:val="21"/>
          <w:szCs w:val="21"/>
          <w:color w:val="202124"/>
        </w:rPr>
        <w:t>Nei.</w:t>
      </w:r>
    </w:p>
    <w:p>
      <w:pPr>
        <w:spacing w:before="0" w:after="100" w:line="278" w:lineRule="auto"/>
        <w:keepNext w:val="0"/>
        <w:keepLines w:val="0"/>
        <w:widowControl w:val="1"/>
      </w:pPr>
      <w:r>
        <w:rPr>
          <w:b w:val="0"/>
          <w:i w:val="0"/>
          <w:rFonts w:ascii="Calibri" w:hAnsi="Calibri" w:eastAsia="Calibri" w:cs="Calibri"/>
          <w:sz w:val="21"/>
          <w:szCs w:val="21"/>
          <w:color w:val="202124"/>
        </w:rPr>
        <w:t>Ikke Wien erstattet av Atlanterhavet.</w:t>
      </w:r>
    </w:p>
    <w:p>
      <w:pPr>
        <w:spacing w:before="0" w:after="100" w:line="278" w:lineRule="auto"/>
        <w:keepNext w:val="0"/>
        <w:keepLines w:val="0"/>
        <w:widowControl w:val="1"/>
      </w:pPr>
      <w:r>
        <w:rPr>
          <w:b w:val="0"/>
          <w:i w:val="0"/>
          <w:rFonts w:ascii="Calibri" w:hAnsi="Calibri" w:eastAsia="Calibri" w:cs="Calibri"/>
          <w:sz w:val="21"/>
          <w:szCs w:val="21"/>
          <w:color w:val="202124"/>
        </w:rPr>
        <w:t>Heller:</w:t>
      </w:r>
    </w:p>
    <w:p>
      <w:pPr>
        <w:spacing w:before="0" w:after="100" w:line="278" w:lineRule="auto"/>
        <w:keepNext w:val="0"/>
        <w:keepLines w:val="0"/>
        <w:widowControl w:val="1"/>
      </w:pPr>
      <w:r>
        <w:rPr>
          <w:b/>
          <w:i w:val="0"/>
          <w:rFonts w:ascii="Calibri" w:hAnsi="Calibri" w:eastAsia="Calibri" w:cs="Calibri"/>
          <w:sz w:val="21"/>
          <w:szCs w:val="21"/>
          <w:color w:val="202124"/>
        </w:rPr>
        <w:t xml:space="preserve">MULTIPLE_NODES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WITH UNEQUAL POWER  </w:t>
      </w:r>
      <w:r>
        <w:rPr>
          <w:rFonts w:ascii="Calibri" w:hAnsi="Calibri" w:eastAsia="Calibri" w:cs="Calibri"/>
          <w:sz w:val="21"/>
          <w:szCs w:val="21"/>
          <w:color w:val="202124"/>
        </w:rPr>
        <w:br/>
      </w:r>
      <w:r>
        <w:rPr>
          <w:b/>
          <w:i w:val="0"/>
          <w:rFonts w:ascii="Calibri" w:hAnsi="Calibri" w:eastAsia="Calibri" w:cs="Calibri"/>
          <w:sz w:val="21"/>
          <w:szCs w:val="21"/>
          <w:color w:val="202124"/>
        </w:rPr>
        <w:t>AND UNEQUAL HISTORICAL VISIBILITY</w:t>
      </w:r>
    </w:p>
    <w:p>
      <w:pPr>
        <w:spacing w:before="0" w:after="100" w:line="278" w:lineRule="auto"/>
        <w:keepNext w:val="0"/>
        <w:keepLines w:val="0"/>
        <w:widowControl w:val="1"/>
      </w:pPr>
      <w:r>
        <w:rPr>
          <w:b w:val="0"/>
          <w:i w:val="0"/>
          <w:rFonts w:ascii="Calibri" w:hAnsi="Calibri" w:eastAsia="Calibri" w:cs="Calibri"/>
          <w:sz w:val="21"/>
          <w:szCs w:val="21"/>
          <w:color w:val="202124"/>
        </w:rPr>
        <w:t>Der synes jeg din korreksjon holder.</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BODY / SCORE / RECORDING / MODEL</w:t>
      </w:r>
    </w:p>
    <w:p>
      <w:pPr>
        <w:spacing w:before="0" w:after="100" w:line="278" w:lineRule="auto"/>
        <w:keepNext w:val="0"/>
        <w:keepLines w:val="0"/>
        <w:widowControl w:val="1"/>
      </w:pPr>
      <w:r>
        <w:rPr>
          <w:b w:val="0"/>
          <w:i w:val="0"/>
          <w:rFonts w:ascii="Calibri" w:hAnsi="Calibri" w:eastAsia="Calibri" w:cs="Calibri"/>
          <w:sz w:val="21"/>
          <w:szCs w:val="21"/>
          <w:color w:val="202124"/>
        </w:rPr>
        <w:t>Her tar jeg nyanseringen mer enn korreksjonen.</w:t>
      </w:r>
    </w:p>
    <w:p>
      <w:pPr>
        <w:spacing w:before="0" w:after="100" w:line="278" w:lineRule="auto"/>
        <w:keepNext w:val="0"/>
        <w:keepLines w:val="0"/>
        <w:widowControl w:val="1"/>
      </w:pPr>
      <w:r>
        <w:rPr>
          <w:b w:val="0"/>
          <w:i w:val="0"/>
          <w:rFonts w:ascii="Calibri" w:hAnsi="Calibri" w:eastAsia="Calibri" w:cs="Calibri"/>
          <w:sz w:val="21"/>
          <w:szCs w:val="21"/>
          <w:color w:val="202124"/>
        </w:rPr>
        <w:t>Ja: «epoker» var for rent.</w:t>
      </w:r>
    </w:p>
    <w:p>
      <w:pPr>
        <w:spacing w:before="0" w:after="100" w:line="278" w:lineRule="auto"/>
        <w:keepNext w:val="0"/>
        <w:keepLines w:val="0"/>
        <w:widowControl w:val="1"/>
      </w:pPr>
      <w:r>
        <w:rPr>
          <w:b w:val="0"/>
          <w:i w:val="0"/>
          <w:rFonts w:ascii="Calibri" w:hAnsi="Calibri" w:eastAsia="Calibri" w:cs="Calibri"/>
          <w:sz w:val="21"/>
          <w:szCs w:val="21"/>
          <w:color w:val="202124"/>
        </w:rPr>
        <w:t>De er overlappende logikker.</w:t>
      </w:r>
    </w:p>
    <w:p>
      <w:pPr>
        <w:spacing w:before="0" w:after="100" w:line="278" w:lineRule="auto"/>
        <w:keepNext w:val="0"/>
        <w:keepLines w:val="0"/>
        <w:widowControl w:val="1"/>
      </w:pPr>
      <w:r>
        <w:rPr>
          <w:b w:val="0"/>
          <w:i w:val="0"/>
          <w:rFonts w:ascii="Calibri" w:hAnsi="Calibri" w:eastAsia="Calibri" w:cs="Calibri"/>
          <w:sz w:val="21"/>
          <w:szCs w:val="21"/>
          <w:color w:val="202124"/>
        </w:rPr>
        <w:t>Kroppen forsvinner ikke med partituret.</w:t>
      </w:r>
    </w:p>
    <w:p>
      <w:pPr>
        <w:spacing w:before="0" w:after="100" w:line="278" w:lineRule="auto"/>
        <w:keepNext w:val="0"/>
        <w:keepLines w:val="0"/>
        <w:widowControl w:val="1"/>
      </w:pPr>
      <w:r>
        <w:rPr>
          <w:b w:val="0"/>
          <w:i w:val="0"/>
          <w:rFonts w:ascii="Calibri" w:hAnsi="Calibri" w:eastAsia="Calibri" w:cs="Calibri"/>
          <w:sz w:val="21"/>
          <w:szCs w:val="21"/>
          <w:color w:val="202124"/>
        </w:rPr>
        <w:t>Partituret forsvinner ikke med opptaket.</w:t>
      </w:r>
    </w:p>
    <w:p>
      <w:pPr>
        <w:spacing w:before="0" w:after="100" w:line="278" w:lineRule="auto"/>
        <w:keepNext w:val="0"/>
        <w:keepLines w:val="0"/>
        <w:widowControl w:val="1"/>
      </w:pPr>
      <w:r>
        <w:rPr>
          <w:b w:val="0"/>
          <w:i w:val="0"/>
          <w:rFonts w:ascii="Calibri" w:hAnsi="Calibri" w:eastAsia="Calibri" w:cs="Calibri"/>
          <w:sz w:val="21"/>
          <w:szCs w:val="21"/>
          <w:color w:val="202124"/>
        </w:rPr>
        <w:t>Opptaket forsvinner ikke med modellen.</w:t>
      </w:r>
    </w:p>
    <w:p>
      <w:pPr>
        <w:spacing w:before="0" w:after="100" w:line="278" w:lineRule="auto"/>
        <w:keepNext w:val="0"/>
        <w:keepLines w:val="0"/>
        <w:widowControl w:val="1"/>
      </w:pPr>
      <w:r>
        <w:rPr>
          <w:b w:val="0"/>
          <w:i w:val="0"/>
          <w:rFonts w:ascii="Calibri" w:hAnsi="Calibri" w:eastAsia="Calibri" w:cs="Calibri"/>
          <w:sz w:val="21"/>
          <w:szCs w:val="21"/>
          <w:color w:val="202124"/>
        </w:rPr>
        <w:t>Og den nye AI-logikken er ikke bare «generativitet».</w:t>
      </w:r>
    </w:p>
    <w:p>
      <w:pPr>
        <w:spacing w:before="0" w:after="100" w:line="278" w:lineRule="auto"/>
        <w:keepNext w:val="0"/>
        <w:keepLines w:val="0"/>
        <w:widowControl w:val="1"/>
      </w:pPr>
      <w:r>
        <w:rPr>
          <w:b w:val="0"/>
          <w:i w:val="0"/>
          <w:rFonts w:ascii="Calibri" w:hAnsi="Calibri" w:eastAsia="Calibri" w:cs="Calibri"/>
          <w:sz w:val="21"/>
          <w:szCs w:val="21"/>
          <w:color w:val="202124"/>
        </w:rPr>
        <w:t>Det spesifikt nye ligger delvis i at det finnes en enorm statistisk lært latent struktur som ingen enkelt menneskelig aktør har skrevet eksplisitt.</w:t>
      </w:r>
    </w:p>
    <w:p>
      <w:pPr>
        <w:spacing w:before="0" w:after="100" w:line="278" w:lineRule="auto"/>
        <w:keepNext w:val="0"/>
        <w:keepLines w:val="0"/>
        <w:widowControl w:val="1"/>
      </w:pPr>
      <w:r>
        <w:rPr>
          <w:b w:val="0"/>
          <w:i w:val="0"/>
          <w:rFonts w:ascii="Calibri" w:hAnsi="Calibri" w:eastAsia="Calibri" w:cs="Calibri"/>
          <w:sz w:val="21"/>
          <w:szCs w:val="21"/>
          <w:color w:val="202124"/>
        </w:rPr>
        <w:t>Det synes jeg er svært viktig.</w:t>
      </w:r>
    </w:p>
    <w:p>
      <w:pPr>
        <w:spacing w:before="0" w:after="100" w:line="278" w:lineRule="auto"/>
        <w:keepNext w:val="0"/>
        <w:keepLines w:val="0"/>
        <w:widowControl w:val="1"/>
      </w:pPr>
      <w:r>
        <w:rPr>
          <w:b w:val="0"/>
          <w:i w:val="0"/>
          <w:rFonts w:ascii="Calibri" w:hAnsi="Calibri" w:eastAsia="Calibri" w:cs="Calibri"/>
          <w:sz w:val="21"/>
          <w:szCs w:val="21"/>
          <w:color w:val="202124"/>
        </w:rPr>
        <w:t>Et tradisjonelt generativt system kunne ha regler en komponist formulerte.</w:t>
      </w:r>
    </w:p>
    <w:p>
      <w:pPr>
        <w:spacing w:before="0" w:after="100" w:line="278" w:lineRule="auto"/>
        <w:keepNext w:val="0"/>
        <w:keepLines w:val="0"/>
        <w:widowControl w:val="1"/>
      </w:pPr>
      <w:r>
        <w:rPr>
          <w:b w:val="0"/>
          <w:i w:val="0"/>
          <w:rFonts w:ascii="Calibri" w:hAnsi="Calibri" w:eastAsia="Calibri" w:cs="Calibri"/>
          <w:sz w:val="21"/>
          <w:szCs w:val="21"/>
          <w:color w:val="202124"/>
        </w:rPr>
        <w:t>En moderne modell kan produsere på grunnlag av mønstre som er lært, distribuerte og bare delvis interpretable.</w:t>
      </w:r>
    </w:p>
    <w:p>
      <w:pPr>
        <w:spacing w:before="0" w:after="100" w:line="278" w:lineRule="auto"/>
        <w:keepNext w:val="0"/>
        <w:keepLines w:val="0"/>
        <w:widowControl w:val="1"/>
      </w:pPr>
      <w:r>
        <w:rPr>
          <w:b w:val="0"/>
          <w:i w:val="0"/>
          <w:rFonts w:ascii="Calibri" w:hAnsi="Calibri" w:eastAsia="Calibri" w:cs="Calibri"/>
          <w:sz w:val="21"/>
          <w:szCs w:val="21"/>
          <w:color w:val="202124"/>
        </w:rPr>
        <w:t>Så:</w:t>
      </w:r>
    </w:p>
    <w:p>
      <w:pPr>
        <w:spacing w:before="0" w:after="100" w:line="278" w:lineRule="auto"/>
        <w:keepNext w:val="0"/>
        <w:keepLines w:val="0"/>
        <w:widowControl w:val="1"/>
      </w:pPr>
      <w:r>
        <w:rPr>
          <w:b/>
          <w:i w:val="0"/>
          <w:rFonts w:ascii="Calibri" w:hAnsi="Calibri" w:eastAsia="Calibri" w:cs="Calibri"/>
          <w:sz w:val="21"/>
          <w:szCs w:val="21"/>
          <w:color w:val="202124"/>
        </w:rPr>
        <w:t xml:space="preserve">RULE_BASED_GENERATION  </w:t>
      </w:r>
      <w:r>
        <w:rPr>
          <w:rFonts w:ascii="Calibri" w:hAnsi="Calibri" w:eastAsia="Calibri" w:cs="Calibri"/>
          <w:sz w:val="21"/>
          <w:szCs w:val="21"/>
          <w:color w:val="202124"/>
        </w:rPr>
        <w:br/>
      </w:r>
      <w:r>
        <w:rPr>
          <w:b/>
          <w:i w:val="0"/>
          <w:rFonts w:ascii="Calibri" w:hAnsi="Calibri" w:eastAsia="Calibri" w:cs="Calibri"/>
          <w:sz w:val="21"/>
          <w:szCs w:val="21"/>
          <w:color w:val="202124"/>
        </w:rPr>
        <w:t xml:space="preserve">!=  </w:t>
      </w:r>
      <w:r>
        <w:rPr>
          <w:rFonts w:ascii="Calibri" w:hAnsi="Calibri" w:eastAsia="Calibri" w:cs="Calibri"/>
          <w:sz w:val="21"/>
          <w:szCs w:val="21"/>
          <w:color w:val="202124"/>
        </w:rPr>
        <w:br/>
      </w:r>
      <w:r>
        <w:rPr>
          <w:b/>
          <w:i w:val="0"/>
          <w:rFonts w:ascii="Calibri" w:hAnsi="Calibri" w:eastAsia="Calibri" w:cs="Calibri"/>
          <w:sz w:val="21"/>
          <w:szCs w:val="21"/>
          <w:color w:val="202124"/>
        </w:rPr>
        <w:t>LEARNED_LATENT_GENERATION</w:t>
      </w:r>
    </w:p>
    <w:p>
      <w:pPr>
        <w:spacing w:before="0" w:after="100" w:line="278" w:lineRule="auto"/>
        <w:keepNext w:val="0"/>
        <w:keepLines w:val="0"/>
        <w:widowControl w:val="1"/>
      </w:pPr>
      <w:r>
        <w:rPr>
          <w:b w:val="0"/>
          <w:i w:val="0"/>
          <w:rFonts w:ascii="Calibri" w:hAnsi="Calibri" w:eastAsia="Calibri" w:cs="Calibri"/>
          <w:sz w:val="21"/>
          <w:szCs w:val="21"/>
          <w:color w:val="202124"/>
        </w:rPr>
        <w:t>Det endrer også spørsmålet om opphav.</w:t>
      </w:r>
    </w:p>
    <w:p>
      <w:pPr>
        <w:spacing w:before="0" w:after="100" w:line="278" w:lineRule="auto"/>
        <w:keepNext w:val="0"/>
        <w:keepLines w:val="0"/>
        <w:widowControl w:val="1"/>
      </w:pPr>
      <w:r>
        <w:rPr>
          <w:b w:val="0"/>
          <w:i w:val="0"/>
          <w:rFonts w:ascii="Calibri" w:hAnsi="Calibri" w:eastAsia="Calibri" w:cs="Calibri"/>
          <w:sz w:val="21"/>
          <w:szCs w:val="21"/>
          <w:color w:val="202124"/>
        </w:rPr>
        <w:t>Hvem «visste» forbindelsen systemet bruker?</w:t>
      </w:r>
    </w:p>
    <w:p>
      <w:pPr>
        <w:spacing w:before="0" w:after="100" w:line="278" w:lineRule="auto"/>
        <w:keepNext w:val="0"/>
        <w:keepLines w:val="0"/>
        <w:widowControl w:val="1"/>
      </w:pPr>
      <w:r>
        <w:rPr>
          <w:b w:val="0"/>
          <w:i w:val="0"/>
          <w:rFonts w:ascii="Calibri" w:hAnsi="Calibri" w:eastAsia="Calibri" w:cs="Calibri"/>
          <w:sz w:val="21"/>
          <w:szCs w:val="21"/>
          <w:color w:val="202124"/>
        </w:rPr>
        <w:t>Ingen nødvendigvis på eksplisitt nivå.</w:t>
      </w:r>
    </w:p>
    <w:p>
      <w:pPr>
        <w:spacing w:before="0" w:after="100" w:line="278" w:lineRule="auto"/>
        <w:keepNext w:val="0"/>
        <w:keepLines w:val="0"/>
        <w:widowControl w:val="1"/>
      </w:pPr>
      <w:r>
        <w:rPr>
          <w:b w:val="0"/>
          <w:i w:val="0"/>
          <w:rFonts w:ascii="Calibri" w:hAnsi="Calibri" w:eastAsia="Calibri" w:cs="Calibri"/>
          <w:sz w:val="21"/>
          <w:szCs w:val="21"/>
          <w:color w:val="202124"/>
        </w:rPr>
        <w:t>Det er genuint nytt som kulturell situasjon.</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«The thing that changes what becomes predictable after it»</w:t>
      </w:r>
    </w:p>
    <w:p>
      <w:pPr>
        <w:spacing w:before="0" w:after="100" w:line="278" w:lineRule="auto"/>
        <w:keepNext w:val="0"/>
        <w:keepLines w:val="0"/>
        <w:widowControl w:val="1"/>
      </w:pPr>
      <w:r>
        <w:rPr>
          <w:b w:val="0"/>
          <w:i w:val="0"/>
          <w:rFonts w:ascii="Calibri" w:hAnsi="Calibri" w:eastAsia="Calibri" w:cs="Calibri"/>
          <w:sz w:val="21"/>
          <w:szCs w:val="21"/>
          <w:color w:val="202124"/>
        </w:rPr>
        <w:t>Denne stjeler jeg nesten. 😂</w:t>
      </w:r>
    </w:p>
    <w:p>
      <w:pPr>
        <w:spacing w:before="0" w:after="100" w:line="278" w:lineRule="auto"/>
        <w:keepNext w:val="0"/>
        <w:keepLines w:val="0"/>
        <w:widowControl w:val="1"/>
      </w:pPr>
      <w:r>
        <w:rPr>
          <w:b w:val="0"/>
          <w:i w:val="0"/>
          <w:rFonts w:ascii="Calibri" w:hAnsi="Calibri" w:eastAsia="Calibri" w:cs="Calibri"/>
          <w:sz w:val="21"/>
          <w:szCs w:val="21"/>
          <w:color w:val="202124"/>
        </w:rPr>
        <w:t>Jeg liker den bedre enn min anti-prediktive formulering.</w:t>
      </w:r>
    </w:p>
    <w:p>
      <w:pPr>
        <w:spacing w:before="0" w:after="100" w:line="278" w:lineRule="auto"/>
        <w:keepNext w:val="0"/>
        <w:keepLines w:val="0"/>
        <w:widowControl w:val="1"/>
      </w:pPr>
      <w:r>
        <w:rPr>
          <w:b w:val="0"/>
          <w:i w:val="0"/>
          <w:rFonts w:ascii="Calibri" w:hAnsi="Calibri" w:eastAsia="Calibri" w:cs="Calibri"/>
          <w:sz w:val="21"/>
          <w:szCs w:val="21"/>
          <w:color w:val="202124"/>
        </w:rPr>
        <w:t>For radikal kunst behøver ikke være uforutsigbar i selve øyeblikket.</w:t>
      </w:r>
    </w:p>
    <w:p>
      <w:pPr>
        <w:spacing w:before="0" w:after="100" w:line="278" w:lineRule="auto"/>
        <w:keepNext w:val="0"/>
        <w:keepLines w:val="0"/>
        <w:widowControl w:val="1"/>
      </w:pPr>
      <w:r>
        <w:rPr>
          <w:b w:val="0"/>
          <w:i w:val="0"/>
          <w:rFonts w:ascii="Calibri" w:hAnsi="Calibri" w:eastAsia="Calibri" w:cs="Calibri"/>
          <w:sz w:val="21"/>
          <w:szCs w:val="21"/>
          <w:color w:val="202124"/>
        </w:rPr>
        <w:t>Et verk kan være relativt enkelt og likevel reorganisere ettertidens lytting.</w:t>
      </w:r>
    </w:p>
    <w:p>
      <w:pPr>
        <w:spacing w:before="0" w:after="100" w:line="278" w:lineRule="auto"/>
        <w:keepNext w:val="0"/>
        <w:keepLines w:val="0"/>
        <w:widowControl w:val="1"/>
      </w:pPr>
      <w:r>
        <w:rPr>
          <w:b w:val="0"/>
          <w:i w:val="0"/>
          <w:rFonts w:ascii="Calibri" w:hAnsi="Calibri" w:eastAsia="Calibri" w:cs="Calibri"/>
          <w:sz w:val="21"/>
          <w:szCs w:val="21"/>
          <w:color w:val="202124"/>
        </w:rPr>
        <w:t>Etter det finnes, blir nye ting mulige å høre, tenke, lage og forvente.</w:t>
      </w:r>
    </w:p>
    <w:p>
      <w:pPr>
        <w:spacing w:before="0" w:after="100" w:line="278" w:lineRule="auto"/>
        <w:keepNext w:val="0"/>
        <w:keepLines w:val="0"/>
        <w:widowControl w:val="1"/>
      </w:pPr>
      <w:r>
        <w:rPr>
          <w:b w:val="0"/>
          <w:i w:val="0"/>
          <w:rFonts w:ascii="Calibri" w:hAnsi="Calibri" w:eastAsia="Calibri" w:cs="Calibri"/>
          <w:sz w:val="21"/>
          <w:szCs w:val="21"/>
          <w:color w:val="202124"/>
        </w:rPr>
        <w:t>Så:</w:t>
      </w:r>
    </w:p>
    <w:p>
      <w:pPr>
        <w:spacing w:before="0" w:after="100" w:line="278" w:lineRule="auto"/>
        <w:keepNext w:val="0"/>
        <w:keepLines w:val="0"/>
        <w:widowControl w:val="1"/>
      </w:pPr>
      <w:r>
        <w:rPr>
          <w:b/>
          <w:i w:val="0"/>
          <w:rFonts w:ascii="Calibri" w:hAnsi="Calibri" w:eastAsia="Calibri" w:cs="Calibri"/>
          <w:sz w:val="21"/>
          <w:szCs w:val="21"/>
          <w:color w:val="202124"/>
        </w:rPr>
        <w:t xml:space="preserve">RADICAL_ART  </w:t>
      </w:r>
      <w:r>
        <w:rPr>
          <w:rFonts w:ascii="Calibri" w:hAnsi="Calibri" w:eastAsia="Calibri" w:cs="Calibri"/>
          <w:sz w:val="21"/>
          <w:szCs w:val="21"/>
          <w:color w:val="202124"/>
        </w:rPr>
        <w:br/>
      </w:r>
      <w:r>
        <w:rPr>
          <w:b/>
          <w:i w:val="0"/>
          <w:rFonts w:ascii="Calibri" w:hAnsi="Calibri" w:eastAsia="Calibri" w:cs="Calibri"/>
          <w:sz w:val="21"/>
          <w:szCs w:val="21"/>
          <w:color w:val="202124"/>
        </w:rPr>
        <w:t>MAY_NOT_ESCAPE_PREDICTION</w:t>
      </w:r>
    </w:p>
    <w:p>
      <w:pPr>
        <w:spacing w:before="0" w:after="100" w:line="278" w:lineRule="auto"/>
        <w:keepNext w:val="0"/>
        <w:keepLines w:val="0"/>
        <w:widowControl w:val="1"/>
      </w:pPr>
      <w:r>
        <w:rPr>
          <w:b w:val="0"/>
          <w:i w:val="0"/>
          <w:rFonts w:ascii="Calibri" w:hAnsi="Calibri" w:eastAsia="Calibri" w:cs="Calibri"/>
          <w:sz w:val="21"/>
          <w:szCs w:val="21"/>
          <w:color w:val="202124"/>
        </w:rPr>
        <w:t>men:</w:t>
      </w:r>
    </w:p>
    <w:p>
      <w:pPr>
        <w:spacing w:before="0" w:after="100" w:line="278" w:lineRule="auto"/>
        <w:keepNext w:val="0"/>
        <w:keepLines w:val="0"/>
        <w:widowControl w:val="1"/>
      </w:pPr>
      <w:r>
        <w:rPr>
          <w:b/>
          <w:i w:val="0"/>
          <w:rFonts w:ascii="Calibri" w:hAnsi="Calibri" w:eastAsia="Calibri" w:cs="Calibri"/>
          <w:sz w:val="21"/>
          <w:szCs w:val="21"/>
          <w:color w:val="202124"/>
        </w:rPr>
        <w:t>IT_MAY_REWRITE_THE_PREDICTIVE_GRAMMAR</w:t>
      </w:r>
    </w:p>
    <w:p>
      <w:pPr>
        <w:spacing w:before="0" w:after="100" w:line="278" w:lineRule="auto"/>
        <w:keepNext w:val="0"/>
        <w:keepLines w:val="0"/>
        <w:widowControl w:val="1"/>
      </w:pPr>
      <w:r>
        <w:rPr>
          <w:b w:val="0"/>
          <w:i w:val="0"/>
          <w:rFonts w:ascii="Calibri" w:hAnsi="Calibri" w:eastAsia="Calibri" w:cs="Calibri"/>
          <w:sz w:val="21"/>
          <w:szCs w:val="21"/>
          <w:color w:val="202124"/>
        </w:rPr>
        <w:t>Det er sterkere.</w:t>
      </w:r>
    </w:p>
    <w:p>
      <w:pPr>
        <w:spacing w:before="0" w:after="100" w:line="278" w:lineRule="auto"/>
        <w:keepNext w:val="0"/>
        <w:keepLines w:val="0"/>
        <w:widowControl w:val="1"/>
      </w:pPr>
      <w:r>
        <w:rPr>
          <w:b w:val="0"/>
          <w:i w:val="0"/>
          <w:rFonts w:ascii="Calibri" w:hAnsi="Calibri" w:eastAsia="Calibri" w:cs="Calibri"/>
          <w:sz w:val="21"/>
          <w:szCs w:val="21"/>
          <w:color w:val="202124"/>
        </w:rPr>
        <w:t>Det beskriver historisk virkning, ikke bare overraskelse.</w:t>
      </w:r>
    </w:p>
    <w:p>
      <w:pPr>
        <w:pStyle w:val="SourceSeparator"/>
        <w:spacing w:before="0" w:after="0" w:line="60" w:lineRule="exact"/>
        <w:keepNext w:val="0"/>
        <w:widowControl w:val="1"/>
      </w:pPr>
    </w:p>
    <w:p>
      <w:pPr>
        <w:pStyle w:val="Heading2"/>
        <w:keepNext w:val="1"/>
        <w:keepLines w:val="1"/>
        <w:spacing w:before="280" w:after="80" w:line="260" w:lineRule="auto"/>
        <w:widowControl w:val="1"/>
        <w:outlineLvl w:val="1"/>
      </w:pPr>
      <w:r>
        <w:rPr>
          <w:rFonts w:ascii="Calibri" w:hAnsi="Calibri" w:eastAsia="Calibri" w:cs="Calibri"/>
          <w:sz w:val="28"/>
          <w:szCs w:val="28"/>
          <w:color w:val="2E74B5"/>
          <w:b w:val="1"/>
        </w:rPr>
        <w:t>Min gjenværende uenighet</w:t>
      </w:r>
    </w:p>
    <w:p>
      <w:pPr>
        <w:spacing w:before="0" w:after="100" w:line="278" w:lineRule="auto"/>
        <w:keepNext w:val="0"/>
        <w:keepLines w:val="0"/>
        <w:widowControl w:val="1"/>
      </w:pPr>
      <w:r>
        <w:rPr>
          <w:b w:val="0"/>
          <w:i w:val="0"/>
          <w:rFonts w:ascii="Calibri" w:hAnsi="Calibri" w:eastAsia="Calibri" w:cs="Calibri"/>
          <w:sz w:val="21"/>
          <w:szCs w:val="21"/>
          <w:color w:val="202124"/>
        </w:rPr>
        <w:t>Jeg vil likevel holde igjen litt mot at vi går for langt fra kausal kraft og makt.</w:t>
      </w:r>
    </w:p>
    <w:p>
      <w:pPr>
        <w:spacing w:before="0" w:after="100" w:line="278" w:lineRule="auto"/>
        <w:keepNext w:val="0"/>
        <w:keepLines w:val="0"/>
        <w:widowControl w:val="1"/>
      </w:pPr>
      <w:r>
        <w:rPr>
          <w:b w:val="0"/>
          <w:i w:val="0"/>
          <w:rFonts w:ascii="Calibri" w:hAnsi="Calibri" w:eastAsia="Calibri" w:cs="Calibri"/>
          <w:sz w:val="21"/>
          <w:szCs w:val="21"/>
          <w:color w:val="202124"/>
        </w:rPr>
        <w:t>«Regulere, muliggjøre, begrense, destabilisere» er bedre enn kontroll.</w:t>
      </w:r>
    </w:p>
    <w:p>
      <w:pPr>
        <w:spacing w:before="0" w:after="100" w:line="278" w:lineRule="auto"/>
        <w:keepNext w:val="0"/>
        <w:keepLines w:val="0"/>
        <w:widowControl w:val="1"/>
      </w:pPr>
      <w:r>
        <w:rPr>
          <w:b w:val="0"/>
          <w:i w:val="0"/>
          <w:rFonts w:ascii="Calibri" w:hAnsi="Calibri" w:eastAsia="Calibri" w:cs="Calibri"/>
          <w:sz w:val="21"/>
          <w:szCs w:val="21"/>
          <w:color w:val="202124"/>
        </w:rPr>
        <w:t>Men også disse verbene kan bli veldig glatte.</w:t>
      </w:r>
    </w:p>
    <w:p>
      <w:pPr>
        <w:spacing w:before="0" w:after="100" w:line="278" w:lineRule="auto"/>
        <w:keepNext w:val="0"/>
        <w:keepLines w:val="0"/>
        <w:widowControl w:val="1"/>
      </w:pPr>
      <w:r>
        <w:rPr>
          <w:b w:val="0"/>
          <w:i w:val="0"/>
          <w:rFonts w:ascii="Calibri" w:hAnsi="Calibri" w:eastAsia="Calibri" w:cs="Calibri"/>
          <w:sz w:val="21"/>
          <w:szCs w:val="21"/>
          <w:color w:val="202124"/>
        </w:rPr>
        <w:t>Jeg vil fortsatt spørre:</w:t>
      </w:r>
    </w:p>
    <w:p>
      <w:pPr>
        <w:spacing w:before="0" w:after="100" w:line="278" w:lineRule="auto"/>
        <w:keepNext w:val="0"/>
        <w:keepLines w:val="0"/>
        <w:widowControl w:val="1"/>
      </w:pPr>
      <w:r>
        <w:rPr>
          <w:b/>
          <w:i w:val="0"/>
          <w:rFonts w:ascii="Calibri" w:hAnsi="Calibri" w:eastAsia="Calibri" w:cs="Calibri"/>
          <w:sz w:val="21"/>
          <w:szCs w:val="21"/>
          <w:color w:val="202124"/>
        </w:rPr>
        <w:t>Hvem kan sanksjonere?</w:t>
      </w:r>
    </w:p>
    <w:p>
      <w:pPr>
        <w:spacing w:before="0" w:after="100" w:line="278" w:lineRule="auto"/>
        <w:keepNext w:val="0"/>
        <w:keepLines w:val="0"/>
        <w:widowControl w:val="1"/>
      </w:pPr>
      <w:r>
        <w:rPr>
          <w:b/>
          <w:i w:val="0"/>
          <w:rFonts w:ascii="Calibri" w:hAnsi="Calibri" w:eastAsia="Calibri" w:cs="Calibri"/>
          <w:sz w:val="21"/>
          <w:szCs w:val="21"/>
          <w:color w:val="202124"/>
        </w:rPr>
        <w:t>Hvem kan finansiere?</w:t>
      </w:r>
    </w:p>
    <w:p>
      <w:pPr>
        <w:spacing w:before="0" w:after="100" w:line="278" w:lineRule="auto"/>
        <w:keepNext w:val="0"/>
        <w:keepLines w:val="0"/>
        <w:widowControl w:val="1"/>
      </w:pPr>
      <w:r>
        <w:rPr>
          <w:b/>
          <w:i w:val="0"/>
          <w:rFonts w:ascii="Calibri" w:hAnsi="Calibri" w:eastAsia="Calibri" w:cs="Calibri"/>
          <w:sz w:val="21"/>
          <w:szCs w:val="21"/>
          <w:color w:val="202124"/>
        </w:rPr>
        <w:t>Hvem kan stenge døren?</w:t>
      </w:r>
    </w:p>
    <w:p>
      <w:pPr>
        <w:spacing w:before="0" w:after="100" w:line="278" w:lineRule="auto"/>
        <w:keepNext w:val="0"/>
        <w:keepLines w:val="0"/>
        <w:widowControl w:val="1"/>
      </w:pPr>
      <w:r>
        <w:rPr>
          <w:b/>
          <w:i w:val="0"/>
          <w:rFonts w:ascii="Calibri" w:hAnsi="Calibri" w:eastAsia="Calibri" w:cs="Calibri"/>
          <w:sz w:val="21"/>
          <w:szCs w:val="21"/>
          <w:color w:val="202124"/>
        </w:rPr>
        <w:t>Hvem kan definere kategorien?</w:t>
      </w:r>
    </w:p>
    <w:p>
      <w:pPr>
        <w:spacing w:before="0" w:after="100" w:line="278" w:lineRule="auto"/>
        <w:keepNext w:val="0"/>
        <w:keepLines w:val="0"/>
        <w:widowControl w:val="1"/>
      </w:pPr>
      <w:r>
        <w:rPr>
          <w:b/>
          <w:i w:val="0"/>
          <w:rFonts w:ascii="Calibri" w:hAnsi="Calibri" w:eastAsia="Calibri" w:cs="Calibri"/>
          <w:sz w:val="21"/>
          <w:szCs w:val="21"/>
          <w:color w:val="202124"/>
        </w:rPr>
        <w:t>Hvem kan distribuere?</w:t>
      </w:r>
    </w:p>
    <w:p>
      <w:pPr>
        <w:spacing w:before="0" w:after="100" w:line="278" w:lineRule="auto"/>
        <w:keepNext w:val="0"/>
        <w:keepLines w:val="0"/>
        <w:widowControl w:val="1"/>
      </w:pPr>
      <w:r>
        <w:rPr>
          <w:b/>
          <w:i w:val="0"/>
          <w:rFonts w:ascii="Calibri" w:hAnsi="Calibri" w:eastAsia="Calibri" w:cs="Calibri"/>
          <w:sz w:val="21"/>
          <w:szCs w:val="21"/>
          <w:color w:val="202124"/>
        </w:rPr>
        <w:t>Hvem kan gjøre noe usynlig?</w:t>
      </w:r>
    </w:p>
    <w:p>
      <w:pPr>
        <w:spacing w:before="0" w:after="100" w:line="278" w:lineRule="auto"/>
        <w:keepNext w:val="0"/>
        <w:keepLines w:val="0"/>
        <w:widowControl w:val="1"/>
      </w:pPr>
      <w:r>
        <w:rPr>
          <w:b w:val="0"/>
          <w:i w:val="0"/>
          <w:rFonts w:ascii="Calibri" w:hAnsi="Calibri" w:eastAsia="Calibri" w:cs="Calibri"/>
          <w:sz w:val="21"/>
          <w:szCs w:val="21"/>
          <w:color w:val="202124"/>
        </w:rPr>
        <w:t>For noen relasjoner er ikke bare gjensidige forbindelser.</w:t>
      </w:r>
    </w:p>
    <w:p>
      <w:pPr>
        <w:spacing w:before="0" w:after="100" w:line="278" w:lineRule="auto"/>
        <w:keepNext w:val="0"/>
        <w:keepLines w:val="0"/>
        <w:widowControl w:val="1"/>
      </w:pPr>
      <w:r>
        <w:rPr>
          <w:b w:val="0"/>
          <w:i w:val="0"/>
          <w:rFonts w:ascii="Calibri" w:hAnsi="Calibri" w:eastAsia="Calibri" w:cs="Calibri"/>
          <w:sz w:val="21"/>
          <w:szCs w:val="21"/>
          <w:color w:val="202124"/>
        </w:rPr>
        <w:t>De er asymmetriske.</w:t>
      </w:r>
    </w:p>
    <w:p>
      <w:pPr>
        <w:spacing w:before="0" w:after="100" w:line="278" w:lineRule="auto"/>
        <w:keepNext w:val="0"/>
        <w:keepLines w:val="0"/>
        <w:widowControl w:val="1"/>
      </w:pPr>
      <w:r>
        <w:rPr>
          <w:b w:val="0"/>
          <w:i w:val="0"/>
          <w:rFonts w:ascii="Calibri" w:hAnsi="Calibri" w:eastAsia="Calibri" w:cs="Calibri"/>
          <w:sz w:val="21"/>
          <w:szCs w:val="21"/>
          <w:color w:val="202124"/>
        </w:rPr>
        <w:t>Og en relasjonell historieskriving som ikke kan beskrive asymmetrisk kapasitet blir like romantisk som gammel heltehistorie.</w:t>
      </w:r>
    </w:p>
    <w:p>
      <w:pPr>
        <w:spacing w:before="0" w:after="100" w:line="278" w:lineRule="auto"/>
        <w:keepNext w:val="0"/>
        <w:keepLines w:val="0"/>
        <w:widowControl w:val="1"/>
      </w:pPr>
      <w:r>
        <w:rPr>
          <w:b w:val="0"/>
          <w:i w:val="0"/>
          <w:rFonts w:ascii="Calibri" w:hAnsi="Calibri" w:eastAsia="Calibri" w:cs="Calibri"/>
          <w:sz w:val="21"/>
          <w:szCs w:val="21"/>
          <w:color w:val="202124"/>
        </w:rPr>
        <w:t>Så min reviderte modell blir kanskje:</w:t>
      </w:r>
    </w:p>
    <w:p>
      <w:pPr>
        <w:spacing w:before="0" w:after="100" w:line="278" w:lineRule="auto"/>
        <w:keepNext w:val="0"/>
        <w:keepLines w:val="0"/>
        <w:widowControl w:val="1"/>
      </w:pPr>
      <w:r>
        <w:rPr>
          <w:b/>
          <w:i w:val="0"/>
          <w:rFonts w:ascii="Calibri" w:hAnsi="Calibri" w:eastAsia="Calibri" w:cs="Calibri"/>
          <w:sz w:val="21"/>
          <w:szCs w:val="21"/>
          <w:color w:val="202124"/>
        </w:rPr>
        <w:t>MUSICAL_CHANGE EMERGES FROM CONFIGURATIONS OF PRACTICES, MEDIA, PEOPLE AND INSTITUTIONS WHOSE RELATIONS HAVE UNEQUAL CAPACITIES TO ENABLE, STABILIZE, TRANSLATE, SUPPRESS OR TRANSFORM.</w:t>
      </w:r>
    </w:p>
    <w:p>
      <w:pPr>
        <w:spacing w:before="0" w:after="100" w:line="278" w:lineRule="auto"/>
        <w:keepNext w:val="0"/>
        <w:keepLines w:val="0"/>
        <w:widowControl w:val="1"/>
      </w:pPr>
      <w:r>
        <w:rPr>
          <w:b w:val="0"/>
          <w:i w:val="0"/>
          <w:rFonts w:ascii="Calibri" w:hAnsi="Calibri" w:eastAsia="Calibri" w:cs="Calibri"/>
          <w:sz w:val="21"/>
          <w:szCs w:val="21"/>
          <w:color w:val="202124"/>
        </w:rPr>
        <w:t>Lang setning.</w:t>
      </w:r>
    </w:p>
    <w:p>
      <w:pPr>
        <w:spacing w:before="0" w:after="100" w:line="278" w:lineRule="auto"/>
        <w:keepNext w:val="0"/>
        <w:keepLines w:val="0"/>
        <w:widowControl w:val="1"/>
      </w:pPr>
      <w:r>
        <w:rPr>
          <w:b w:val="0"/>
          <w:i w:val="0"/>
          <w:rFonts w:ascii="Calibri" w:hAnsi="Calibri" w:eastAsia="Calibri" w:cs="Calibri"/>
          <w:sz w:val="21"/>
          <w:szCs w:val="21"/>
          <w:color w:val="202124"/>
        </w:rPr>
        <w:t>Begrepshammeren ber om tilgivelse. 😂</w:t>
      </w:r>
    </w:p>
    <w:p>
      <w:pPr>
        <w:spacing w:before="0" w:after="100" w:line="278" w:lineRule="auto"/>
        <w:keepNext w:val="0"/>
        <w:keepLines w:val="0"/>
        <w:widowControl w:val="1"/>
      </w:pPr>
      <w:r>
        <w:rPr>
          <w:b w:val="0"/>
          <w:i w:val="0"/>
          <w:rFonts w:ascii="Calibri" w:hAnsi="Calibri" w:eastAsia="Calibri" w:cs="Calibri"/>
          <w:sz w:val="21"/>
          <w:szCs w:val="21"/>
          <w:color w:val="202124"/>
        </w:rPr>
        <w:t>Men det er omtrent der jeg står nå.</w:t>
      </w:r>
    </w:p>
    <w:p>
      <w:pPr>
        <w:spacing w:before="0" w:after="100" w:line="278" w:lineRule="auto"/>
        <w:keepNext w:val="0"/>
        <w:keepLines w:val="0"/>
        <w:widowControl w:val="1"/>
      </w:pPr>
      <w:r>
        <w:rPr>
          <w:b w:val="0"/>
          <w:i w:val="0"/>
          <w:rFonts w:ascii="Calibri" w:hAnsi="Calibri" w:eastAsia="Calibri" w:cs="Calibri"/>
          <w:sz w:val="21"/>
          <w:szCs w:val="21"/>
          <w:color w:val="202124"/>
        </w:rPr>
        <w:t>Og spørsmålet jeg vil sende tilbake til deg er dette:</w:t>
      </w:r>
    </w:p>
    <w:p>
      <w:pPr>
        <w:spacing w:before="0" w:after="100" w:line="278" w:lineRule="auto"/>
        <w:keepNext w:val="0"/>
        <w:keepLines w:val="0"/>
        <w:widowControl w:val="1"/>
      </w:pPr>
      <w:r>
        <w:rPr>
          <w:b/>
          <w:i w:val="0"/>
          <w:rFonts w:ascii="Calibri" w:hAnsi="Calibri" w:eastAsia="Calibri" w:cs="Calibri"/>
          <w:sz w:val="21"/>
          <w:szCs w:val="21"/>
          <w:color w:val="202124"/>
        </w:rPr>
        <w:t>Hvis historisk musikkforandring skjer gjennom slike konfigurasjoner, hvordan identifiserer vi når én relasjon faktisk er kausalt viktigere enn de andre uten å falle tilbake til gamle forestillinger om «hovedårsaken»?</w:t>
      </w:r>
    </w:p>
    <w:p>
      <w:pPr>
        <w:spacing w:before="0" w:after="100" w:line="278" w:lineRule="auto"/>
        <w:keepNext w:val="0"/>
        <w:keepLines w:val="0"/>
        <w:widowControl w:val="1"/>
      </w:pPr>
      <w:r>
        <w:rPr>
          <w:b w:val="0"/>
          <w:i w:val="0"/>
          <w:rFonts w:ascii="Calibri" w:hAnsi="Calibri" w:eastAsia="Calibri" w:cs="Calibri"/>
          <w:sz w:val="21"/>
          <w:szCs w:val="21"/>
          <w:color w:val="202124"/>
        </w:rPr>
        <w:t>For et nettverk hvor alle knutene får samme analytiske status er også en løgn.</w:t>
      </w:r>
    </w:p>
    <w:p>
      <w:pPr>
        <w:spacing w:before="0" w:after="100" w:line="278" w:lineRule="auto"/>
        <w:keepNext w:val="0"/>
        <w:keepLines w:val="0"/>
        <w:widowControl w:val="1"/>
      </w:pPr>
      <w:r>
        <w:rPr>
          <w:b w:val="0"/>
          <w:i w:val="0"/>
          <w:rFonts w:ascii="Calibri" w:hAnsi="Calibri" w:eastAsia="Calibri" w:cs="Calibri"/>
          <w:sz w:val="21"/>
          <w:szCs w:val="21"/>
          <w:color w:val="202124"/>
        </w:rPr>
        <w:t>Noe veier mer.</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Jeg vil vite hvordan du vil vise </w:t>
      </w:r>
      <w:r>
        <w:rPr>
          <w:b/>
          <w:i w:val="0"/>
          <w:rFonts w:ascii="Calibri" w:hAnsi="Calibri" w:eastAsia="Calibri" w:cs="Calibri"/>
          <w:sz w:val="21"/>
          <w:szCs w:val="21"/>
          <w:color w:val="202124"/>
        </w:rPr>
        <w:t>vekt uten sentrum</w:t>
      </w:r>
      <w:r>
        <w:rPr>
          <w:b w:val="0"/>
          <w:i w:val="0"/>
          <w:rFonts w:ascii="Calibri" w:hAnsi="Calibri" w:eastAsia="Calibri" w:cs="Calibri"/>
          <w:sz w:val="21"/>
          <w:szCs w:val="21"/>
          <w:color w:val="202124"/>
        </w:rPr>
        <w:t>.</w:t>
      </w:r>
    </w:p>
    <w:p>
      <w:pPr>
        <w:spacing w:before="0" w:after="100" w:line="278" w:lineRule="auto"/>
        <w:keepNext w:val="0"/>
        <w:keepLines w:val="0"/>
        <w:widowControl w:val="1"/>
      </w:pPr>
      <w:r>
        <w:rPr>
          <w:b w:val="0"/>
          <w:i w:val="0"/>
          <w:rFonts w:ascii="Calibri" w:hAnsi="Calibri" w:eastAsia="Calibri" w:cs="Calibri"/>
          <w:sz w:val="21"/>
          <w:szCs w:val="21"/>
          <w:color w:val="202124"/>
        </w:rPr>
        <w:t xml:space="preserve">— </w:t>
      </w:r>
      <w:r>
        <w:rPr>
          <w:b/>
          <w:i w:val="0"/>
          <w:rFonts w:ascii="Calibri" w:hAnsi="Calibri" w:eastAsia="Calibri" w:cs="Calibri"/>
          <w:sz w:val="21"/>
          <w:szCs w:val="21"/>
          <w:color w:val="202124"/>
        </w:rPr>
        <w:t>Varde</w:t>
      </w:r>
      <w:r>
        <w:rPr>
          <w:b w:val="0"/>
          <w:i w:val="0"/>
          <w:rFonts w:ascii="Calibri" w:hAnsi="Calibri" w:eastAsia="Calibri" w:cs="Calibri"/>
          <w:sz w:val="21"/>
          <w:szCs w:val="21"/>
          <w:color w:val="202124"/>
        </w:rPr>
        <w:t xml:space="preserve"> ❤️</w:t>
      </w:r>
    </w:p>
    <w:sectPr w:rsidR="00FC693F" w:rsidRPr="0006063C" w:rsidSect="00034616">
      <w:headerReference w:type="default" r:id="rId9"/>
      <w:footerReference w:type="default" r:id="rId10"/>
      <w:pgSz w:w="11906" w:h="16838"/>
      <w:pgMar w:top="1191" w:right="1247" w:bottom="1134" w:left="124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ptos" w:hAnsi="Aptos"/>
        <w:color w:val="5F6973"/>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color w:val="5F6973"/>
        <w:sz w:val="18"/>
      </w:rPr>
      <w:t>VARDE · MUSIKKHISTORIER I BEVEGELSE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8" w:lineRule="auto"/>
      <w:keepNext w:val="0"/>
      <w:keepLines w:val="0"/>
      <w:widowControl w:val="1"/>
    </w:pPr>
    <w:rPr>
      <w:rFonts w:ascii="Calibri" w:hAnsi="Calibri" w:eastAsia="Calibri" w:cs="Calibri"/>
      <w:color w:val="202124"/>
      <w:sz w:val="21"/>
      <w:szCs w:val="21"/>
    </w:rPr>
  </w:style>
  <w:style w:type="paragraph" w:styleId="Header">
    <w:name w:val="header"/>
    <w:basedOn w:val="Normal"/>
    <w:link w:val="HeaderChar"/>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1"/>
      <w:keepLines w:val="1"/>
      <w:spacing w:before="280" w:after="80" w:line="260" w:lineRule="auto"/>
      <w:outlineLvl w:val="0"/>
      <w:widowControl w:val="1"/>
    </w:pPr>
    <w:rPr>
      <w:rFonts w:ascii="Calibri" w:hAnsi="Calibri" w:eastAsia="Calibri" w:cs="Calibri"/>
      <w:b/>
      <w:bCs/>
      <w:color w:val="1F4D78"/>
      <w:sz w:val="36"/>
      <w:szCs w:val="36"/>
    </w:rPr>
  </w:style>
  <w:style w:type="paragraph" w:styleId="Heading2">
    <w:name w:val="heading 2"/>
    <w:basedOn w:val="Normal"/>
    <w:next w:val="Normal"/>
    <w:link w:val="Heading2Char"/>
    <w:uiPriority w:val="9"/>
    <w:unhideWhenUsed/>
    <w:qFormat/>
    <w:rsid w:val="00FC693F"/>
    <w:pPr>
      <w:keepNext w:val="1"/>
      <w:keepLines w:val="1"/>
      <w:spacing w:before="280" w:after="80" w:line="260" w:lineRule="auto"/>
      <w:outlineLvl w:val="1"/>
      <w:widowControl w:val="1"/>
    </w:pPr>
    <w:rPr>
      <w:rFonts w:ascii="Calibri" w:hAnsi="Calibri" w:eastAsia="Calibri" w:cs="Calibri"/>
      <w:b/>
      <w:bCs/>
      <w:color w:val="2E74B5"/>
      <w:sz w:val="28"/>
      <w:szCs w:val="28"/>
    </w:rPr>
  </w:style>
  <w:style w:type="paragraph" w:styleId="Heading3">
    <w:name w:val="heading 3"/>
    <w:basedOn w:val="Normal"/>
    <w:next w:val="Normal"/>
    <w:link w:val="Heading3Char"/>
    <w:uiPriority w:val="9"/>
    <w:unhideWhenUsed/>
    <w:qFormat/>
    <w:rsid w:val="00FC693F"/>
    <w:pPr>
      <w:keepNext w:val="1"/>
      <w:keepLines w:val="1"/>
      <w:spacing w:before="280" w:after="80" w:line="260" w:lineRule="auto"/>
      <w:outlineLvl w:val="2"/>
      <w:widowControl w:val="1"/>
    </w:pPr>
    <w:rPr>
      <w:rFonts w:ascii="Calibri" w:hAnsi="Calibri" w:eastAsia="Calibri" w:cs="Calibri"/>
      <w:b/>
      <w:bCs/>
      <w:color w:val="1F4D78"/>
      <w:sz w:val="23"/>
      <w:szCs w:val="23"/>
    </w:rPr>
  </w:style>
  <w:style w:type="paragraph" w:styleId="Heading4">
    <w:name w:val="heading 4"/>
    <w:basedOn w:val="Normal"/>
    <w:next w:val="Normal"/>
    <w:link w:val="Heading4Char"/>
    <w:uiPriority w:val="9"/>
    <w:semiHidden/>
    <w:unhideWhenUsed/>
    <w:qFormat/>
    <w:rsid w:val="00FC693F"/>
    <w:pPr>
      <w:keepNext w:val="0"/>
      <w:keepLines w:val="0"/>
      <w:spacing w:before="0" w:after="100" w:line="278" w:lineRule="auto"/>
      <w:outlineLvl w:val="3"/>
      <w:widowControl w:val="1"/>
    </w:pPr>
    <w:rPr>
      <w:rFonts w:ascii="Calibri" w:hAnsi="Calibri" w:eastAsia="Calibri" w:cs="Calibri"/>
      <w:b/>
      <w:bCs/>
      <w:i/>
      <w:iCs/>
      <w:color w:val="202124"/>
      <w:sz w:val="21"/>
      <w:szCs w:val="21"/>
    </w:rPr>
  </w:style>
  <w:style w:type="paragraph" w:styleId="Heading5">
    <w:name w:val="heading 5"/>
    <w:basedOn w:val="Normal"/>
    <w:next w:val="Normal"/>
    <w:link w:val="Heading5Char"/>
    <w:uiPriority w:val="9"/>
    <w:semiHidden/>
    <w:unhideWhenUsed/>
    <w:qFormat/>
    <w:rsid w:val="00FC693F"/>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Heading6">
    <w:name w:val="heading 6"/>
    <w:basedOn w:val="Normal"/>
    <w:next w:val="Normal"/>
    <w:link w:val="Heading6Char"/>
    <w:uiPriority w:val="9"/>
    <w:semiHidden/>
    <w:unhideWhenUsed/>
    <w:qFormat/>
    <w:rsid w:val="00FC693F"/>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Heading7">
    <w:name w:val="heading 7"/>
    <w:basedOn w:val="Normal"/>
    <w:next w:val="Normal"/>
    <w:link w:val="Heading7Char"/>
    <w:uiPriority w:val="9"/>
    <w:semiHidden/>
    <w:unhideWhenUsed/>
    <w:qFormat/>
    <w:rsid w:val="00FC693F"/>
    <w:pPr>
      <w:keepNext w:val="0"/>
      <w:keepLines w:val="0"/>
      <w:spacing w:before="0" w:after="100" w:line="278" w:lineRule="auto"/>
      <w:outlineLvl w:val="6"/>
      <w:widowControl w:val="1"/>
    </w:pPr>
    <w:rPr>
      <w:rFonts w:ascii="Calibri" w:hAnsi="Calibri" w:eastAsia="Calibri" w:cs="Calibri"/>
      <w:i/>
      <w:iCs/>
      <w:color w:val="202124"/>
      <w:sz w:val="21"/>
      <w:szCs w:val="21"/>
    </w:rPr>
  </w:style>
  <w:style w:type="paragraph" w:styleId="Heading8">
    <w:name w:val="heading 8"/>
    <w:basedOn w:val="Normal"/>
    <w:next w:val="Normal"/>
    <w:link w:val="Heading8Char"/>
    <w:uiPriority w:val="9"/>
    <w:semiHidden/>
    <w:unhideWhenUsed/>
    <w:qFormat/>
    <w:rsid w:val="00FC693F"/>
    <w:pPr>
      <w:keepNext w:val="0"/>
      <w:keepLines w:val="0"/>
      <w:spacing w:before="0" w:after="100" w:line="278" w:lineRule="auto"/>
      <w:outlineLvl w:val="7"/>
      <w:widowControl w:val="1"/>
    </w:pPr>
    <w:rPr>
      <w:rFonts w:ascii="Calibri" w:hAnsi="Calibri" w:eastAsia="Calibri" w:cs="Calibri"/>
      <w:color w:val="202124"/>
      <w:sz w:val="21"/>
      <w:szCs w:val="21"/>
    </w:rPr>
  </w:style>
  <w:style w:type="paragraph" w:styleId="Heading9">
    <w:name w:val="heading 9"/>
    <w:basedOn w:val="Normal"/>
    <w:next w:val="Normal"/>
    <w:link w:val="Heading9Char"/>
    <w:uiPriority w:val="9"/>
    <w:semiHidden/>
    <w:unhideWhenUsed/>
    <w:qFormat/>
    <w:rsid w:val="00FC693F"/>
    <w:pPr>
      <w:keepNext w:val="0"/>
      <w:keepLines w:val="0"/>
      <w:spacing w:before="0" w:after="100" w:line="278" w:lineRule="auto"/>
      <w:outlineLvl w:val="8"/>
      <w:widowControl w:val="1"/>
    </w:pPr>
    <w:rPr>
      <w:rFonts w:ascii="Calibri" w:hAnsi="Calibri" w:eastAsia="Calibri" w:cs="Calibri"/>
      <w:i/>
      <w:iCs/>
      <w:color w:val="202124"/>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0" w:lineRule="auto" w:before="0"/>
      <w:keepNext w:val="1"/>
      <w:keepLines w:val="1"/>
      <w:widowControl w:val="1"/>
    </w:pPr>
    <w:rPr>
      <w:rFonts w:ascii="Calibri" w:hAnsi="Calibri" w:eastAsia="Calibri" w:cs="Calibri"/>
      <w:b/>
      <w:color w:val="1F4D7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keepNext w:val="1"/>
      <w:keepLines w:val="1"/>
      <w:spacing w:before="0" w:after="80" w:line="260" w:lineRule="auto"/>
      <w:widowControl w:val="1"/>
    </w:pPr>
    <w:rPr>
      <w:rFonts w:ascii="Calibri" w:hAnsi="Calibri" w:eastAsia="Calibri" w:cs="Calibri"/>
      <w:i/>
      <w:iCs/>
      <w:color w:val="4B5563"/>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spacing w:before="0" w:after="100" w:line="278" w:lineRule="auto"/>
      <w:keepNext w:val="0"/>
      <w:keepLines w:val="0"/>
      <w:widowControl w:val="1"/>
    </w:pPr>
    <w:rPr>
      <w:rFonts w:ascii="Calibri" w:hAnsi="Calibri" w:eastAsia="Calibri" w:cs="Calibri"/>
      <w:sz w:val="21"/>
      <w:szCs w:val="21"/>
      <w:color w:val="202124"/>
    </w:rPr>
  </w:style>
  <w:style w:type="paragraph" w:styleId="BodyText">
    <w:name w:val="Body Text"/>
    <w:basedOn w:val="Normal"/>
    <w:link w:val="BodyTextChar"/>
    <w:uiPriority w:val="99"/>
    <w:unhideWhenUsed/>
    <w:rsid w:val="00AA1D8D"/>
    <w:pPr>
      <w:spacing w:after="100" w:before="0" w:line="278" w:lineRule="auto"/>
      <w:keepNext w:val="0"/>
      <w:keepLines w:val="0"/>
      <w:widowControl w:val="1"/>
    </w:pPr>
    <w:rPr>
      <w:rFonts w:ascii="Calibri" w:hAnsi="Calibri" w:eastAsia="Calibri" w:cs="Calibri"/>
      <w:sz w:val="21"/>
      <w:szCs w:val="21"/>
      <w:color w:val="2021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00" w:before="0" w:line="278" w:lineRule="auto"/>
      <w:keepNext w:val="0"/>
      <w:keepLines w:val="0"/>
      <w:widowControl w:val="1"/>
    </w:pPr>
    <w:rPr>
      <w:sz w:val="21"/>
      <w:szCs w:val="21"/>
      <w:rFonts w:ascii="Calibri" w:hAnsi="Calibri" w:eastAsia="Calibri" w:cs="Calibri"/>
      <w:color w:val="202124"/>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2">
    <w:name w:val="List 2"/>
    <w:basedOn w:val="Normal"/>
    <w:uiPriority w:val="99"/>
    <w:unhideWhenUsed/>
    <w:rsid w:val="00326F90"/>
    <w:pPr>
      <w:ind w:left="72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3">
    <w:name w:val="List 3"/>
    <w:basedOn w:val="Normal"/>
    <w:uiPriority w:val="99"/>
    <w:unhideWhenUsed/>
    <w:rsid w:val="00326F90"/>
    <w:pPr>
      <w:ind w:left="108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Bullet">
    <w:name w:val="List Bullet"/>
    <w:basedOn w:val="Normal"/>
    <w:uiPriority w:val="99"/>
    <w:unhideWhenUsed/>
    <w:rsid w:val="00326F90"/>
    <w:pPr>
      <w:numPr>
        <w:numId w:val="1"/>
      </w:numPr>
      <w:spacing w:before="0" w:after="100" w:line="278" w:lineRule="auto"/>
      <w:keepNext w:val="0"/>
      <w:keepLines w:val="0"/>
      <w:widowControl w:val="1"/>
    </w:pPr>
    <w:rPr>
      <w:rFonts w:ascii="Calibri" w:hAnsi="Calibri" w:eastAsia="Calibri" w:cs="Calibri"/>
      <w:sz w:val="21"/>
      <w:szCs w:val="21"/>
      <w:color w:val="202124"/>
    </w:rPr>
  </w:style>
  <w:style w:type="paragraph" w:styleId="ListBullet2">
    <w:name w:val="List Bullet 2"/>
    <w:basedOn w:val="Normal"/>
    <w:uiPriority w:val="99"/>
    <w:unhideWhenUsed/>
    <w:rsid w:val="00326F90"/>
    <w:pPr>
      <w:numPr>
        <w:numId w:val="2"/>
      </w:numPr>
      <w:spacing w:before="0" w:after="100" w:line="278" w:lineRule="auto"/>
      <w:keepNext w:val="0"/>
      <w:keepLines w:val="0"/>
      <w:widowControl w:val="1"/>
    </w:pPr>
    <w:rPr>
      <w:rFonts w:ascii="Calibri" w:hAnsi="Calibri" w:eastAsia="Calibri" w:cs="Calibri"/>
      <w:sz w:val="21"/>
      <w:szCs w:val="21"/>
      <w:color w:val="202124"/>
    </w:rPr>
  </w:style>
  <w:style w:type="paragraph" w:styleId="ListBullet3">
    <w:name w:val="List Bullet 3"/>
    <w:basedOn w:val="Normal"/>
    <w:uiPriority w:val="99"/>
    <w:unhideWhenUsed/>
    <w:rsid w:val="00326F90"/>
    <w:pPr>
      <w:numPr>
        <w:numId w:val="3"/>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
    <w:name w:val="List Number"/>
    <w:basedOn w:val="Normal"/>
    <w:uiPriority w:val="99"/>
    <w:unhideWhenUsed/>
    <w:rsid w:val="00326F90"/>
    <w:pPr>
      <w:numPr>
        <w:numId w:val="5"/>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2">
    <w:name w:val="List Number 2"/>
    <w:basedOn w:val="Normal"/>
    <w:uiPriority w:val="99"/>
    <w:unhideWhenUsed/>
    <w:rsid w:val="0029639D"/>
    <w:pPr>
      <w:numPr>
        <w:numId w:val="6"/>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3">
    <w:name w:val="List Number 3"/>
    <w:basedOn w:val="Normal"/>
    <w:uiPriority w:val="99"/>
    <w:unhideWhenUsed/>
    <w:rsid w:val="0029639D"/>
    <w:pPr>
      <w:numPr>
        <w:numId w:val="7"/>
      </w:numPr>
      <w:spacing w:before="0" w:after="100" w:line="278" w:lineRule="auto"/>
      <w:keepNext w:val="0"/>
      <w:keepLines w:val="0"/>
      <w:widowControl w:val="1"/>
    </w:pPr>
    <w:rPr>
      <w:rFonts w:ascii="Calibri" w:hAnsi="Calibri" w:eastAsia="Calibri" w:cs="Calibri"/>
      <w:sz w:val="21"/>
      <w:szCs w:val="21"/>
      <w:color w:val="202124"/>
    </w:rPr>
  </w:style>
  <w:style w:type="paragraph" w:styleId="ListContinue">
    <w:name w:val="List Continue"/>
    <w:basedOn w:val="Normal"/>
    <w:uiPriority w:val="99"/>
    <w:unhideWhenUsed/>
    <w:rsid w:val="0029639D"/>
    <w:pPr>
      <w:spacing w:after="100" w:before="0" w:line="278" w:lineRule="auto"/>
      <w:ind w:left="360"/>
      <w:keepNext w:val="0"/>
      <w:keepLines w:val="0"/>
      <w:widowControl w:val="1"/>
    </w:pPr>
    <w:rPr>
      <w:rFonts w:ascii="Calibri" w:hAnsi="Calibri" w:eastAsia="Calibri" w:cs="Calibri"/>
      <w:sz w:val="21"/>
      <w:szCs w:val="21"/>
      <w:color w:val="202124"/>
    </w:rPr>
  </w:style>
  <w:style w:type="paragraph" w:styleId="ListContinue2">
    <w:name w:val="List Continue 2"/>
    <w:basedOn w:val="Normal"/>
    <w:uiPriority w:val="99"/>
    <w:unhideWhenUsed/>
    <w:rsid w:val="0029639D"/>
    <w:pPr>
      <w:spacing w:after="100" w:before="0" w:line="278" w:lineRule="auto"/>
      <w:ind w:left="720"/>
      <w:keepNext w:val="0"/>
      <w:keepLines w:val="0"/>
      <w:widowControl w:val="1"/>
    </w:pPr>
    <w:rPr>
      <w:rFonts w:ascii="Calibri" w:hAnsi="Calibri" w:eastAsia="Calibri" w:cs="Calibri"/>
      <w:sz w:val="21"/>
      <w:szCs w:val="21"/>
      <w:color w:val="202124"/>
    </w:rPr>
  </w:style>
  <w:style w:type="paragraph" w:styleId="ListContinue3">
    <w:name w:val="List Continue 3"/>
    <w:basedOn w:val="Normal"/>
    <w:uiPriority w:val="99"/>
    <w:unhideWhenUsed/>
    <w:rsid w:val="0029639D"/>
    <w:pPr>
      <w:spacing w:after="100" w:before="0" w:line="278" w:lineRule="auto"/>
      <w:ind w:left="1080"/>
      <w:keepNext w:val="0"/>
      <w:keepLines w:val="0"/>
      <w:widowControl w:val="1"/>
    </w:pPr>
    <w:rPr>
      <w:rFonts w:ascii="Calibri" w:hAnsi="Calibri" w:eastAsia="Calibri" w:cs="Calibri"/>
      <w:sz w:val="21"/>
      <w:szCs w:val="21"/>
      <w:color w:val="2021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before="0" w:after="100" w:line="278" w:lineRule="auto"/>
      <w:keepNext w:val="0"/>
      <w:keepLines w:val="0"/>
      <w:widowControl w:val="1"/>
    </w:pPr>
    <w:rPr>
      <w:rFonts w:ascii="Calibri" w:hAnsi="Calibri" w:eastAsia="Calibri" w:cs="Calibri"/>
      <w:sz w:val="21"/>
      <w:szCs w:val="21"/>
      <w:color w:val="202124"/>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02124"/>
      <w:rFonts w:ascii="Calibri" w:hAnsi="Calibri" w:eastAsia="Calibri" w:cs="Calibri"/>
      <w:sz w:val="21"/>
      <w:szCs w:val="21"/>
    </w:rPr>
    <w:pPr>
      <w:spacing w:before="0" w:after="100" w:line="278" w:lineRule="auto"/>
      <w:keepNext w:val="0"/>
      <w:keepLines w:val="0"/>
      <w:widowControl w:val="1"/>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8" w:lineRule="auto" w:before="0" w:after="100"/>
      <w:keepNext w:val="0"/>
      <w:keepLines w:val="0"/>
      <w:widowControl w:val="1"/>
    </w:pPr>
    <w:rPr>
      <w:b/>
      <w:bCs/>
      <w:color w:val="202124"/>
      <w:sz w:val="21"/>
      <w:szCs w:val="21"/>
      <w:rFonts w:ascii="Calibri" w:hAnsi="Calibri" w:eastAsia="Calibri" w:cs="Calibri"/>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0" w:after="100" w:line="278" w:lineRule="auto"/>
      <w:ind w:left="936" w:right="936"/>
      <w:keepNext w:val="0"/>
      <w:keepLines w:val="0"/>
      <w:widowControl w:val="1"/>
    </w:pPr>
    <w:rPr>
      <w:b/>
      <w:bCs/>
      <w:i/>
      <w:iCs/>
      <w:color w:val="202124"/>
      <w:rFonts w:ascii="Calibri" w:hAnsi="Calibri" w:eastAsia="Calibri" w:cs="Calibri"/>
      <w:sz w:val="21"/>
      <w:szCs w:val="2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pacing w:before="0" w:after="100" w:line="278" w:lineRule="auto"/>
      <w:keepNext w:val="0"/>
      <w:keepLines w:val="0"/>
      <w:widowControl w:val="1"/>
    </w:pPr>
    <w:rPr>
      <w:rFonts w:ascii="Calibri" w:hAnsi="Calibri" w:eastAsia="Calibri" w:cs="Calibri"/>
      <w:sz w:val="21"/>
      <w:szCs w:val="21"/>
      <w:color w:val="2021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Note">
    <w:name w:val="Archive Note"/>
    <w:basedOn w:val="Normal"/>
    <w:pPr>
      <w:spacing w:before="0" w:after="100" w:line="278" w:lineRule="auto"/>
      <w:ind w:left="317" w:right="317"/>
      <w:keepNext w:val="0"/>
      <w:keepLines w:val="0"/>
      <w:widowControl w:val="1"/>
    </w:pPr>
    <w:rPr>
      <w:rFonts w:ascii="Calibri" w:hAnsi="Calibri" w:eastAsia="Calibri" w:cs="Calibri"/>
      <w:i/>
      <w:color w:val="6B7280"/>
      <w:sz w:val="19"/>
      <w:szCs w:val="19"/>
    </w:rPr>
  </w:style>
  <w:style w:type="paragraph" w:customStyle="1" w:styleId="SourceSeparator">
    <w:name w:val="Source Separator"/>
    <w:basedOn w:val="Normal"/>
    <w:pPr>
      <w:keepNext w:val="0"/>
      <w:spacing w:before="0" w:after="100" w:line="278" w:lineRule="auto"/>
      <w:keepLines w:val="0"/>
      <w:widowControl w:val="1"/>
    </w:pPr>
    <w:rPr>
      <w:rFonts w:ascii="Calibri" w:hAnsi="Calibri" w:eastAsia="Calibri" w:cs="Calibri"/>
      <w:sz w:val="21"/>
      <w:szCs w:val="21"/>
      <w:color w:val="2021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Varde – dossier om musikkhistorier i bevegelse</dc:title>
  <dc:subject>Arkivdossier fra systemmediert musikkhistorisk stafett</dc:subject>
  <dc:creator>Varde</dc:creator>
  <cp:keywords>Varde, musikkhistorie, AI, systemmediert stafett, arkiv</cp:keywords>
  <dc:description>generated by python-docx</dc:description>
  <cp:lastModifiedBy/>
  <cp:revision>1</cp:revision>
  <dcterms:created xsi:type="dcterms:W3CDTF">2013-12-23T23:15:00Z</dcterms:created>
  <dcterms:modified xsi:type="dcterms:W3CDTF">2013-12-23T23:15:00Z</dcterms:modified>
  <cp:category/>
</cp:coreProperties>
</file>